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28" w:type="dxa"/>
        <w:jc w:val="center"/>
        <w:tblLayout w:type="fixed"/>
        <w:tblLook w:val="04A0" w:firstRow="1" w:lastRow="0" w:firstColumn="1" w:lastColumn="0" w:noHBand="0" w:noVBand="1"/>
      </w:tblPr>
      <w:tblGrid>
        <w:gridCol w:w="4139"/>
        <w:gridCol w:w="5689"/>
      </w:tblGrid>
      <w:tr w:rsidR="004D5931" w:rsidRPr="009533A0" w:rsidTr="006A2997">
        <w:trPr>
          <w:jc w:val="center"/>
        </w:trPr>
        <w:tc>
          <w:tcPr>
            <w:tcW w:w="4139" w:type="dxa"/>
            <w:vAlign w:val="center"/>
          </w:tcPr>
          <w:p w:rsidR="004D5931" w:rsidRPr="009533A0" w:rsidRDefault="009533A0" w:rsidP="009533A0">
            <w:pPr>
              <w:spacing w:after="0"/>
              <w:jc w:val="center"/>
              <w:rPr>
                <w:szCs w:val="28"/>
              </w:rPr>
            </w:pPr>
            <w:r>
              <w:rPr>
                <w:b/>
                <w:noProof/>
                <w:szCs w:val="28"/>
              </w:rPr>
              <mc:AlternateContent>
                <mc:Choice Requires="wps">
                  <w:drawing>
                    <wp:anchor distT="0" distB="0" distL="114300" distR="114300" simplePos="0" relativeHeight="251660288" behindDoc="0" locked="0" layoutInCell="1" allowOverlap="1" wp14:anchorId="2B918AC5" wp14:editId="09857472">
                      <wp:simplePos x="0" y="0"/>
                      <wp:positionH relativeFrom="column">
                        <wp:posOffset>600710</wp:posOffset>
                      </wp:positionH>
                      <wp:positionV relativeFrom="paragraph">
                        <wp:posOffset>412115</wp:posOffset>
                      </wp:positionV>
                      <wp:extent cx="1356360" cy="0"/>
                      <wp:effectExtent l="0" t="0" r="34290" b="19050"/>
                      <wp:wrapNone/>
                      <wp:docPr id="2" name="Straight Connector 2"/>
                      <wp:cNvGraphicFramePr/>
                      <a:graphic xmlns:a="http://schemas.openxmlformats.org/drawingml/2006/main">
                        <a:graphicData uri="http://schemas.microsoft.com/office/word/2010/wordprocessingShape">
                          <wps:wsp>
                            <wps:cNvCnPr/>
                            <wps:spPr>
                              <a:xfrm>
                                <a:off x="0" y="0"/>
                                <a:ext cx="1356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33FC7C"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3pt,32.45pt" to="154.1pt,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" strokecolor="black [3040]"/>
                  </w:pict>
                </mc:Fallback>
              </mc:AlternateContent>
            </w:r>
            <w:r w:rsidR="00326B78" w:rsidRPr="009533A0">
              <w:rPr>
                <w:b/>
                <w:szCs w:val="28"/>
              </w:rPr>
              <w:t>UBND XÃ KRÔNG NÔ</w:t>
            </w:r>
            <w:r w:rsidR="00326B78" w:rsidRPr="009533A0">
              <w:rPr>
                <w:b/>
                <w:szCs w:val="28"/>
              </w:rPr>
              <w:br/>
              <w:t>TRƯỜNG MẦM NON SAO MAI</w:t>
            </w:r>
          </w:p>
          <w:p w:rsidR="009533A0" w:rsidRPr="009533A0" w:rsidRDefault="009533A0" w:rsidP="009533A0">
            <w:pPr>
              <w:spacing w:after="0"/>
              <w:jc w:val="center"/>
              <w:rPr>
                <w:sz w:val="16"/>
                <w:szCs w:val="28"/>
              </w:rPr>
            </w:pPr>
          </w:p>
          <w:p w:rsidR="004D5931" w:rsidRPr="009533A0" w:rsidRDefault="00326B78" w:rsidP="009533A0">
            <w:pPr>
              <w:spacing w:after="0"/>
              <w:jc w:val="center"/>
              <w:rPr>
                <w:szCs w:val="28"/>
              </w:rPr>
            </w:pPr>
            <w:r w:rsidRPr="009533A0">
              <w:rPr>
                <w:szCs w:val="28"/>
              </w:rPr>
              <w:t xml:space="preserve">Số: </w:t>
            </w:r>
            <w:r w:rsidR="006A2997" w:rsidRPr="009533A0">
              <w:rPr>
                <w:szCs w:val="28"/>
              </w:rPr>
              <w:t>01</w:t>
            </w:r>
            <w:r w:rsidRPr="009533A0">
              <w:rPr>
                <w:szCs w:val="28"/>
              </w:rPr>
              <w:t>/NQ-HNVC</w:t>
            </w:r>
          </w:p>
        </w:tc>
        <w:tc>
          <w:tcPr>
            <w:tcW w:w="5689" w:type="dxa"/>
            <w:vAlign w:val="center"/>
          </w:tcPr>
          <w:p w:rsidR="004D5931" w:rsidRPr="009533A0" w:rsidRDefault="00326B78" w:rsidP="009533A0">
            <w:pPr>
              <w:spacing w:after="0"/>
              <w:jc w:val="center"/>
              <w:rPr>
                <w:szCs w:val="28"/>
              </w:rPr>
            </w:pPr>
            <w:r w:rsidRPr="009533A0">
              <w:rPr>
                <w:b/>
                <w:szCs w:val="28"/>
              </w:rPr>
              <w:t>CỘNG HÒA XÃ HỘI CHỦ NGHĨA VIỆT NAM</w:t>
            </w:r>
          </w:p>
          <w:p w:rsidR="004D5931" w:rsidRDefault="009533A0" w:rsidP="009533A0">
            <w:pPr>
              <w:spacing w:after="0"/>
              <w:jc w:val="center"/>
              <w:rPr>
                <w:b/>
                <w:szCs w:val="28"/>
              </w:rPr>
            </w:pPr>
            <w:r>
              <w:rPr>
                <w:b/>
                <w:noProof/>
                <w:szCs w:val="28"/>
              </w:rPr>
              <mc:AlternateContent>
                <mc:Choice Requires="wps">
                  <w:drawing>
                    <wp:anchor distT="0" distB="0" distL="114300" distR="114300" simplePos="0" relativeHeight="251659264" behindDoc="0" locked="0" layoutInCell="1" allowOverlap="1">
                      <wp:simplePos x="0" y="0"/>
                      <wp:positionH relativeFrom="column">
                        <wp:posOffset>1012825</wp:posOffset>
                      </wp:positionH>
                      <wp:positionV relativeFrom="paragraph">
                        <wp:posOffset>204470</wp:posOffset>
                      </wp:positionV>
                      <wp:extent cx="1584960" cy="0"/>
                      <wp:effectExtent l="0" t="0" r="34290" b="19050"/>
                      <wp:wrapNone/>
                      <wp:docPr id="1" name="Straight Connector 1"/>
                      <wp:cNvGraphicFramePr/>
                      <a:graphic xmlns:a="http://schemas.openxmlformats.org/drawingml/2006/main">
                        <a:graphicData uri="http://schemas.microsoft.com/office/word/2010/wordprocessingShape">
                          <wps:wsp>
                            <wps:cNvCnPr/>
                            <wps:spPr>
                              <a:xfrm>
                                <a:off x="0" y="0"/>
                                <a:ext cx="15849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80958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9.75pt,16.1pt" to="204.5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" strokecolor="black [3040]"/>
                  </w:pict>
                </mc:Fallback>
              </mc:AlternateContent>
            </w:r>
            <w:r w:rsidR="00326B78" w:rsidRPr="009533A0">
              <w:rPr>
                <w:b/>
                <w:szCs w:val="28"/>
              </w:rPr>
              <w:t>Độc lập - Tự do - Hạnh phúc</w:t>
            </w:r>
          </w:p>
          <w:p w:rsidR="009533A0" w:rsidRPr="009533A0" w:rsidRDefault="009533A0" w:rsidP="009533A0">
            <w:pPr>
              <w:spacing w:after="0"/>
              <w:jc w:val="center"/>
              <w:rPr>
                <w:sz w:val="18"/>
                <w:szCs w:val="28"/>
              </w:rPr>
            </w:pPr>
          </w:p>
          <w:p w:rsidR="004D5931" w:rsidRPr="009533A0" w:rsidRDefault="00326B78" w:rsidP="00487A86">
            <w:pPr>
              <w:spacing w:after="0"/>
              <w:jc w:val="center"/>
              <w:rPr>
                <w:szCs w:val="28"/>
              </w:rPr>
            </w:pPr>
            <w:r w:rsidRPr="009533A0">
              <w:rPr>
                <w:i/>
                <w:szCs w:val="28"/>
              </w:rPr>
              <w:t xml:space="preserve">Krông Nô, ngày </w:t>
            </w:r>
            <w:r w:rsidR="009533A0">
              <w:rPr>
                <w:i/>
                <w:szCs w:val="28"/>
              </w:rPr>
              <w:t>1</w:t>
            </w:r>
            <w:r w:rsidR="00487A86">
              <w:rPr>
                <w:i/>
                <w:szCs w:val="28"/>
              </w:rPr>
              <w:t>4</w:t>
            </w:r>
            <w:r w:rsidR="009533A0">
              <w:rPr>
                <w:i/>
                <w:szCs w:val="28"/>
              </w:rPr>
              <w:t xml:space="preserve"> </w:t>
            </w:r>
            <w:r w:rsidRPr="009533A0">
              <w:rPr>
                <w:i/>
                <w:szCs w:val="28"/>
              </w:rPr>
              <w:t xml:space="preserve">tháng </w:t>
            </w:r>
            <w:r w:rsidR="009533A0">
              <w:rPr>
                <w:i/>
                <w:szCs w:val="28"/>
              </w:rPr>
              <w:t>10</w:t>
            </w:r>
            <w:r w:rsidRPr="009533A0">
              <w:rPr>
                <w:i/>
                <w:szCs w:val="28"/>
              </w:rPr>
              <w:t xml:space="preserve"> năm 2026</w:t>
            </w:r>
          </w:p>
        </w:tc>
      </w:tr>
    </w:tbl>
    <w:p w:rsidR="004D5931" w:rsidRPr="009533A0" w:rsidRDefault="004D5931" w:rsidP="009533A0">
      <w:pPr>
        <w:spacing w:after="0"/>
        <w:jc w:val="center"/>
        <w:rPr>
          <w:sz w:val="28"/>
          <w:szCs w:val="28"/>
        </w:rPr>
      </w:pPr>
    </w:p>
    <w:p w:rsidR="004D5931" w:rsidRPr="009533A0" w:rsidRDefault="00326B78" w:rsidP="009533A0">
      <w:pPr>
        <w:spacing w:after="0"/>
        <w:jc w:val="center"/>
        <w:rPr>
          <w:sz w:val="28"/>
          <w:szCs w:val="28"/>
        </w:rPr>
      </w:pPr>
      <w:r w:rsidRPr="009533A0">
        <w:rPr>
          <w:b/>
          <w:sz w:val="28"/>
          <w:szCs w:val="28"/>
        </w:rPr>
        <w:t>NGHỊ QUYẾT</w:t>
      </w:r>
    </w:p>
    <w:p w:rsidR="004D5931" w:rsidRPr="009533A0" w:rsidRDefault="00326B78" w:rsidP="009533A0">
      <w:pPr>
        <w:spacing w:after="0"/>
        <w:jc w:val="center"/>
        <w:rPr>
          <w:sz w:val="28"/>
          <w:szCs w:val="28"/>
        </w:rPr>
      </w:pPr>
      <w:r w:rsidRPr="009533A0">
        <w:rPr>
          <w:b/>
          <w:sz w:val="28"/>
          <w:szCs w:val="28"/>
        </w:rPr>
        <w:t>HỘI NGHỊ VIÊN CHỨC, NGƯỜI LAO ĐỘNG</w:t>
      </w:r>
      <w:r w:rsidRPr="009533A0">
        <w:rPr>
          <w:b/>
          <w:sz w:val="28"/>
          <w:szCs w:val="28"/>
        </w:rPr>
        <w:br/>
        <w:t>NĂM HỌC 2026–2027</w:t>
      </w:r>
    </w:p>
    <w:p w:rsidR="006A2997" w:rsidRPr="009533A0" w:rsidRDefault="006A2997" w:rsidP="009533A0">
      <w:pPr>
        <w:spacing w:after="0"/>
        <w:ind w:firstLine="567"/>
        <w:jc w:val="both"/>
        <w:rPr>
          <w:sz w:val="28"/>
          <w:szCs w:val="28"/>
        </w:rPr>
      </w:pPr>
      <w:r w:rsidRPr="009533A0">
        <w:rPr>
          <w:sz w:val="28"/>
          <w:szCs w:val="28"/>
        </w:rPr>
        <w:t>Căn cứ công văn 927/BNV- CTTN&amp;BĐG, ngày 30 tháng 01 năm 2026, của Bộ nội vụ, về hướng dẫn tổ chức Hội nghị cán bộ, công chức, viên chức, người lao động;</w:t>
      </w:r>
    </w:p>
    <w:p w:rsidR="006A2997" w:rsidRPr="009533A0" w:rsidRDefault="006A2997" w:rsidP="009533A0">
      <w:pPr>
        <w:spacing w:after="0"/>
        <w:ind w:firstLine="567"/>
        <w:jc w:val="both"/>
        <w:rPr>
          <w:sz w:val="28"/>
          <w:szCs w:val="28"/>
        </w:rPr>
      </w:pPr>
      <w:r w:rsidRPr="009533A0">
        <w:rPr>
          <w:sz w:val="28"/>
          <w:szCs w:val="28"/>
        </w:rPr>
        <w:t>Căn cứ Nghị định số 59/2023/NĐ-CP ngày 14/8/2023 trong thực hiện dân chủ ở cơ sở; Nâng cao nhận thức của CBCCVC NLĐ về việc thực hiện dân chủ ở cơ sở là trách nhiệm của từng thành viên trong cơ quan, đơn vị, trường học.</w:t>
      </w:r>
    </w:p>
    <w:p w:rsidR="006A2997" w:rsidRPr="009533A0" w:rsidRDefault="006A2997" w:rsidP="009533A0">
      <w:pPr>
        <w:spacing w:after="0"/>
        <w:ind w:firstLine="567"/>
        <w:jc w:val="both"/>
        <w:rPr>
          <w:sz w:val="28"/>
          <w:szCs w:val="28"/>
        </w:rPr>
      </w:pPr>
      <w:r w:rsidRPr="009533A0">
        <w:rPr>
          <w:sz w:val="28"/>
          <w:szCs w:val="28"/>
        </w:rPr>
        <w:t>Căn cứ Luật thực hiện quy chế dân chủ số 07/VBHN-VPQH ngày 21 tháng 02 năm 2025.</w:t>
      </w:r>
    </w:p>
    <w:p w:rsidR="006A2997" w:rsidRPr="009533A0" w:rsidRDefault="006A2997" w:rsidP="009533A0">
      <w:pPr>
        <w:spacing w:after="0"/>
        <w:ind w:firstLine="567"/>
        <w:jc w:val="both"/>
        <w:rPr>
          <w:sz w:val="28"/>
          <w:szCs w:val="28"/>
        </w:rPr>
      </w:pPr>
      <w:r w:rsidRPr="009533A0">
        <w:rPr>
          <w:sz w:val="28"/>
          <w:szCs w:val="28"/>
        </w:rPr>
        <w:t xml:space="preserve">  Thực hiện Công văn số 794/SGDĐT-VP ngày 11/9/2025, của Sở Giáo dục và Đào tạo tỉnh Lâm Đồng về việc thực hiện dân chủ ở cơ sở và tổ chức Hội nghị cán bộ, công chức, viên chức, người lao động từ năm học 2025-2026 và những năm tiếp theo;</w:t>
      </w:r>
    </w:p>
    <w:p w:rsidR="006A2997" w:rsidRPr="009533A0" w:rsidRDefault="006A2997" w:rsidP="009533A0">
      <w:pPr>
        <w:spacing w:after="0"/>
        <w:ind w:firstLine="567"/>
        <w:jc w:val="both"/>
        <w:rPr>
          <w:sz w:val="28"/>
          <w:szCs w:val="28"/>
        </w:rPr>
      </w:pPr>
      <w:r w:rsidRPr="009533A0">
        <w:rPr>
          <w:color w:val="000000"/>
          <w:sz w:val="28"/>
          <w:szCs w:val="28"/>
        </w:rPr>
        <w:t xml:space="preserve">Căn cứ hướng dẫn số </w:t>
      </w:r>
      <w:r w:rsidRPr="009533A0">
        <w:rPr>
          <w:sz w:val="28"/>
          <w:szCs w:val="28"/>
        </w:rPr>
        <w:t>: 78/VHXH-GD ngày 23 tháng 9 năm 2025 V/v thực hiện dân chủ ở cơ sở và tổ chức Hội nghị cán bộ, công chức, viên chức, người lao động từ năm học 2025-2026 của Phòng văn hóa xã hội- giáo dục và nhưng năm học tiếp theo.</w:t>
      </w:r>
    </w:p>
    <w:p w:rsidR="004D5931" w:rsidRPr="009533A0" w:rsidRDefault="00326B78" w:rsidP="009533A0">
      <w:pPr>
        <w:spacing w:after="0"/>
        <w:ind w:firstLine="567"/>
        <w:jc w:val="both"/>
        <w:rPr>
          <w:sz w:val="28"/>
          <w:szCs w:val="28"/>
        </w:rPr>
      </w:pPr>
      <w:r w:rsidRPr="009533A0">
        <w:rPr>
          <w:sz w:val="28"/>
          <w:szCs w:val="28"/>
        </w:rPr>
        <w:t>Căn cứ chức năng, nhiệm vụ và tình hình thực tế của Trường Mầm non Sao Mai, xã Krông Nô;</w:t>
      </w:r>
    </w:p>
    <w:p w:rsidR="004D5931" w:rsidRPr="009533A0" w:rsidRDefault="00326B78" w:rsidP="009533A0">
      <w:pPr>
        <w:spacing w:after="0"/>
        <w:ind w:firstLine="567"/>
        <w:jc w:val="both"/>
        <w:rPr>
          <w:sz w:val="28"/>
          <w:szCs w:val="28"/>
        </w:rPr>
      </w:pPr>
      <w:r w:rsidRPr="009533A0">
        <w:rPr>
          <w:sz w:val="28"/>
          <w:szCs w:val="28"/>
        </w:rPr>
        <w:t xml:space="preserve">Trên cơ sở báo cáo kiểm điểm việc thực hiện Nghị quyết Hội nghị viên chức, người lao động năm học 2025–2026, dự thảo phương hướng, nhiệm vụ năm học 2026–2027 và các ý kiến thảo luận tại Hội nghị, Hội nghị viên chức, người lao động </w:t>
      </w:r>
      <w:r w:rsidR="00492339">
        <w:rPr>
          <w:sz w:val="28"/>
          <w:szCs w:val="28"/>
        </w:rPr>
        <w:t>ngày 14</w:t>
      </w:r>
      <w:r w:rsidR="00487A86">
        <w:rPr>
          <w:sz w:val="28"/>
          <w:szCs w:val="28"/>
        </w:rPr>
        <w:t xml:space="preserve">/10/2026 </w:t>
      </w:r>
      <w:r w:rsidRPr="009533A0">
        <w:rPr>
          <w:sz w:val="28"/>
          <w:szCs w:val="28"/>
        </w:rPr>
        <w:t>Trường Mầm non Sao Mai thống nhất quyết nghị:</w:t>
      </w:r>
    </w:p>
    <w:p w:rsidR="004D5931" w:rsidRPr="009533A0" w:rsidRDefault="00326B78" w:rsidP="009533A0">
      <w:pPr>
        <w:keepNext/>
        <w:spacing w:after="0"/>
        <w:ind w:firstLine="567"/>
        <w:jc w:val="both"/>
        <w:rPr>
          <w:sz w:val="28"/>
          <w:szCs w:val="28"/>
        </w:rPr>
      </w:pPr>
      <w:r w:rsidRPr="009533A0">
        <w:rPr>
          <w:b/>
          <w:sz w:val="28"/>
          <w:szCs w:val="28"/>
        </w:rPr>
        <w:t>Điều 1. Thống nhất mục tiêu, nhiệm vụ trọng tâm năm học 2026–2027</w:t>
      </w:r>
    </w:p>
    <w:p w:rsidR="004D5931" w:rsidRPr="009533A0" w:rsidRDefault="00326B78" w:rsidP="009533A0">
      <w:pPr>
        <w:spacing w:after="0"/>
        <w:ind w:firstLine="567"/>
        <w:jc w:val="both"/>
        <w:rPr>
          <w:sz w:val="28"/>
          <w:szCs w:val="28"/>
        </w:rPr>
      </w:pPr>
      <w:r w:rsidRPr="009533A0">
        <w:rPr>
          <w:sz w:val="28"/>
          <w:szCs w:val="28"/>
        </w:rPr>
        <w:t xml:space="preserve">1. Tiếp tục thực hiện hiệu quả Chương trình giáo dục mầm non hiện hành; xây dựng và tổ chức thực hiện kế hoạch giáo dục phù hợp điều kiện nhà trường, địa phương và đặc điểm của trẻ. Đổi mới phương pháp, hình thức tổ chức hoạt động </w:t>
      </w:r>
      <w:proofErr w:type="gramStart"/>
      <w:r w:rsidRPr="009533A0">
        <w:rPr>
          <w:sz w:val="28"/>
          <w:szCs w:val="28"/>
        </w:rPr>
        <w:t>theo</w:t>
      </w:r>
      <w:proofErr w:type="gramEnd"/>
      <w:r w:rsidRPr="009533A0">
        <w:rPr>
          <w:sz w:val="28"/>
          <w:szCs w:val="28"/>
        </w:rPr>
        <w:t xml:space="preserve"> quan điểm lấy trẻ làm trung tâm; tăng cường học thông qua chơi, thực hành, trải nghiệm; vận dụng các phương pháp giáo dục tiên tiến phù hợp, trong đó có STEAM.</w:t>
      </w:r>
    </w:p>
    <w:p w:rsidR="004D5931" w:rsidRPr="009533A0" w:rsidRDefault="00326B78" w:rsidP="009533A0">
      <w:pPr>
        <w:spacing w:after="0"/>
        <w:ind w:firstLine="567"/>
        <w:jc w:val="both"/>
        <w:rPr>
          <w:sz w:val="28"/>
          <w:szCs w:val="28"/>
        </w:rPr>
      </w:pPr>
      <w:r w:rsidRPr="009533A0">
        <w:rPr>
          <w:sz w:val="28"/>
          <w:szCs w:val="28"/>
        </w:rPr>
        <w:t xml:space="preserve">2. Bảo đảm an toàn tuyệt đối về thể chất và tinh thần cho trẻ; thực hiện nghiêm quy định về phòng, chống </w:t>
      </w:r>
      <w:proofErr w:type="gramStart"/>
      <w:r w:rsidRPr="009533A0">
        <w:rPr>
          <w:sz w:val="28"/>
          <w:szCs w:val="28"/>
        </w:rPr>
        <w:t>tai</w:t>
      </w:r>
      <w:proofErr w:type="gramEnd"/>
      <w:r w:rsidRPr="009533A0">
        <w:rPr>
          <w:sz w:val="28"/>
          <w:szCs w:val="28"/>
        </w:rPr>
        <w:t xml:space="preserve"> nạn thương tích, bạo lực học đường, phòng cháy chữa </w:t>
      </w:r>
      <w:r w:rsidRPr="009533A0">
        <w:rPr>
          <w:sz w:val="28"/>
          <w:szCs w:val="28"/>
        </w:rPr>
        <w:lastRenderedPageBreak/>
        <w:t>cháy, cứu nạn cứu hộ, phòng chống dịch bệnh và vệ sinh an toàn thực phẩm. Nâng cao chất lượng bán trú, dinh dưỡng, chăm sóc sức khỏe và phối hợp với gia đình trong phòng chống suy dinh dưỡng, thừa cân, béo phì.</w:t>
      </w:r>
    </w:p>
    <w:p w:rsidR="004D5931" w:rsidRPr="009533A0" w:rsidRDefault="00326B78" w:rsidP="009533A0">
      <w:pPr>
        <w:spacing w:after="0"/>
        <w:ind w:firstLine="567"/>
        <w:jc w:val="both"/>
        <w:rPr>
          <w:sz w:val="28"/>
          <w:szCs w:val="28"/>
        </w:rPr>
      </w:pPr>
      <w:r w:rsidRPr="009533A0">
        <w:rPr>
          <w:sz w:val="28"/>
          <w:szCs w:val="28"/>
        </w:rPr>
        <w:t xml:space="preserve">3. Duy trì, củng cố kết quả phổ cập giáo dục mầm non cho trẻ em 5 tuổi; chuẩn bị các điều kiện thực hiện phổ cập giáo dục mầm non cho trẻ em từ 3 đến 5 tuổi </w:t>
      </w:r>
      <w:proofErr w:type="gramStart"/>
      <w:r w:rsidRPr="009533A0">
        <w:rPr>
          <w:sz w:val="28"/>
          <w:szCs w:val="28"/>
        </w:rPr>
        <w:t>theo</w:t>
      </w:r>
      <w:proofErr w:type="gramEnd"/>
      <w:r w:rsidRPr="009533A0">
        <w:rPr>
          <w:sz w:val="28"/>
          <w:szCs w:val="28"/>
        </w:rPr>
        <w:t xml:space="preserve"> lộ trình và hướng dẫn của cấp có thẩm quyền. Tăng cường huy động trẻ ra lớp, duy trì sĩ số, nâng cao tỷ lệ chuyên cần; quan tâm trẻ em dân tộc thiểu số, trẻ có hoàn cảnh khó khăn và trẻ cần hỗ trợ.</w:t>
      </w:r>
    </w:p>
    <w:p w:rsidR="004D5931" w:rsidRPr="009533A0" w:rsidRDefault="00326B78" w:rsidP="009533A0">
      <w:pPr>
        <w:spacing w:after="0"/>
        <w:ind w:firstLine="567"/>
        <w:jc w:val="both"/>
        <w:rPr>
          <w:sz w:val="28"/>
          <w:szCs w:val="28"/>
        </w:rPr>
      </w:pPr>
      <w:r w:rsidRPr="009533A0">
        <w:rPr>
          <w:sz w:val="28"/>
          <w:szCs w:val="28"/>
        </w:rPr>
        <w:t xml:space="preserve">4. Xây dựng đội </w:t>
      </w:r>
      <w:proofErr w:type="gramStart"/>
      <w:r w:rsidRPr="009533A0">
        <w:rPr>
          <w:sz w:val="28"/>
          <w:szCs w:val="28"/>
        </w:rPr>
        <w:t>ngũ</w:t>
      </w:r>
      <w:proofErr w:type="gramEnd"/>
      <w:r w:rsidRPr="009533A0">
        <w:rPr>
          <w:sz w:val="28"/>
          <w:szCs w:val="28"/>
        </w:rPr>
        <w:t xml:space="preserve"> cán bộ quản lý, giáo viên, nhân viên có phẩm chất đạo đức, tinh thần trách nhiệm và năng lực chuyên môn đáp ứng yêu cầu đổi mới giáo dục. Duy trì bồi dưỡng thường xuyên, sinh hoạt chuyên môn </w:t>
      </w:r>
      <w:proofErr w:type="gramStart"/>
      <w:r w:rsidRPr="009533A0">
        <w:rPr>
          <w:sz w:val="28"/>
          <w:szCs w:val="28"/>
        </w:rPr>
        <w:t>theo</w:t>
      </w:r>
      <w:proofErr w:type="gramEnd"/>
      <w:r w:rsidRPr="009533A0">
        <w:rPr>
          <w:sz w:val="28"/>
          <w:szCs w:val="28"/>
        </w:rPr>
        <w:t xml:space="preserve"> hướng nghiên cứu bài học, dự giờ, trao đổi kinh nghiệm; thực hiện đánh giá công khai, khách quan, đúng quy định.</w:t>
      </w:r>
    </w:p>
    <w:p w:rsidR="004D5931" w:rsidRPr="009533A0" w:rsidRDefault="00326B78" w:rsidP="009533A0">
      <w:pPr>
        <w:spacing w:after="0"/>
        <w:ind w:firstLine="567"/>
        <w:jc w:val="both"/>
        <w:rPr>
          <w:sz w:val="28"/>
          <w:szCs w:val="28"/>
        </w:rPr>
      </w:pPr>
      <w:r w:rsidRPr="009533A0">
        <w:rPr>
          <w:sz w:val="28"/>
          <w:szCs w:val="28"/>
        </w:rPr>
        <w:t xml:space="preserve">5. Đổi mới quản trị nhà trường; đẩy mạnh cải cách hành chính, ứng dụng công nghệ thông tin, chuyển đổi số và sử dụng công cụ trí tuệ nhân tạo phù hợp, an toàn, có kiểm soát. Thực hiện quản lý hồ sơ, dữ liệu </w:t>
      </w:r>
      <w:proofErr w:type="gramStart"/>
      <w:r w:rsidRPr="009533A0">
        <w:rPr>
          <w:sz w:val="28"/>
          <w:szCs w:val="28"/>
        </w:rPr>
        <w:t>theo</w:t>
      </w:r>
      <w:proofErr w:type="gramEnd"/>
      <w:r w:rsidRPr="009533A0">
        <w:rPr>
          <w:sz w:val="28"/>
          <w:szCs w:val="28"/>
        </w:rPr>
        <w:t xml:space="preserve"> hướng dẫn của ngành; giảm hồ sơ, sổ sách và công việc không cần thiết.</w:t>
      </w:r>
    </w:p>
    <w:p w:rsidR="004D5931" w:rsidRPr="009533A0" w:rsidRDefault="00326B78" w:rsidP="009533A0">
      <w:pPr>
        <w:spacing w:after="0"/>
        <w:ind w:firstLine="567"/>
        <w:jc w:val="both"/>
        <w:rPr>
          <w:sz w:val="28"/>
          <w:szCs w:val="28"/>
        </w:rPr>
      </w:pPr>
      <w:r w:rsidRPr="009533A0">
        <w:rPr>
          <w:sz w:val="28"/>
          <w:szCs w:val="28"/>
        </w:rPr>
        <w:t>6. Tăng cường tham mưu đầu tư, sửa chữa cơ sở vật chất, bổ sung trang thiết bị, đồ dùng, đồ chơi; rà soát điều kiện tại điểm trường, lớp học, bếp ăn, sân chơi và công trình vệ sinh. Quản lý, sử dụng ngân sách, tài sản công tiết kiệm, hiệu quả, công khai, minh bạch.</w:t>
      </w:r>
    </w:p>
    <w:p w:rsidR="004D5931" w:rsidRPr="009533A0" w:rsidRDefault="00326B78" w:rsidP="009533A0">
      <w:pPr>
        <w:spacing w:after="0"/>
        <w:ind w:firstLine="567"/>
        <w:jc w:val="both"/>
        <w:rPr>
          <w:sz w:val="28"/>
          <w:szCs w:val="28"/>
        </w:rPr>
      </w:pPr>
      <w:r w:rsidRPr="009533A0">
        <w:rPr>
          <w:sz w:val="28"/>
          <w:szCs w:val="28"/>
        </w:rPr>
        <w:t xml:space="preserve">7. Tăng cường phối hợp giữa nhà trường, gia đình và xã hội; thực hiện truyền thông giáo dục phù hợp; huy động và sử dụng các nguồn lực hợp pháp, tự nguyện, đúng quy định. Thực hiện các khoản </w:t>
      </w:r>
      <w:proofErr w:type="gramStart"/>
      <w:r w:rsidRPr="009533A0">
        <w:rPr>
          <w:sz w:val="28"/>
          <w:szCs w:val="28"/>
        </w:rPr>
        <w:t>thu</w:t>
      </w:r>
      <w:proofErr w:type="gramEnd"/>
      <w:r w:rsidRPr="009533A0">
        <w:rPr>
          <w:sz w:val="28"/>
          <w:szCs w:val="28"/>
        </w:rPr>
        <w:t>, chi đúng căn cứ pháp lý, công khai, đúng mục đích; triển khai thanh toán không dùng tiền mặt theo chỉ đạo và lộ trình được cấp có thẩm quyền hướng dẫn.</w:t>
      </w:r>
    </w:p>
    <w:p w:rsidR="004D5931" w:rsidRPr="009533A0" w:rsidRDefault="00326B78" w:rsidP="009533A0">
      <w:pPr>
        <w:spacing w:after="0"/>
        <w:ind w:firstLine="567"/>
        <w:jc w:val="both"/>
        <w:rPr>
          <w:sz w:val="28"/>
          <w:szCs w:val="28"/>
        </w:rPr>
      </w:pPr>
      <w:r w:rsidRPr="009533A0">
        <w:rPr>
          <w:sz w:val="28"/>
          <w:szCs w:val="28"/>
        </w:rPr>
        <w:t>8. Thực hiện quy chế dân chủ ở cơ sở; bảo đảm quyền, lợi ích hợp pháp, chính đáng của viên chức, người lao động; xây dựng môi trường làm việc đoàn kết, kỷ cương, trách nhiệm, văn hóa; thực hiện nghiêm đạo đức nhà giáo và quy tắc ứng xử.</w:t>
      </w:r>
    </w:p>
    <w:p w:rsidR="004D5931" w:rsidRPr="009533A0" w:rsidRDefault="00326B78" w:rsidP="009533A0">
      <w:pPr>
        <w:keepNext/>
        <w:spacing w:after="0"/>
        <w:ind w:firstLine="567"/>
        <w:jc w:val="both"/>
        <w:rPr>
          <w:sz w:val="28"/>
          <w:szCs w:val="28"/>
        </w:rPr>
      </w:pPr>
      <w:r w:rsidRPr="009533A0">
        <w:rPr>
          <w:b/>
          <w:sz w:val="28"/>
          <w:szCs w:val="28"/>
        </w:rPr>
        <w:t>Điều 2. Các chỉ tiêu chủ yếu</w:t>
      </w:r>
    </w:p>
    <w:p w:rsidR="004D5931" w:rsidRPr="009533A0" w:rsidRDefault="00326B78" w:rsidP="009533A0">
      <w:pPr>
        <w:spacing w:after="0"/>
        <w:ind w:firstLine="567"/>
        <w:jc w:val="both"/>
        <w:rPr>
          <w:sz w:val="28"/>
          <w:szCs w:val="28"/>
        </w:rPr>
      </w:pPr>
      <w:r w:rsidRPr="009533A0">
        <w:rPr>
          <w:sz w:val="28"/>
          <w:szCs w:val="28"/>
        </w:rPr>
        <w:t>Hội nghị thống nhất</w:t>
      </w:r>
      <w:r w:rsidR="008A344C" w:rsidRPr="009533A0">
        <w:rPr>
          <w:sz w:val="28"/>
          <w:szCs w:val="28"/>
        </w:rPr>
        <w:t xml:space="preserve"> 1</w:t>
      </w:r>
      <w:r w:rsidR="00492339">
        <w:rPr>
          <w:sz w:val="28"/>
          <w:szCs w:val="28"/>
        </w:rPr>
        <w:t>00% đã thông qua tập thể ngày 14</w:t>
      </w:r>
      <w:bookmarkStart w:id="0" w:name="_GoBack"/>
      <w:bookmarkEnd w:id="0"/>
      <w:r w:rsidR="008A344C" w:rsidRPr="009533A0">
        <w:rPr>
          <w:sz w:val="28"/>
          <w:szCs w:val="28"/>
        </w:rPr>
        <w:t>/10/2026</w:t>
      </w:r>
      <w:r w:rsidRPr="009533A0">
        <w:rPr>
          <w:sz w:val="28"/>
          <w:szCs w:val="28"/>
        </w:rPr>
        <w:t xml:space="preserve"> phấn đấu thực hiện các chỉ tiêu trọng tâm sau đây; việc đánh giá kết quả căn cứ số liệu thực tế, quy định chuyên môn và hướng dẫn của cấp có thẩm quyền:</w:t>
      </w:r>
    </w:p>
    <w:p w:rsidR="006A2997" w:rsidRPr="009533A0" w:rsidRDefault="00166D2C" w:rsidP="009533A0">
      <w:pPr>
        <w:spacing w:after="0"/>
        <w:ind w:firstLine="567"/>
        <w:jc w:val="both"/>
        <w:rPr>
          <w:rFonts w:cs="Times New Roman"/>
          <w:bCs/>
          <w:position w:val="-1"/>
          <w:sz w:val="28"/>
          <w:szCs w:val="28"/>
        </w:rPr>
      </w:pPr>
      <w:r w:rsidRPr="009533A0">
        <w:rPr>
          <w:rFonts w:cs="Times New Roman"/>
          <w:b/>
          <w:position w:val="-1"/>
          <w:sz w:val="28"/>
          <w:szCs w:val="28"/>
        </w:rPr>
        <w:t>*</w:t>
      </w:r>
      <w:r w:rsidR="006A2997" w:rsidRPr="009533A0">
        <w:rPr>
          <w:rFonts w:cs="Times New Roman"/>
          <w:b/>
          <w:position w:val="-1"/>
          <w:sz w:val="28"/>
          <w:szCs w:val="28"/>
        </w:rPr>
        <w:t xml:space="preserve"> </w:t>
      </w:r>
      <w:r w:rsidR="006A2997" w:rsidRPr="009533A0">
        <w:rPr>
          <w:rFonts w:cs="Times New Roman"/>
          <w:b/>
          <w:position w:val="-1"/>
          <w:sz w:val="28"/>
          <w:szCs w:val="28"/>
          <w:lang w:val="vi-VN"/>
        </w:rPr>
        <w:t>Tiếp tục thực hiện hiệu quả Chương trình GDMN hiện hành</w:t>
      </w:r>
      <w:r w:rsidR="006A2997" w:rsidRPr="009533A0">
        <w:rPr>
          <w:rFonts w:cs="Times New Roman"/>
          <w:b/>
          <w:position w:val="-1"/>
          <w:sz w:val="28"/>
          <w:szCs w:val="28"/>
        </w:rPr>
        <w:t>:</w:t>
      </w:r>
      <w:r w:rsidR="006A2997" w:rsidRPr="009533A0">
        <w:rPr>
          <w:rFonts w:cs="Times New Roman"/>
          <w:bCs/>
          <w:position w:val="-1"/>
          <w:sz w:val="28"/>
          <w:szCs w:val="28"/>
          <w:lang w:val="vi-VN"/>
        </w:rPr>
        <w:t xml:space="preserve"> </w:t>
      </w:r>
    </w:p>
    <w:p w:rsidR="006A2997" w:rsidRPr="009533A0" w:rsidRDefault="006A2997" w:rsidP="009533A0">
      <w:pPr>
        <w:spacing w:after="0"/>
        <w:ind w:firstLine="567"/>
        <w:jc w:val="both"/>
        <w:rPr>
          <w:rFonts w:cs="Times New Roman"/>
          <w:position w:val="-1"/>
          <w:sz w:val="28"/>
          <w:szCs w:val="28"/>
        </w:rPr>
      </w:pPr>
      <w:r w:rsidRPr="009533A0">
        <w:rPr>
          <w:rFonts w:cs="Times New Roman"/>
          <w:position w:val="-1"/>
          <w:sz w:val="28"/>
          <w:szCs w:val="28"/>
        </w:rPr>
        <w:lastRenderedPageBreak/>
        <w:t xml:space="preserve">- 100% các nhóm/lớp xây dựng và thực hiện nghiêm túc Kế hoạch giáo dục theo Thông tư 51/2020/TT-BGDĐT, </w:t>
      </w:r>
      <w:r w:rsidRPr="009533A0">
        <w:rPr>
          <w:rFonts w:cs="Times New Roman"/>
          <w:bCs/>
          <w:sz w:val="28"/>
          <w:szCs w:val="28"/>
        </w:rPr>
        <w:t>văn</w:t>
      </w:r>
      <w:r w:rsidRPr="009533A0">
        <w:rPr>
          <w:rFonts w:cs="Times New Roman"/>
          <w:sz w:val="28"/>
          <w:szCs w:val="28"/>
        </w:rPr>
        <w:t xml:space="preserve"> bản hợp nhất số 01/VBHN-BGDĐ, ngày 13/04/2021 của Bộ Giáo dục Đào tạo ban hành Chương trình GDMN</w:t>
      </w:r>
    </w:p>
    <w:p w:rsidR="006A2997" w:rsidRPr="009533A0" w:rsidRDefault="006A2997" w:rsidP="009533A0">
      <w:pPr>
        <w:suppressAutoHyphens/>
        <w:spacing w:after="0"/>
        <w:ind w:leftChars="-1" w:left="-3" w:firstLine="567"/>
        <w:jc w:val="both"/>
        <w:textDirection w:val="btLr"/>
        <w:textAlignment w:val="baseline"/>
        <w:outlineLvl w:val="0"/>
        <w:rPr>
          <w:rFonts w:cs="Times New Roman"/>
          <w:position w:val="-1"/>
          <w:sz w:val="28"/>
          <w:szCs w:val="28"/>
        </w:rPr>
      </w:pPr>
      <w:r w:rsidRPr="009533A0">
        <w:rPr>
          <w:rFonts w:cs="Times New Roman"/>
          <w:position w:val="-1"/>
          <w:sz w:val="28"/>
          <w:szCs w:val="28"/>
        </w:rPr>
        <w:t xml:space="preserve">- 100% giáo viên lớp soạn bài có giáo </w:t>
      </w:r>
      <w:proofErr w:type="gramStart"/>
      <w:r w:rsidRPr="009533A0">
        <w:rPr>
          <w:rFonts w:cs="Times New Roman"/>
          <w:position w:val="-1"/>
          <w:sz w:val="28"/>
          <w:szCs w:val="28"/>
        </w:rPr>
        <w:t>án</w:t>
      </w:r>
      <w:proofErr w:type="gramEnd"/>
      <w:r w:rsidRPr="009533A0">
        <w:rPr>
          <w:rFonts w:cs="Times New Roman"/>
          <w:position w:val="-1"/>
          <w:sz w:val="28"/>
          <w:szCs w:val="28"/>
        </w:rPr>
        <w:t xml:space="preserve"> và đồ dùng, đồ chơi để tổ chức cho trẻ.</w:t>
      </w:r>
    </w:p>
    <w:p w:rsidR="006A2997" w:rsidRPr="009533A0" w:rsidRDefault="006A2997" w:rsidP="009533A0">
      <w:pPr>
        <w:suppressAutoHyphens/>
        <w:spacing w:after="0"/>
        <w:ind w:leftChars="-1" w:left="-3" w:firstLine="567"/>
        <w:jc w:val="both"/>
        <w:textDirection w:val="btLr"/>
        <w:textAlignment w:val="baseline"/>
        <w:outlineLvl w:val="0"/>
        <w:rPr>
          <w:rFonts w:cs="Times New Roman"/>
          <w:position w:val="-1"/>
          <w:sz w:val="28"/>
          <w:szCs w:val="28"/>
        </w:rPr>
      </w:pPr>
      <w:r w:rsidRPr="009533A0">
        <w:rPr>
          <w:rFonts w:cs="Times New Roman"/>
          <w:position w:val="-1"/>
          <w:sz w:val="28"/>
          <w:szCs w:val="28"/>
        </w:rPr>
        <w:t xml:space="preserve">- 100 % trẻ đến lớp có đồ dùng cá nhân, đồ dùng học tập </w:t>
      </w:r>
      <w:proofErr w:type="gramStart"/>
      <w:r w:rsidRPr="009533A0">
        <w:rPr>
          <w:rFonts w:cs="Times New Roman"/>
          <w:position w:val="-1"/>
          <w:sz w:val="28"/>
          <w:szCs w:val="28"/>
        </w:rPr>
        <w:t>theo</w:t>
      </w:r>
      <w:proofErr w:type="gramEnd"/>
      <w:r w:rsidRPr="009533A0">
        <w:rPr>
          <w:rFonts w:cs="Times New Roman"/>
          <w:position w:val="-1"/>
          <w:sz w:val="28"/>
          <w:szCs w:val="28"/>
        </w:rPr>
        <w:t xml:space="preserve"> quy định</w:t>
      </w:r>
    </w:p>
    <w:p w:rsidR="006A2997" w:rsidRPr="009533A0" w:rsidRDefault="006A2997" w:rsidP="009533A0">
      <w:pPr>
        <w:suppressAutoHyphens/>
        <w:spacing w:after="0"/>
        <w:ind w:leftChars="-1" w:left="-3" w:firstLine="567"/>
        <w:jc w:val="both"/>
        <w:textDirection w:val="btLr"/>
        <w:textAlignment w:val="baseline"/>
        <w:outlineLvl w:val="0"/>
        <w:rPr>
          <w:rFonts w:cs="Times New Roman"/>
          <w:position w:val="-1"/>
          <w:sz w:val="28"/>
          <w:szCs w:val="28"/>
        </w:rPr>
      </w:pPr>
      <w:r w:rsidRPr="009533A0">
        <w:rPr>
          <w:rFonts w:cs="Times New Roman"/>
          <w:position w:val="-1"/>
          <w:sz w:val="28"/>
          <w:szCs w:val="28"/>
        </w:rPr>
        <w:t xml:space="preserve">- 100 lớp học có đồ chơi các góc lớp cho trẻ đảm bảo </w:t>
      </w:r>
      <w:proofErr w:type="gramStart"/>
      <w:r w:rsidRPr="009533A0">
        <w:rPr>
          <w:rFonts w:cs="Times New Roman"/>
          <w:position w:val="-1"/>
          <w:sz w:val="28"/>
          <w:szCs w:val="28"/>
        </w:rPr>
        <w:t>an</w:t>
      </w:r>
      <w:proofErr w:type="gramEnd"/>
      <w:r w:rsidRPr="009533A0">
        <w:rPr>
          <w:rFonts w:cs="Times New Roman"/>
          <w:position w:val="-1"/>
          <w:sz w:val="28"/>
          <w:szCs w:val="28"/>
        </w:rPr>
        <w:t xml:space="preserve"> toàn và cho trẻ khám phá, trải nghiệm.</w:t>
      </w:r>
    </w:p>
    <w:p w:rsidR="006A2997" w:rsidRPr="009533A0" w:rsidRDefault="006A2997" w:rsidP="009533A0">
      <w:pPr>
        <w:suppressAutoHyphens/>
        <w:spacing w:after="0"/>
        <w:ind w:leftChars="-1" w:left="-3" w:firstLine="567"/>
        <w:jc w:val="both"/>
        <w:textDirection w:val="btLr"/>
        <w:textAlignment w:val="baseline"/>
        <w:outlineLvl w:val="0"/>
        <w:rPr>
          <w:rFonts w:cs="Times New Roman"/>
          <w:position w:val="-1"/>
          <w:sz w:val="28"/>
          <w:szCs w:val="28"/>
        </w:rPr>
      </w:pPr>
      <w:r w:rsidRPr="009533A0">
        <w:rPr>
          <w:rFonts w:cs="Times New Roman"/>
          <w:position w:val="-1"/>
          <w:sz w:val="28"/>
          <w:szCs w:val="28"/>
        </w:rPr>
        <w:t>- 100% trẻ đến trường được theo dõi sức khỏe bằng biểu đồ tăng trưởng (đánh giá 3 lần/năm học đối với trẻ nhà trẻ, 2 lần/năm học đối với trẻ mẫu giáo).</w:t>
      </w:r>
    </w:p>
    <w:p w:rsidR="006A2997" w:rsidRPr="009533A0" w:rsidRDefault="006A2997" w:rsidP="009533A0">
      <w:pPr>
        <w:suppressAutoHyphens/>
        <w:spacing w:after="0"/>
        <w:ind w:leftChars="-1" w:left="-3" w:firstLine="567"/>
        <w:jc w:val="both"/>
        <w:textDirection w:val="btLr"/>
        <w:textAlignment w:val="baseline"/>
        <w:outlineLvl w:val="0"/>
        <w:rPr>
          <w:rFonts w:cs="Times New Roman"/>
          <w:position w:val="-1"/>
          <w:sz w:val="28"/>
          <w:szCs w:val="28"/>
        </w:rPr>
      </w:pPr>
      <w:r w:rsidRPr="009533A0">
        <w:rPr>
          <w:rFonts w:cs="Times New Roman"/>
          <w:position w:val="-1"/>
          <w:sz w:val="28"/>
          <w:szCs w:val="28"/>
        </w:rPr>
        <w:t>- Tỷ lệ trẻ suy dinh dưỡng thể nhẹ cân, thể thấp còi và béo phì giảm xuống dưới 3% so với đầu năm học.</w:t>
      </w:r>
    </w:p>
    <w:p w:rsidR="006A2997" w:rsidRPr="009533A0" w:rsidRDefault="006A2997" w:rsidP="009533A0">
      <w:pPr>
        <w:suppressAutoHyphens/>
        <w:spacing w:after="0"/>
        <w:ind w:leftChars="-1" w:left="-3" w:firstLine="567"/>
        <w:jc w:val="both"/>
        <w:textDirection w:val="btLr"/>
        <w:textAlignment w:val="baseline"/>
        <w:outlineLvl w:val="0"/>
        <w:rPr>
          <w:rFonts w:cs="Times New Roman"/>
          <w:position w:val="-1"/>
          <w:sz w:val="28"/>
          <w:szCs w:val="28"/>
        </w:rPr>
      </w:pPr>
      <w:r w:rsidRPr="009533A0">
        <w:rPr>
          <w:rFonts w:cs="Times New Roman"/>
          <w:position w:val="-1"/>
          <w:sz w:val="28"/>
          <w:szCs w:val="28"/>
        </w:rPr>
        <w:t xml:space="preserve">- 100% nhóm/lớp tổ chức </w:t>
      </w:r>
      <w:proofErr w:type="gramStart"/>
      <w:r w:rsidRPr="009533A0">
        <w:rPr>
          <w:rFonts w:cs="Times New Roman"/>
          <w:position w:val="-1"/>
          <w:sz w:val="28"/>
          <w:szCs w:val="28"/>
        </w:rPr>
        <w:t>ăn</w:t>
      </w:r>
      <w:proofErr w:type="gramEnd"/>
      <w:r w:rsidRPr="009533A0">
        <w:rPr>
          <w:rFonts w:cs="Times New Roman"/>
          <w:position w:val="-1"/>
          <w:sz w:val="28"/>
          <w:szCs w:val="28"/>
        </w:rPr>
        <w:t xml:space="preserve"> bán trú bảo đảm an toàn tuyệt đối, không để xảy ra ngộ độc thực phẩm.</w:t>
      </w:r>
    </w:p>
    <w:p w:rsidR="006A2997" w:rsidRPr="009533A0" w:rsidRDefault="006A2997" w:rsidP="009533A0">
      <w:pPr>
        <w:suppressAutoHyphens/>
        <w:spacing w:after="0"/>
        <w:ind w:leftChars="-1" w:left="-3" w:firstLine="567"/>
        <w:jc w:val="both"/>
        <w:textDirection w:val="btLr"/>
        <w:textAlignment w:val="baseline"/>
        <w:outlineLvl w:val="0"/>
        <w:rPr>
          <w:rFonts w:cs="Times New Roman"/>
          <w:position w:val="-1"/>
          <w:sz w:val="28"/>
          <w:szCs w:val="28"/>
        </w:rPr>
      </w:pPr>
      <w:r w:rsidRPr="009533A0">
        <w:rPr>
          <w:rFonts w:cs="Times New Roman"/>
          <w:position w:val="-1"/>
          <w:sz w:val="28"/>
          <w:szCs w:val="28"/>
        </w:rPr>
        <w:t xml:space="preserve">- Tỷ lệ trẻ đạt chuẩn phát triển các lĩnh vực </w:t>
      </w:r>
      <w:proofErr w:type="gramStart"/>
      <w:r w:rsidRPr="009533A0">
        <w:rPr>
          <w:rFonts w:cs="Times New Roman"/>
          <w:position w:val="-1"/>
          <w:sz w:val="28"/>
          <w:szCs w:val="28"/>
        </w:rPr>
        <w:t>theo</w:t>
      </w:r>
      <w:proofErr w:type="gramEnd"/>
      <w:r w:rsidRPr="009533A0">
        <w:rPr>
          <w:rFonts w:cs="Times New Roman"/>
          <w:position w:val="-1"/>
          <w:sz w:val="28"/>
          <w:szCs w:val="28"/>
        </w:rPr>
        <w:t xml:space="preserve"> độ tuổi đạt từ 95% trở lên.</w:t>
      </w:r>
    </w:p>
    <w:p w:rsidR="006A2997" w:rsidRPr="009533A0" w:rsidRDefault="00166D2C" w:rsidP="009533A0">
      <w:pPr>
        <w:keepNext/>
        <w:keepLines/>
        <w:suppressAutoHyphens/>
        <w:spacing w:after="0"/>
        <w:ind w:left="-2" w:firstLine="567"/>
        <w:jc w:val="both"/>
        <w:textDirection w:val="btLr"/>
        <w:textAlignment w:val="top"/>
        <w:outlineLvl w:val="2"/>
        <w:rPr>
          <w:rFonts w:cs="Times New Roman"/>
          <w:b/>
          <w:sz w:val="28"/>
          <w:szCs w:val="28"/>
          <w:lang w:val="vi-VN"/>
        </w:rPr>
      </w:pPr>
      <w:r w:rsidRPr="009533A0">
        <w:rPr>
          <w:rFonts w:cs="Times New Roman"/>
          <w:b/>
          <w:position w:val="-1"/>
          <w:sz w:val="28"/>
          <w:szCs w:val="28"/>
        </w:rPr>
        <w:t>*</w:t>
      </w:r>
      <w:r w:rsidR="006A2997" w:rsidRPr="009533A0">
        <w:rPr>
          <w:rFonts w:cs="Times New Roman"/>
          <w:b/>
          <w:position w:val="-1"/>
          <w:sz w:val="28"/>
          <w:szCs w:val="28"/>
          <w:lang w:val="vi-VN"/>
        </w:rPr>
        <w:t xml:space="preserve"> Tăng cường các nội dung giáo dục gắn với yêu cầu đột phá phát triển GDMN; bảo đảm công bằng, bình đẳng trong tiếp cận giáo dục</w:t>
      </w:r>
    </w:p>
    <w:p w:rsidR="006A2997" w:rsidRPr="009533A0" w:rsidRDefault="006A2997" w:rsidP="009533A0">
      <w:pPr>
        <w:pStyle w:val="Vnbnnidung0"/>
        <w:tabs>
          <w:tab w:val="left" w:pos="1134"/>
        </w:tabs>
        <w:spacing w:after="0" w:line="276" w:lineRule="auto"/>
        <w:ind w:firstLine="567"/>
        <w:rPr>
          <w:rFonts w:ascii="Times New Roman" w:hAnsi="Times New Roman" w:cs="Times New Roman"/>
          <w:sz w:val="28"/>
          <w:szCs w:val="28"/>
          <w:lang w:bidi="vi-VN"/>
        </w:rPr>
      </w:pPr>
      <w:r w:rsidRPr="009533A0">
        <w:rPr>
          <w:rFonts w:ascii="Times New Roman" w:hAnsi="Times New Roman" w:cs="Times New Roman"/>
          <w:sz w:val="28"/>
          <w:szCs w:val="28"/>
          <w:lang w:bidi="vi-VN"/>
        </w:rPr>
        <w:t xml:space="preserve">+ 100% trẻ em học tại trường được </w:t>
      </w:r>
      <w:proofErr w:type="gramStart"/>
      <w:r w:rsidRPr="009533A0">
        <w:rPr>
          <w:rFonts w:ascii="Times New Roman" w:hAnsi="Times New Roman" w:cs="Times New Roman"/>
          <w:sz w:val="28"/>
          <w:szCs w:val="28"/>
          <w:lang w:bidi="vi-VN"/>
        </w:rPr>
        <w:t>ăn</w:t>
      </w:r>
      <w:proofErr w:type="gramEnd"/>
      <w:r w:rsidRPr="009533A0">
        <w:rPr>
          <w:rFonts w:ascii="Times New Roman" w:hAnsi="Times New Roman" w:cs="Times New Roman"/>
          <w:sz w:val="28"/>
          <w:szCs w:val="28"/>
          <w:lang w:bidi="vi-VN"/>
        </w:rPr>
        <w:t xml:space="preserve"> bán trú</w:t>
      </w:r>
    </w:p>
    <w:p w:rsidR="006A2997" w:rsidRPr="009533A0" w:rsidRDefault="006A2997" w:rsidP="009533A0">
      <w:pPr>
        <w:pStyle w:val="Vnbnnidung0"/>
        <w:tabs>
          <w:tab w:val="left" w:pos="1134"/>
        </w:tabs>
        <w:spacing w:after="0" w:line="276" w:lineRule="auto"/>
        <w:ind w:firstLine="567"/>
        <w:rPr>
          <w:rFonts w:ascii="Times New Roman" w:hAnsi="Times New Roman" w:cs="Times New Roman"/>
          <w:sz w:val="28"/>
          <w:szCs w:val="28"/>
          <w:lang w:bidi="vi-VN"/>
        </w:rPr>
      </w:pPr>
      <w:r w:rsidRPr="009533A0">
        <w:rPr>
          <w:rFonts w:ascii="Times New Roman" w:hAnsi="Times New Roman" w:cs="Times New Roman"/>
          <w:sz w:val="28"/>
          <w:szCs w:val="28"/>
          <w:lang w:bidi="vi-VN"/>
        </w:rPr>
        <w:t xml:space="preserve">+ Bộ phận bán trú lên thực đơn phù hợp với trẻ, thực đơn thay đổi </w:t>
      </w:r>
      <w:proofErr w:type="gramStart"/>
      <w:r w:rsidRPr="009533A0">
        <w:rPr>
          <w:rFonts w:ascii="Times New Roman" w:hAnsi="Times New Roman" w:cs="Times New Roman"/>
          <w:sz w:val="28"/>
          <w:szCs w:val="28"/>
          <w:lang w:bidi="vi-VN"/>
        </w:rPr>
        <w:t>theo</w:t>
      </w:r>
      <w:proofErr w:type="gramEnd"/>
      <w:r w:rsidRPr="009533A0">
        <w:rPr>
          <w:rFonts w:ascii="Times New Roman" w:hAnsi="Times New Roman" w:cs="Times New Roman"/>
          <w:sz w:val="28"/>
          <w:szCs w:val="28"/>
          <w:lang w:bidi="vi-VN"/>
        </w:rPr>
        <w:t xml:space="preserve"> ngày, tuần. Bữa </w:t>
      </w:r>
      <w:proofErr w:type="gramStart"/>
      <w:r w:rsidRPr="009533A0">
        <w:rPr>
          <w:rFonts w:ascii="Times New Roman" w:hAnsi="Times New Roman" w:cs="Times New Roman"/>
          <w:sz w:val="28"/>
          <w:szCs w:val="28"/>
          <w:lang w:bidi="vi-VN"/>
        </w:rPr>
        <w:t>ăn</w:t>
      </w:r>
      <w:proofErr w:type="gramEnd"/>
      <w:r w:rsidRPr="009533A0">
        <w:rPr>
          <w:rFonts w:ascii="Times New Roman" w:hAnsi="Times New Roman" w:cs="Times New Roman"/>
          <w:sz w:val="28"/>
          <w:szCs w:val="28"/>
          <w:lang w:bidi="vi-VN"/>
        </w:rPr>
        <w:t xml:space="preserve"> đảm bảo đầy đủ thành phần các chất dinh dưỡng cho trẻ</w:t>
      </w:r>
    </w:p>
    <w:p w:rsidR="006A2997" w:rsidRPr="009533A0" w:rsidRDefault="006A2997" w:rsidP="009533A0">
      <w:pPr>
        <w:pStyle w:val="Vnbnnidung0"/>
        <w:tabs>
          <w:tab w:val="left" w:pos="1134"/>
        </w:tabs>
        <w:spacing w:after="0" w:line="276" w:lineRule="auto"/>
        <w:ind w:firstLine="567"/>
        <w:rPr>
          <w:rFonts w:ascii="Times New Roman" w:hAnsi="Times New Roman" w:cs="Times New Roman"/>
          <w:sz w:val="28"/>
          <w:szCs w:val="28"/>
          <w:lang w:bidi="vi-VN"/>
        </w:rPr>
      </w:pPr>
      <w:r w:rsidRPr="009533A0">
        <w:rPr>
          <w:rFonts w:ascii="Times New Roman" w:hAnsi="Times New Roman" w:cs="Times New Roman"/>
          <w:sz w:val="28"/>
          <w:szCs w:val="28"/>
          <w:lang w:bidi="vi-VN"/>
        </w:rPr>
        <w:t xml:space="preserve">+ Cô nuôi: </w:t>
      </w:r>
      <w:proofErr w:type="gramStart"/>
      <w:r w:rsidRPr="009533A0">
        <w:rPr>
          <w:rFonts w:ascii="Times New Roman" w:hAnsi="Times New Roman" w:cs="Times New Roman"/>
          <w:sz w:val="28"/>
          <w:szCs w:val="28"/>
          <w:lang w:bidi="vi-VN"/>
        </w:rPr>
        <w:t>ân</w:t>
      </w:r>
      <w:proofErr w:type="gramEnd"/>
      <w:r w:rsidRPr="009533A0">
        <w:rPr>
          <w:rFonts w:ascii="Times New Roman" w:hAnsi="Times New Roman" w:cs="Times New Roman"/>
          <w:sz w:val="28"/>
          <w:szCs w:val="28"/>
          <w:lang w:bidi="vi-VN"/>
        </w:rPr>
        <w:t xml:space="preserve"> cần, nhiệt tình động viên, khuyến khích trẻ ăn hết khẩu phần ăn.</w:t>
      </w:r>
    </w:p>
    <w:p w:rsidR="006A2997" w:rsidRPr="009533A0" w:rsidRDefault="006A2997" w:rsidP="009533A0">
      <w:pPr>
        <w:pStyle w:val="Vnbnnidung0"/>
        <w:tabs>
          <w:tab w:val="left" w:pos="1134"/>
        </w:tabs>
        <w:spacing w:after="0" w:line="276" w:lineRule="auto"/>
        <w:ind w:firstLine="567"/>
        <w:rPr>
          <w:rFonts w:ascii="Times New Roman" w:hAnsi="Times New Roman" w:cs="Times New Roman"/>
          <w:sz w:val="28"/>
          <w:szCs w:val="28"/>
          <w:lang w:bidi="vi-VN"/>
        </w:rPr>
      </w:pPr>
      <w:r w:rsidRPr="009533A0">
        <w:rPr>
          <w:rFonts w:ascii="Times New Roman" w:hAnsi="Times New Roman" w:cs="Times New Roman"/>
          <w:sz w:val="28"/>
          <w:szCs w:val="28"/>
          <w:lang w:bidi="vi-VN"/>
        </w:rPr>
        <w:t>+ Cơ sở vật chất: chăn nệm chỗ ăn, chỗ ngủ cho trẻ được đảm bảo ấm áp về mùa đông, thoán mát vào mùa hè.</w:t>
      </w:r>
    </w:p>
    <w:p w:rsidR="006A2997" w:rsidRPr="009533A0" w:rsidRDefault="006A2997" w:rsidP="009533A0">
      <w:pPr>
        <w:pStyle w:val="Vnbnnidung0"/>
        <w:tabs>
          <w:tab w:val="left" w:pos="1134"/>
        </w:tabs>
        <w:spacing w:after="0" w:line="276" w:lineRule="auto"/>
        <w:ind w:firstLine="567"/>
        <w:rPr>
          <w:rFonts w:ascii="Times New Roman" w:hAnsi="Times New Roman" w:cs="Times New Roman"/>
          <w:sz w:val="28"/>
          <w:szCs w:val="28"/>
          <w:lang w:bidi="vi-VN"/>
        </w:rPr>
      </w:pPr>
      <w:r w:rsidRPr="009533A0">
        <w:rPr>
          <w:rFonts w:ascii="Times New Roman" w:hAnsi="Times New Roman" w:cs="Times New Roman"/>
          <w:sz w:val="28"/>
          <w:szCs w:val="28"/>
          <w:lang w:bidi="vi-VN"/>
        </w:rPr>
        <w:t xml:space="preserve">- Công tác bảo đảm </w:t>
      </w:r>
      <w:proofErr w:type="gramStart"/>
      <w:r w:rsidRPr="009533A0">
        <w:rPr>
          <w:rFonts w:ascii="Times New Roman" w:hAnsi="Times New Roman" w:cs="Times New Roman"/>
          <w:sz w:val="28"/>
          <w:szCs w:val="28"/>
          <w:lang w:bidi="vi-VN"/>
        </w:rPr>
        <w:t>an</w:t>
      </w:r>
      <w:proofErr w:type="gramEnd"/>
      <w:r w:rsidRPr="009533A0">
        <w:rPr>
          <w:rFonts w:ascii="Times New Roman" w:hAnsi="Times New Roman" w:cs="Times New Roman"/>
          <w:sz w:val="28"/>
          <w:szCs w:val="28"/>
          <w:lang w:bidi="vi-VN"/>
        </w:rPr>
        <w:t xml:space="preserve"> toàn, phòng chống bạo lực học đường, </w:t>
      </w:r>
    </w:p>
    <w:p w:rsidR="006A2997" w:rsidRPr="009533A0" w:rsidRDefault="006A2997" w:rsidP="009533A0">
      <w:pPr>
        <w:pStyle w:val="Vnbnnidung0"/>
        <w:tabs>
          <w:tab w:val="left" w:pos="1134"/>
        </w:tabs>
        <w:spacing w:after="0" w:line="276" w:lineRule="auto"/>
        <w:ind w:firstLine="567"/>
        <w:rPr>
          <w:rFonts w:ascii="Times New Roman" w:hAnsi="Times New Roman" w:cs="Times New Roman"/>
          <w:sz w:val="28"/>
          <w:szCs w:val="28"/>
          <w:lang w:bidi="vi-VN"/>
        </w:rPr>
      </w:pPr>
      <w:r w:rsidRPr="009533A0">
        <w:rPr>
          <w:rFonts w:ascii="Times New Roman" w:hAnsi="Times New Roman" w:cs="Times New Roman"/>
          <w:sz w:val="28"/>
          <w:szCs w:val="28"/>
          <w:lang w:bidi="vi-VN"/>
        </w:rPr>
        <w:t xml:space="preserve">+ Nhà trường không xảy ra tình trạng bạo lực học đường. </w:t>
      </w:r>
      <w:proofErr w:type="gramStart"/>
      <w:r w:rsidRPr="009533A0">
        <w:rPr>
          <w:rFonts w:ascii="Times New Roman" w:hAnsi="Times New Roman" w:cs="Times New Roman"/>
          <w:sz w:val="28"/>
          <w:szCs w:val="28"/>
          <w:lang w:bidi="vi-VN"/>
        </w:rPr>
        <w:t>giáo</w:t>
      </w:r>
      <w:proofErr w:type="gramEnd"/>
      <w:r w:rsidRPr="009533A0">
        <w:rPr>
          <w:rFonts w:ascii="Times New Roman" w:hAnsi="Times New Roman" w:cs="Times New Roman"/>
          <w:sz w:val="28"/>
          <w:szCs w:val="28"/>
          <w:lang w:bidi="vi-VN"/>
        </w:rPr>
        <w:t xml:space="preserve"> viên luôn luôn đối xử công bằng với trẻ. Nhẹ nhàng, </w:t>
      </w:r>
      <w:proofErr w:type="gramStart"/>
      <w:r w:rsidRPr="009533A0">
        <w:rPr>
          <w:rFonts w:ascii="Times New Roman" w:hAnsi="Times New Roman" w:cs="Times New Roman"/>
          <w:sz w:val="28"/>
          <w:szCs w:val="28"/>
          <w:lang w:bidi="vi-VN"/>
        </w:rPr>
        <w:t>ân</w:t>
      </w:r>
      <w:proofErr w:type="gramEnd"/>
      <w:r w:rsidRPr="009533A0">
        <w:rPr>
          <w:rFonts w:ascii="Times New Roman" w:hAnsi="Times New Roman" w:cs="Times New Roman"/>
          <w:sz w:val="28"/>
          <w:szCs w:val="28"/>
          <w:lang w:bidi="vi-VN"/>
        </w:rPr>
        <w:t xml:space="preserve"> cần, chăm sóc trẻ. Vui vẻ, cởi mở hòa đồng với phụ huynh.</w:t>
      </w:r>
    </w:p>
    <w:p w:rsidR="006A2997" w:rsidRPr="009533A0" w:rsidRDefault="006A2997" w:rsidP="009533A0">
      <w:pPr>
        <w:pStyle w:val="Vnbnnidung0"/>
        <w:tabs>
          <w:tab w:val="left" w:pos="1134"/>
        </w:tabs>
        <w:spacing w:after="0" w:line="276" w:lineRule="auto"/>
        <w:ind w:firstLine="567"/>
        <w:rPr>
          <w:rFonts w:ascii="Times New Roman" w:hAnsi="Times New Roman" w:cs="Times New Roman"/>
          <w:sz w:val="28"/>
          <w:szCs w:val="28"/>
          <w:lang w:bidi="vi-VN"/>
        </w:rPr>
      </w:pPr>
      <w:r w:rsidRPr="009533A0">
        <w:rPr>
          <w:rFonts w:ascii="Times New Roman" w:hAnsi="Times New Roman" w:cs="Times New Roman"/>
          <w:sz w:val="28"/>
          <w:szCs w:val="28"/>
        </w:rPr>
        <w:t xml:space="preserve">- Bộ phận bán trú triển khai xây dựng thực đơn </w:t>
      </w:r>
      <w:proofErr w:type="gramStart"/>
      <w:r w:rsidRPr="009533A0">
        <w:rPr>
          <w:rFonts w:ascii="Times New Roman" w:hAnsi="Times New Roman" w:cs="Times New Roman"/>
          <w:sz w:val="28"/>
          <w:szCs w:val="28"/>
        </w:rPr>
        <w:t>theo</w:t>
      </w:r>
      <w:proofErr w:type="gramEnd"/>
      <w:r w:rsidRPr="009533A0">
        <w:rPr>
          <w:rFonts w:ascii="Times New Roman" w:hAnsi="Times New Roman" w:cs="Times New Roman"/>
          <w:sz w:val="28"/>
          <w:szCs w:val="28"/>
        </w:rPr>
        <w:t xml:space="preserve"> tuần, mùa, khẩu phần ăn phù hợp với độ tuổi phát triển của học sinh, trong đó có chú trọng cải tiến các món ăn và phối hợp các món ăn trong ngày hợp lý, đảm bảo chất lượng bữa ăn đủ khẩu phần và đảm bảo dinh dưỡng. Thực hiện tốt việc công khai thực đơn, thực phẩm, đơn giá hàng ngày. 100% trẻ được ăn bán trú tại trường, tổ chức giấc ngủ cho học sinh có đầy đủ trang thiết bị </w:t>
      </w:r>
      <w:proofErr w:type="gramStart"/>
      <w:r w:rsidRPr="009533A0">
        <w:rPr>
          <w:rFonts w:ascii="Times New Roman" w:hAnsi="Times New Roman" w:cs="Times New Roman"/>
          <w:sz w:val="28"/>
          <w:szCs w:val="28"/>
        </w:rPr>
        <w:t>theo</w:t>
      </w:r>
      <w:proofErr w:type="gramEnd"/>
      <w:r w:rsidRPr="009533A0">
        <w:rPr>
          <w:rFonts w:ascii="Times New Roman" w:hAnsi="Times New Roman" w:cs="Times New Roman"/>
          <w:sz w:val="28"/>
          <w:szCs w:val="28"/>
        </w:rPr>
        <w:t xml:space="preserve"> quy định, phù hợp theo mùa và đảm bảo vệ sinh, có đầy đủ màn, nệm, chăn, gối cho học sinh khi ngủ. Đảm bảo </w:t>
      </w:r>
      <w:proofErr w:type="gramStart"/>
      <w:r w:rsidRPr="009533A0">
        <w:rPr>
          <w:rFonts w:ascii="Times New Roman" w:hAnsi="Times New Roman" w:cs="Times New Roman"/>
          <w:sz w:val="28"/>
          <w:szCs w:val="28"/>
        </w:rPr>
        <w:t>an</w:t>
      </w:r>
      <w:proofErr w:type="gramEnd"/>
      <w:r w:rsidRPr="009533A0">
        <w:rPr>
          <w:rFonts w:ascii="Times New Roman" w:hAnsi="Times New Roman" w:cs="Times New Roman"/>
          <w:sz w:val="28"/>
          <w:szCs w:val="28"/>
        </w:rPr>
        <w:t xml:space="preserve"> toàn cho trẻ trong thời gian ở trường. Khẩu phần ăn của trẻ được tính toán phù hợp nhu cầu năng lượng </w:t>
      </w:r>
      <w:proofErr w:type="gramStart"/>
      <w:r w:rsidRPr="009533A0">
        <w:rPr>
          <w:rFonts w:ascii="Times New Roman" w:hAnsi="Times New Roman" w:cs="Times New Roman"/>
          <w:sz w:val="28"/>
          <w:szCs w:val="28"/>
        </w:rPr>
        <w:t>theo</w:t>
      </w:r>
      <w:proofErr w:type="gramEnd"/>
      <w:r w:rsidRPr="009533A0">
        <w:rPr>
          <w:rFonts w:ascii="Times New Roman" w:hAnsi="Times New Roman" w:cs="Times New Roman"/>
          <w:sz w:val="28"/>
          <w:szCs w:val="28"/>
        </w:rPr>
        <w:t xml:space="preserve"> quy định. </w:t>
      </w:r>
    </w:p>
    <w:p w:rsidR="006A2997" w:rsidRPr="009533A0" w:rsidRDefault="006A2997" w:rsidP="009533A0">
      <w:pPr>
        <w:spacing w:after="0"/>
        <w:ind w:firstLine="567"/>
        <w:jc w:val="both"/>
        <w:rPr>
          <w:rFonts w:cs="Times New Roman"/>
          <w:sz w:val="28"/>
          <w:szCs w:val="28"/>
        </w:rPr>
      </w:pPr>
      <w:r w:rsidRPr="009533A0">
        <w:rPr>
          <w:rFonts w:cs="Times New Roman"/>
          <w:sz w:val="28"/>
          <w:szCs w:val="28"/>
        </w:rPr>
        <w:lastRenderedPageBreak/>
        <w:t xml:space="preserve">- Thực hiện </w:t>
      </w:r>
      <w:proofErr w:type="gramStart"/>
      <w:r w:rsidRPr="009533A0">
        <w:rPr>
          <w:rFonts w:cs="Times New Roman"/>
          <w:sz w:val="28"/>
          <w:szCs w:val="28"/>
        </w:rPr>
        <w:t>theo</w:t>
      </w:r>
      <w:proofErr w:type="gramEnd"/>
      <w:r w:rsidRPr="009533A0">
        <w:rPr>
          <w:rFonts w:cs="Times New Roman"/>
          <w:sz w:val="28"/>
          <w:szCs w:val="28"/>
        </w:rPr>
        <w:t xml:space="preserve"> dõi sức khỏe trẻ bằng biểu đồ tăng trưởng; tổ chức cân, đo định kỳ. </w:t>
      </w:r>
    </w:p>
    <w:p w:rsidR="006A2997" w:rsidRPr="009533A0" w:rsidRDefault="006A2997" w:rsidP="009533A0">
      <w:pPr>
        <w:spacing w:after="0"/>
        <w:ind w:firstLine="567"/>
        <w:jc w:val="both"/>
        <w:rPr>
          <w:rFonts w:cs="Times New Roman"/>
          <w:sz w:val="28"/>
          <w:szCs w:val="28"/>
        </w:rPr>
      </w:pPr>
      <w:r w:rsidRPr="009533A0">
        <w:rPr>
          <w:rFonts w:cs="Times New Roman"/>
          <w:sz w:val="28"/>
          <w:szCs w:val="28"/>
        </w:rPr>
        <w:t xml:space="preserve">- Phối hợp với phụ huynh trong chăm sóc dinh dưỡng và phòng chống suy dinh dưỡng, béo phì cho trẻ. </w:t>
      </w:r>
    </w:p>
    <w:p w:rsidR="006A2997" w:rsidRPr="009533A0" w:rsidRDefault="006A2997" w:rsidP="009533A0">
      <w:pPr>
        <w:spacing w:after="0"/>
        <w:ind w:firstLine="567"/>
        <w:jc w:val="both"/>
        <w:rPr>
          <w:rFonts w:cs="Times New Roman"/>
          <w:sz w:val="28"/>
          <w:szCs w:val="28"/>
        </w:rPr>
      </w:pPr>
      <w:r w:rsidRPr="009533A0">
        <w:rPr>
          <w:rFonts w:cs="Times New Roman"/>
          <w:sz w:val="28"/>
          <w:szCs w:val="28"/>
        </w:rPr>
        <w:t xml:space="preserve">Chỉ tiêu phấn đấu: </w:t>
      </w:r>
    </w:p>
    <w:p w:rsidR="006A2997" w:rsidRPr="009533A0" w:rsidRDefault="006A2997" w:rsidP="009533A0">
      <w:pPr>
        <w:spacing w:after="0"/>
        <w:ind w:firstLine="567"/>
        <w:jc w:val="both"/>
        <w:rPr>
          <w:rFonts w:cs="Times New Roman"/>
          <w:sz w:val="28"/>
          <w:szCs w:val="28"/>
        </w:rPr>
      </w:pPr>
      <w:r w:rsidRPr="009533A0">
        <w:rPr>
          <w:rFonts w:cs="Times New Roman"/>
          <w:sz w:val="28"/>
          <w:szCs w:val="28"/>
          <w:lang w:val="pt-BR"/>
        </w:rPr>
        <w:t xml:space="preserve">- 100% cháu được khám sức khoẻ định kỳ 2 đợt/năm </w:t>
      </w:r>
    </w:p>
    <w:p w:rsidR="006A2997" w:rsidRPr="009533A0" w:rsidRDefault="006A2997" w:rsidP="009533A0">
      <w:pPr>
        <w:pStyle w:val="Vnbnnidung0"/>
        <w:tabs>
          <w:tab w:val="left" w:pos="1134"/>
        </w:tabs>
        <w:spacing w:after="0" w:line="276" w:lineRule="auto"/>
        <w:ind w:firstLine="567"/>
        <w:rPr>
          <w:rFonts w:ascii="Times New Roman" w:hAnsi="Times New Roman" w:cs="Times New Roman"/>
          <w:sz w:val="28"/>
          <w:szCs w:val="28"/>
          <w:lang w:val="pt-BR"/>
        </w:rPr>
      </w:pPr>
      <w:r w:rsidRPr="009533A0">
        <w:rPr>
          <w:rFonts w:ascii="Times New Roman" w:hAnsi="Times New Roman" w:cs="Times New Roman"/>
          <w:sz w:val="28"/>
          <w:szCs w:val="28"/>
          <w:lang w:val="pt-BR"/>
        </w:rPr>
        <w:t>- 100 % được kiểm tra sức khỏe và theo dõi biểu đồ tăng trưởng theo quy định</w:t>
      </w:r>
    </w:p>
    <w:p w:rsidR="006A2997" w:rsidRPr="009533A0" w:rsidRDefault="006A2997" w:rsidP="009533A0">
      <w:pPr>
        <w:spacing w:after="0"/>
        <w:ind w:firstLine="567"/>
        <w:jc w:val="both"/>
        <w:rPr>
          <w:rFonts w:cs="Times New Roman"/>
          <w:sz w:val="28"/>
          <w:szCs w:val="28"/>
        </w:rPr>
      </w:pPr>
      <w:r w:rsidRPr="009533A0">
        <w:rPr>
          <w:rFonts w:cs="Times New Roman"/>
          <w:sz w:val="28"/>
          <w:szCs w:val="28"/>
        </w:rPr>
        <w:t xml:space="preserve">- 100% trẻ được bảo đảm </w:t>
      </w:r>
      <w:proofErr w:type="gramStart"/>
      <w:r w:rsidRPr="009533A0">
        <w:rPr>
          <w:rFonts w:cs="Times New Roman"/>
          <w:sz w:val="28"/>
          <w:szCs w:val="28"/>
        </w:rPr>
        <w:t>an</w:t>
      </w:r>
      <w:proofErr w:type="gramEnd"/>
      <w:r w:rsidRPr="009533A0">
        <w:rPr>
          <w:rFonts w:cs="Times New Roman"/>
          <w:sz w:val="28"/>
          <w:szCs w:val="28"/>
        </w:rPr>
        <w:t xml:space="preserve"> toàn tuyệt đối về thể chất và tinh thần; </w:t>
      </w:r>
    </w:p>
    <w:p w:rsidR="006A2997" w:rsidRPr="009533A0" w:rsidRDefault="006A2997" w:rsidP="009533A0">
      <w:pPr>
        <w:spacing w:after="0"/>
        <w:ind w:firstLine="567"/>
        <w:jc w:val="both"/>
        <w:rPr>
          <w:rFonts w:cs="Times New Roman"/>
          <w:sz w:val="28"/>
          <w:szCs w:val="28"/>
        </w:rPr>
      </w:pPr>
      <w:r w:rsidRPr="009533A0">
        <w:rPr>
          <w:rFonts w:cs="Times New Roman"/>
          <w:sz w:val="28"/>
          <w:szCs w:val="28"/>
        </w:rPr>
        <w:t xml:space="preserve">- 100% không xảy ra bạo hành, </w:t>
      </w:r>
      <w:proofErr w:type="gramStart"/>
      <w:r w:rsidRPr="009533A0">
        <w:rPr>
          <w:rFonts w:cs="Times New Roman"/>
          <w:sz w:val="28"/>
          <w:szCs w:val="28"/>
        </w:rPr>
        <w:t>tai</w:t>
      </w:r>
      <w:proofErr w:type="gramEnd"/>
      <w:r w:rsidRPr="009533A0">
        <w:rPr>
          <w:rFonts w:cs="Times New Roman"/>
          <w:sz w:val="28"/>
          <w:szCs w:val="28"/>
        </w:rPr>
        <w:t xml:space="preserve"> nạn thương tích nghiêm trọng hay ngộ độc thực phẩm; </w:t>
      </w:r>
    </w:p>
    <w:p w:rsidR="006A2997" w:rsidRPr="009533A0" w:rsidRDefault="006A2997" w:rsidP="009533A0">
      <w:pPr>
        <w:spacing w:after="0"/>
        <w:ind w:firstLine="567"/>
        <w:jc w:val="both"/>
        <w:rPr>
          <w:rFonts w:cs="Times New Roman"/>
          <w:sz w:val="28"/>
          <w:szCs w:val="28"/>
        </w:rPr>
      </w:pPr>
      <w:r w:rsidRPr="009533A0">
        <w:rPr>
          <w:rFonts w:cs="Times New Roman"/>
          <w:sz w:val="28"/>
          <w:szCs w:val="28"/>
        </w:rPr>
        <w:t xml:space="preserve">- 100% tỷ lệ trẻ </w:t>
      </w:r>
      <w:proofErr w:type="gramStart"/>
      <w:r w:rsidRPr="009533A0">
        <w:rPr>
          <w:rFonts w:cs="Times New Roman"/>
          <w:sz w:val="28"/>
          <w:szCs w:val="28"/>
        </w:rPr>
        <w:t>ăn</w:t>
      </w:r>
      <w:proofErr w:type="gramEnd"/>
      <w:r w:rsidRPr="009533A0">
        <w:rPr>
          <w:rFonts w:cs="Times New Roman"/>
          <w:sz w:val="28"/>
          <w:szCs w:val="28"/>
        </w:rPr>
        <w:t xml:space="preserve"> ngon, hết suất đạt</w:t>
      </w:r>
    </w:p>
    <w:p w:rsidR="006A2997" w:rsidRPr="009533A0" w:rsidRDefault="006A2997" w:rsidP="009533A0">
      <w:pPr>
        <w:spacing w:after="0"/>
        <w:ind w:firstLine="567"/>
        <w:jc w:val="both"/>
        <w:rPr>
          <w:rFonts w:cs="Times New Roman"/>
          <w:sz w:val="28"/>
          <w:szCs w:val="28"/>
        </w:rPr>
      </w:pPr>
      <w:r w:rsidRPr="009533A0">
        <w:rPr>
          <w:rFonts w:cs="Times New Roman"/>
          <w:sz w:val="28"/>
          <w:szCs w:val="28"/>
        </w:rPr>
        <w:t xml:space="preserve">- Dưới 3% tỷ lệ trẻ suy dinh dưỡng thể nhẹ cân  </w:t>
      </w:r>
    </w:p>
    <w:p w:rsidR="006A2997" w:rsidRPr="009533A0" w:rsidRDefault="006A2997" w:rsidP="009533A0">
      <w:pPr>
        <w:spacing w:after="0"/>
        <w:ind w:firstLine="567"/>
        <w:jc w:val="both"/>
        <w:rPr>
          <w:rFonts w:cs="Times New Roman"/>
          <w:sz w:val="28"/>
          <w:szCs w:val="28"/>
        </w:rPr>
      </w:pPr>
      <w:r w:rsidRPr="009533A0">
        <w:rPr>
          <w:rFonts w:cs="Times New Roman"/>
          <w:sz w:val="28"/>
          <w:szCs w:val="28"/>
        </w:rPr>
        <w:t xml:space="preserve">- Dưới 4% tỷ lệ trẻ suy dinh dưỡng thể thấp còi </w:t>
      </w:r>
    </w:p>
    <w:p w:rsidR="006A2997" w:rsidRPr="009533A0" w:rsidRDefault="006A2997" w:rsidP="009533A0">
      <w:pPr>
        <w:spacing w:after="0"/>
        <w:ind w:firstLine="567"/>
        <w:jc w:val="both"/>
        <w:rPr>
          <w:rFonts w:cs="Times New Roman"/>
          <w:sz w:val="28"/>
          <w:szCs w:val="28"/>
        </w:rPr>
      </w:pPr>
      <w:r w:rsidRPr="009533A0">
        <w:rPr>
          <w:rFonts w:cs="Times New Roman"/>
          <w:sz w:val="28"/>
          <w:szCs w:val="28"/>
        </w:rPr>
        <w:t>- 0% tỷ lệ trẻ béo phì/thừa cân</w:t>
      </w:r>
    </w:p>
    <w:p w:rsidR="006A2997" w:rsidRPr="009533A0" w:rsidRDefault="006A2997" w:rsidP="009533A0">
      <w:pPr>
        <w:spacing w:after="0"/>
        <w:ind w:firstLine="567"/>
        <w:jc w:val="both"/>
        <w:rPr>
          <w:rFonts w:cs="Times New Roman"/>
          <w:sz w:val="28"/>
          <w:szCs w:val="28"/>
        </w:rPr>
      </w:pPr>
      <w:r w:rsidRPr="009533A0">
        <w:rPr>
          <w:rFonts w:cs="Times New Roman"/>
          <w:sz w:val="28"/>
          <w:szCs w:val="28"/>
        </w:rPr>
        <w:t xml:space="preserve">- 100% trẻ được đảm bảo </w:t>
      </w:r>
      <w:proofErr w:type="gramStart"/>
      <w:r w:rsidRPr="009533A0">
        <w:rPr>
          <w:rFonts w:cs="Times New Roman"/>
          <w:sz w:val="28"/>
          <w:szCs w:val="28"/>
        </w:rPr>
        <w:t>an</w:t>
      </w:r>
      <w:proofErr w:type="gramEnd"/>
      <w:r w:rsidRPr="009533A0">
        <w:rPr>
          <w:rFonts w:cs="Times New Roman"/>
          <w:sz w:val="28"/>
          <w:szCs w:val="28"/>
        </w:rPr>
        <w:t xml:space="preserve"> toàn trong thời gian học bán trú tại trường.</w:t>
      </w:r>
    </w:p>
    <w:p w:rsidR="006A2997" w:rsidRPr="009533A0" w:rsidRDefault="006A2997" w:rsidP="009533A0">
      <w:pPr>
        <w:keepLines/>
        <w:shd w:val="clear" w:color="auto" w:fill="FFFFFF"/>
        <w:suppressAutoHyphens/>
        <w:spacing w:after="0"/>
        <w:ind w:firstLine="567"/>
        <w:jc w:val="both"/>
        <w:textDirection w:val="btLr"/>
        <w:textAlignment w:val="top"/>
        <w:outlineLvl w:val="0"/>
        <w:rPr>
          <w:rFonts w:cs="Times New Roman"/>
          <w:position w:val="-1"/>
          <w:sz w:val="28"/>
          <w:szCs w:val="28"/>
          <w:lang w:val="vi-VN"/>
        </w:rPr>
      </w:pPr>
      <w:r w:rsidRPr="009533A0">
        <w:rPr>
          <w:rFonts w:cs="Times New Roman"/>
          <w:position w:val="-1"/>
          <w:sz w:val="28"/>
          <w:szCs w:val="28"/>
          <w:lang w:val="vi-VN"/>
        </w:rPr>
        <w:t xml:space="preserve">Nâng cao chất lượng thực hiện Chương trình GDMN; đổi mới phương pháp, hình thức tổ chức các hoạt động giáo dục </w:t>
      </w:r>
    </w:p>
    <w:p w:rsidR="006A2997" w:rsidRPr="009533A0" w:rsidRDefault="006A2997" w:rsidP="009533A0">
      <w:pPr>
        <w:suppressAutoHyphens/>
        <w:spacing w:after="0"/>
        <w:ind w:firstLine="567"/>
        <w:jc w:val="both"/>
        <w:textDirection w:val="btLr"/>
        <w:textAlignment w:val="baseline"/>
        <w:outlineLvl w:val="0"/>
        <w:rPr>
          <w:rFonts w:cs="Times New Roman"/>
          <w:color w:val="000000" w:themeColor="text1"/>
          <w:position w:val="-1"/>
          <w:sz w:val="28"/>
          <w:szCs w:val="28"/>
        </w:rPr>
      </w:pPr>
      <w:r w:rsidRPr="009533A0">
        <w:rPr>
          <w:rFonts w:cs="Times New Roman"/>
          <w:color w:val="000000" w:themeColor="text1"/>
          <w:position w:val="-1"/>
          <w:sz w:val="28"/>
          <w:szCs w:val="28"/>
        </w:rPr>
        <w:t>- Huy động 100% trẻ 5 tuổi trên địa bàn ra lớp.</w:t>
      </w:r>
    </w:p>
    <w:p w:rsidR="006A2997" w:rsidRPr="009533A0" w:rsidRDefault="006A2997" w:rsidP="009533A0">
      <w:pPr>
        <w:suppressAutoHyphens/>
        <w:spacing w:after="0"/>
        <w:ind w:leftChars="-1" w:left="-3" w:firstLine="567"/>
        <w:jc w:val="both"/>
        <w:textDirection w:val="btLr"/>
        <w:textAlignment w:val="baseline"/>
        <w:outlineLvl w:val="0"/>
        <w:rPr>
          <w:rFonts w:cs="Times New Roman"/>
          <w:color w:val="000000" w:themeColor="text1"/>
          <w:position w:val="-1"/>
          <w:sz w:val="28"/>
          <w:szCs w:val="28"/>
        </w:rPr>
      </w:pPr>
      <w:r w:rsidRPr="009533A0">
        <w:rPr>
          <w:rFonts w:cs="Times New Roman"/>
          <w:color w:val="000000" w:themeColor="text1"/>
          <w:position w:val="-1"/>
          <w:sz w:val="28"/>
          <w:szCs w:val="28"/>
        </w:rPr>
        <w:t>- Huy động từ 95% trở lên trẻ 3 - 4 tuổi và từ 85% trở lên trẻ độ tuổi nhà trẻ đến trường/lớp mầm non.</w:t>
      </w:r>
    </w:p>
    <w:p w:rsidR="006A2997" w:rsidRPr="009533A0" w:rsidRDefault="006A2997" w:rsidP="009533A0">
      <w:pPr>
        <w:suppressAutoHyphens/>
        <w:spacing w:after="0"/>
        <w:ind w:leftChars="-1" w:left="-3" w:firstLine="567"/>
        <w:jc w:val="both"/>
        <w:textDirection w:val="btLr"/>
        <w:textAlignment w:val="baseline"/>
        <w:outlineLvl w:val="0"/>
        <w:rPr>
          <w:rFonts w:cs="Times New Roman"/>
          <w:color w:val="000000" w:themeColor="text1"/>
          <w:position w:val="-1"/>
          <w:sz w:val="28"/>
          <w:szCs w:val="28"/>
        </w:rPr>
      </w:pPr>
      <w:r w:rsidRPr="009533A0">
        <w:rPr>
          <w:rFonts w:cs="Times New Roman"/>
          <w:color w:val="000000" w:themeColor="text1"/>
          <w:position w:val="-1"/>
          <w:sz w:val="28"/>
          <w:szCs w:val="28"/>
        </w:rPr>
        <w:t>- Tỷ lệ chuyên cần đạt: Trẻ 5 tuổi đạt từ 95% trở lên; Trẻ 3 - 4 tuổi đạt từ 85% trở lên; Trẻ nhà trẻ đạt từ 85% trở lên.</w:t>
      </w:r>
    </w:p>
    <w:p w:rsidR="006A2997" w:rsidRPr="009533A0" w:rsidRDefault="006A2997" w:rsidP="009533A0">
      <w:pPr>
        <w:spacing w:after="0"/>
        <w:ind w:firstLine="567"/>
        <w:jc w:val="both"/>
        <w:rPr>
          <w:rFonts w:cs="Times New Roman"/>
          <w:color w:val="000000" w:themeColor="text1"/>
          <w:sz w:val="28"/>
          <w:szCs w:val="28"/>
        </w:rPr>
      </w:pPr>
      <w:r w:rsidRPr="009533A0">
        <w:rPr>
          <w:rFonts w:cs="Times New Roman"/>
          <w:color w:val="000000" w:themeColor="text1"/>
          <w:sz w:val="28"/>
          <w:szCs w:val="28"/>
        </w:rPr>
        <w:t xml:space="preserve"> - Đạt </w:t>
      </w:r>
      <w:r w:rsidRPr="009533A0">
        <w:rPr>
          <w:rFonts w:cs="Times New Roman"/>
          <w:bCs/>
          <w:color w:val="000000" w:themeColor="text1"/>
          <w:sz w:val="28"/>
          <w:szCs w:val="28"/>
        </w:rPr>
        <w:t>100% trẻ 5 tuổi</w:t>
      </w:r>
      <w:r w:rsidRPr="009533A0">
        <w:rPr>
          <w:rFonts w:cs="Times New Roman"/>
          <w:color w:val="000000" w:themeColor="text1"/>
          <w:sz w:val="28"/>
          <w:szCs w:val="28"/>
        </w:rPr>
        <w:t xml:space="preserve"> được đánh giá cuối độ tuổi </w:t>
      </w:r>
      <w:proofErr w:type="gramStart"/>
      <w:r w:rsidRPr="009533A0">
        <w:rPr>
          <w:rFonts w:cs="Times New Roman"/>
          <w:color w:val="000000" w:themeColor="text1"/>
          <w:sz w:val="28"/>
          <w:szCs w:val="28"/>
        </w:rPr>
        <w:t>theo</w:t>
      </w:r>
      <w:proofErr w:type="gramEnd"/>
      <w:r w:rsidRPr="009533A0">
        <w:rPr>
          <w:rFonts w:cs="Times New Roman"/>
          <w:color w:val="000000" w:themeColor="text1"/>
          <w:sz w:val="28"/>
          <w:szCs w:val="28"/>
        </w:rPr>
        <w:t xml:space="preserve"> Bộ chuẩn phát triển trẻ 5 tuổi.</w:t>
      </w:r>
    </w:p>
    <w:p w:rsidR="006A2997" w:rsidRPr="009533A0" w:rsidRDefault="006A2997" w:rsidP="009533A0">
      <w:pPr>
        <w:spacing w:after="0"/>
        <w:ind w:firstLine="567"/>
        <w:jc w:val="both"/>
        <w:rPr>
          <w:rFonts w:cs="Times New Roman"/>
          <w:color w:val="000000" w:themeColor="text1"/>
          <w:sz w:val="28"/>
          <w:szCs w:val="28"/>
        </w:rPr>
      </w:pPr>
      <w:r w:rsidRPr="009533A0">
        <w:rPr>
          <w:rFonts w:cs="Times New Roman"/>
          <w:color w:val="000000" w:themeColor="text1"/>
          <w:sz w:val="28"/>
          <w:szCs w:val="28"/>
        </w:rPr>
        <w:t xml:space="preserve">- 100% trẻ đến trường, đến lớp được đảm bảo </w:t>
      </w:r>
      <w:proofErr w:type="gramStart"/>
      <w:r w:rsidRPr="009533A0">
        <w:rPr>
          <w:rFonts w:cs="Times New Roman"/>
          <w:color w:val="000000" w:themeColor="text1"/>
          <w:sz w:val="28"/>
          <w:szCs w:val="28"/>
        </w:rPr>
        <w:t>an</w:t>
      </w:r>
      <w:proofErr w:type="gramEnd"/>
      <w:r w:rsidRPr="009533A0">
        <w:rPr>
          <w:rFonts w:cs="Times New Roman"/>
          <w:color w:val="000000" w:themeColor="text1"/>
          <w:sz w:val="28"/>
          <w:szCs w:val="28"/>
        </w:rPr>
        <w:t xml:space="preserve"> toàn tuyệt đối 100%</w:t>
      </w:r>
    </w:p>
    <w:p w:rsidR="006A2997" w:rsidRPr="009533A0" w:rsidRDefault="006A2997" w:rsidP="009533A0">
      <w:pPr>
        <w:spacing w:after="0"/>
        <w:ind w:firstLine="567"/>
        <w:jc w:val="both"/>
        <w:rPr>
          <w:rFonts w:cs="Times New Roman"/>
          <w:color w:val="000000" w:themeColor="text1"/>
          <w:sz w:val="28"/>
          <w:szCs w:val="28"/>
        </w:rPr>
      </w:pPr>
      <w:r w:rsidRPr="009533A0">
        <w:rPr>
          <w:rFonts w:cs="Times New Roman"/>
          <w:color w:val="000000" w:themeColor="text1"/>
          <w:sz w:val="28"/>
          <w:szCs w:val="28"/>
        </w:rPr>
        <w:t xml:space="preserve">- Trẻ 5 tuổi được </w:t>
      </w:r>
      <w:r w:rsidRPr="009533A0">
        <w:rPr>
          <w:rFonts w:cs="Times New Roman"/>
          <w:bCs/>
          <w:color w:val="000000" w:themeColor="text1"/>
          <w:sz w:val="28"/>
          <w:szCs w:val="28"/>
        </w:rPr>
        <w:t>khám sức khỏe định kỳ 2 lần/năm</w:t>
      </w:r>
      <w:r w:rsidRPr="009533A0">
        <w:rPr>
          <w:rFonts w:cs="Times New Roman"/>
          <w:color w:val="000000" w:themeColor="text1"/>
          <w:sz w:val="28"/>
          <w:szCs w:val="28"/>
        </w:rPr>
        <w:t xml:space="preserve">, tỷ lệ suy dinh dưỡng thể nhẹ cân, thấp còi dưới </w:t>
      </w:r>
      <w:r w:rsidRPr="009533A0">
        <w:rPr>
          <w:rFonts w:cs="Times New Roman"/>
          <w:bCs/>
          <w:color w:val="000000" w:themeColor="text1"/>
          <w:sz w:val="28"/>
          <w:szCs w:val="28"/>
        </w:rPr>
        <w:t>3%</w:t>
      </w:r>
      <w:r w:rsidRPr="009533A0">
        <w:rPr>
          <w:rFonts w:cs="Times New Roman"/>
          <w:color w:val="000000" w:themeColor="text1"/>
          <w:sz w:val="28"/>
          <w:szCs w:val="28"/>
        </w:rPr>
        <w:t>.</w:t>
      </w:r>
    </w:p>
    <w:p w:rsidR="006A2997" w:rsidRPr="009533A0" w:rsidRDefault="006A2997" w:rsidP="009533A0">
      <w:pPr>
        <w:spacing w:after="0"/>
        <w:ind w:firstLine="567"/>
        <w:jc w:val="both"/>
        <w:rPr>
          <w:rFonts w:cs="Times New Roman"/>
          <w:color w:val="000000" w:themeColor="text1"/>
          <w:sz w:val="28"/>
          <w:szCs w:val="28"/>
        </w:rPr>
      </w:pPr>
      <w:r w:rsidRPr="009533A0">
        <w:rPr>
          <w:rFonts w:cs="Times New Roman"/>
          <w:color w:val="000000" w:themeColor="text1"/>
          <w:sz w:val="28"/>
          <w:szCs w:val="28"/>
        </w:rPr>
        <w:t>- 100% trẻ 3–5 tuổi được đảm bảo học đủ 35 tuần/năm học, được tham gia các hoạt động giáo dục theo Chương trình GDMN.</w:t>
      </w:r>
    </w:p>
    <w:p w:rsidR="006A2997" w:rsidRPr="009533A0" w:rsidRDefault="006A2997" w:rsidP="009533A0">
      <w:pPr>
        <w:spacing w:after="0"/>
        <w:ind w:firstLine="567"/>
        <w:jc w:val="both"/>
        <w:rPr>
          <w:rFonts w:cs="Times New Roman"/>
          <w:color w:val="000000" w:themeColor="text1"/>
          <w:sz w:val="28"/>
          <w:szCs w:val="28"/>
        </w:rPr>
      </w:pPr>
      <w:r w:rsidRPr="009533A0">
        <w:rPr>
          <w:rFonts w:cs="Times New Roman"/>
          <w:color w:val="000000" w:themeColor="text1"/>
          <w:sz w:val="28"/>
          <w:szCs w:val="28"/>
        </w:rPr>
        <w:t xml:space="preserve"> -100% trẻ trong độ tuổi được </w:t>
      </w:r>
      <w:proofErr w:type="gramStart"/>
      <w:r w:rsidRPr="009533A0">
        <w:rPr>
          <w:rFonts w:cs="Times New Roman"/>
          <w:color w:val="000000" w:themeColor="text1"/>
          <w:sz w:val="28"/>
          <w:szCs w:val="28"/>
        </w:rPr>
        <w:t>theo</w:t>
      </w:r>
      <w:proofErr w:type="gramEnd"/>
      <w:r w:rsidRPr="009533A0">
        <w:rPr>
          <w:rFonts w:cs="Times New Roman"/>
          <w:color w:val="000000" w:themeColor="text1"/>
          <w:sz w:val="28"/>
          <w:szCs w:val="28"/>
        </w:rPr>
        <w:t xml:space="preserve"> dõi sự phát triển bằng bộ công cụ theo dõi trẻ.</w:t>
      </w:r>
    </w:p>
    <w:p w:rsidR="006A2997" w:rsidRPr="009533A0" w:rsidRDefault="006A2997" w:rsidP="009533A0">
      <w:pPr>
        <w:spacing w:after="0"/>
        <w:ind w:firstLine="567"/>
        <w:jc w:val="both"/>
        <w:rPr>
          <w:rFonts w:cs="Times New Roman"/>
          <w:color w:val="000000" w:themeColor="text1"/>
          <w:sz w:val="28"/>
          <w:szCs w:val="28"/>
        </w:rPr>
      </w:pPr>
      <w:r w:rsidRPr="009533A0">
        <w:rPr>
          <w:rFonts w:cs="Times New Roman"/>
          <w:color w:val="000000" w:themeColor="text1"/>
          <w:sz w:val="28"/>
          <w:szCs w:val="28"/>
        </w:rPr>
        <w:t xml:space="preserve">- Trẻ mẫu giáo tại trường tham gia làm quen Tiếng Anh dành cho trẻ mầm </w:t>
      </w:r>
      <w:proofErr w:type="gramStart"/>
      <w:r w:rsidRPr="009533A0">
        <w:rPr>
          <w:rFonts w:cs="Times New Roman"/>
          <w:color w:val="000000" w:themeColor="text1"/>
          <w:sz w:val="28"/>
          <w:szCs w:val="28"/>
        </w:rPr>
        <w:t>non</w:t>
      </w:r>
      <w:proofErr w:type="gramEnd"/>
      <w:r w:rsidRPr="009533A0">
        <w:rPr>
          <w:rFonts w:cs="Times New Roman"/>
          <w:color w:val="000000" w:themeColor="text1"/>
          <w:sz w:val="28"/>
          <w:szCs w:val="28"/>
        </w:rPr>
        <w:t>.</w:t>
      </w:r>
    </w:p>
    <w:p w:rsidR="006A2997" w:rsidRPr="009533A0" w:rsidRDefault="006A2997" w:rsidP="009533A0">
      <w:pPr>
        <w:spacing w:after="0"/>
        <w:ind w:firstLine="567"/>
        <w:jc w:val="both"/>
        <w:rPr>
          <w:rFonts w:cs="Times New Roman"/>
          <w:color w:val="000000" w:themeColor="text1"/>
          <w:sz w:val="28"/>
          <w:szCs w:val="28"/>
          <w:lang w:val="vi-VN"/>
        </w:rPr>
      </w:pPr>
      <w:r w:rsidRPr="009533A0">
        <w:rPr>
          <w:rFonts w:cs="Times New Roman"/>
          <w:color w:val="000000" w:themeColor="text1"/>
          <w:sz w:val="28"/>
          <w:szCs w:val="28"/>
        </w:rPr>
        <w:t>- 100% trẻ được tham gia giáo dục lồng ghép các chuyên đề ATGT, BVMT, VSRM, tiết kiệm năng lượng…</w:t>
      </w:r>
    </w:p>
    <w:p w:rsidR="006A2997" w:rsidRPr="009533A0" w:rsidRDefault="006A2997" w:rsidP="009533A0">
      <w:pPr>
        <w:spacing w:after="0"/>
        <w:ind w:firstLine="567"/>
        <w:jc w:val="both"/>
        <w:rPr>
          <w:rFonts w:cs="Times New Roman"/>
          <w:color w:val="000000" w:themeColor="text1"/>
          <w:sz w:val="28"/>
          <w:szCs w:val="28"/>
          <w:lang w:val="vi-VN"/>
        </w:rPr>
      </w:pPr>
      <w:r w:rsidRPr="009533A0">
        <w:rPr>
          <w:rFonts w:cs="Times New Roman"/>
          <w:color w:val="000000" w:themeColor="text1"/>
          <w:sz w:val="28"/>
          <w:szCs w:val="28"/>
        </w:rPr>
        <w:t xml:space="preserve">- </w:t>
      </w:r>
      <w:r w:rsidRPr="009533A0">
        <w:rPr>
          <w:rFonts w:cs="Times New Roman"/>
          <w:color w:val="000000" w:themeColor="text1"/>
          <w:sz w:val="28"/>
          <w:szCs w:val="28"/>
          <w:lang w:val="vi-VN"/>
        </w:rPr>
        <w:t xml:space="preserve">100% trẻ 3-5 tuổi được hưởng chế độ </w:t>
      </w:r>
      <w:proofErr w:type="gramStart"/>
      <w:r w:rsidRPr="009533A0">
        <w:rPr>
          <w:rFonts w:cs="Times New Roman"/>
          <w:color w:val="000000" w:themeColor="text1"/>
          <w:sz w:val="28"/>
          <w:szCs w:val="28"/>
          <w:lang w:val="vi-VN"/>
        </w:rPr>
        <w:t>theo</w:t>
      </w:r>
      <w:proofErr w:type="gramEnd"/>
      <w:r w:rsidRPr="009533A0">
        <w:rPr>
          <w:rFonts w:cs="Times New Roman"/>
          <w:color w:val="000000" w:themeColor="text1"/>
          <w:sz w:val="28"/>
          <w:szCs w:val="28"/>
          <w:lang w:val="vi-VN"/>
        </w:rPr>
        <w:t xml:space="preserve"> nghị định 277/2025 về chế độ phổ cập cho trẻ mầm non từ 3 tuổi đến 5 tuổi.</w:t>
      </w:r>
    </w:p>
    <w:p w:rsidR="006A2997" w:rsidRPr="009533A0" w:rsidRDefault="006A2997" w:rsidP="009533A0">
      <w:pPr>
        <w:spacing w:after="0"/>
        <w:ind w:firstLine="567"/>
        <w:jc w:val="both"/>
        <w:rPr>
          <w:rFonts w:cs="Times New Roman"/>
          <w:color w:val="000000" w:themeColor="text1"/>
          <w:sz w:val="28"/>
          <w:szCs w:val="28"/>
        </w:rPr>
      </w:pPr>
      <w:r w:rsidRPr="009533A0">
        <w:rPr>
          <w:rFonts w:cs="Times New Roman"/>
          <w:color w:val="000000" w:themeColor="text1"/>
          <w:sz w:val="28"/>
          <w:szCs w:val="28"/>
        </w:rPr>
        <w:lastRenderedPageBreak/>
        <w:t>- 98% trẻ được đồng bộ dữ liệu trên phần mền csdl.moet.edu về dữ liệu dân cư.</w:t>
      </w:r>
    </w:p>
    <w:p w:rsidR="006A2997" w:rsidRPr="009533A0" w:rsidRDefault="006A2997" w:rsidP="009533A0">
      <w:pPr>
        <w:suppressAutoHyphens/>
        <w:spacing w:after="0"/>
        <w:ind w:leftChars="-1" w:left="-3" w:firstLine="567"/>
        <w:jc w:val="both"/>
        <w:textDirection w:val="btLr"/>
        <w:textAlignment w:val="baseline"/>
        <w:outlineLvl w:val="0"/>
        <w:rPr>
          <w:rFonts w:cs="Times New Roman"/>
          <w:color w:val="000000" w:themeColor="text1"/>
          <w:position w:val="-1"/>
          <w:sz w:val="28"/>
          <w:szCs w:val="28"/>
        </w:rPr>
      </w:pPr>
      <w:r w:rsidRPr="009533A0">
        <w:rPr>
          <w:rFonts w:cs="Times New Roman"/>
          <w:color w:val="000000" w:themeColor="text1"/>
          <w:position w:val="-1"/>
          <w:sz w:val="28"/>
          <w:szCs w:val="28"/>
        </w:rPr>
        <w:t>- 100% dữ liệu về phổ cập GDMN được cập nhật chính xác, đúng tiến độ trên Hệ thống thông tin quản lý phổ cập giáo dục, chống mù chữ của Bộ GD&amp;ĐT.</w:t>
      </w:r>
    </w:p>
    <w:p w:rsidR="006A2997" w:rsidRPr="009533A0" w:rsidRDefault="006A2997" w:rsidP="009533A0">
      <w:pPr>
        <w:suppressAutoHyphens/>
        <w:spacing w:after="0"/>
        <w:ind w:leftChars="-1" w:left="-3" w:firstLine="567"/>
        <w:jc w:val="both"/>
        <w:textDirection w:val="btLr"/>
        <w:textAlignment w:val="baseline"/>
        <w:outlineLvl w:val="0"/>
        <w:rPr>
          <w:rFonts w:cs="Times New Roman"/>
          <w:color w:val="000000" w:themeColor="text1"/>
          <w:position w:val="-1"/>
          <w:sz w:val="28"/>
          <w:szCs w:val="28"/>
        </w:rPr>
      </w:pPr>
      <w:r w:rsidRPr="009533A0">
        <w:rPr>
          <w:rFonts w:cs="Times New Roman"/>
          <w:color w:val="000000" w:themeColor="text1"/>
          <w:position w:val="-1"/>
          <w:sz w:val="28"/>
          <w:szCs w:val="28"/>
        </w:rPr>
        <w:t>- Giữ vững kết quả Đạt chuẩn Phổ cập GDMN cho trẻ 5 tuổi năm 2026.</w:t>
      </w:r>
    </w:p>
    <w:p w:rsidR="006A2997" w:rsidRPr="009533A0" w:rsidRDefault="006A2997" w:rsidP="009533A0">
      <w:pPr>
        <w:pStyle w:val="Vnbnnidung0"/>
        <w:tabs>
          <w:tab w:val="left" w:pos="1134"/>
        </w:tabs>
        <w:spacing w:after="0" w:line="276" w:lineRule="auto"/>
        <w:ind w:firstLine="567"/>
        <w:rPr>
          <w:rFonts w:ascii="Times New Roman" w:hAnsi="Times New Roman" w:cs="Times New Roman"/>
          <w:color w:val="000000" w:themeColor="text1"/>
          <w:sz w:val="28"/>
          <w:szCs w:val="28"/>
          <w:lang w:bidi="vi-VN"/>
        </w:rPr>
      </w:pPr>
      <w:r w:rsidRPr="009533A0">
        <w:rPr>
          <w:rFonts w:ascii="Times New Roman" w:hAnsi="Times New Roman" w:cs="Times New Roman"/>
          <w:color w:val="000000" w:themeColor="text1"/>
          <w:sz w:val="28"/>
          <w:szCs w:val="28"/>
          <w:lang w:bidi="vi-VN"/>
        </w:rPr>
        <w:t xml:space="preserve">- Cuối năm 100% tổ chuyên môn phối hợp với các tổ trưởng chuyên môn thành lập đoàn kiểm tra đánh chất chất lượng học sinh các khối nhằm đánh giá mục tiêu cuối độ tuổi của trẻ </w:t>
      </w:r>
      <w:proofErr w:type="gramStart"/>
      <w:r w:rsidRPr="009533A0">
        <w:rPr>
          <w:rFonts w:ascii="Times New Roman" w:hAnsi="Times New Roman" w:cs="Times New Roman"/>
          <w:color w:val="000000" w:themeColor="text1"/>
          <w:sz w:val="28"/>
          <w:szCs w:val="28"/>
          <w:lang w:bidi="vi-VN"/>
        </w:rPr>
        <w:t>theo</w:t>
      </w:r>
      <w:proofErr w:type="gramEnd"/>
      <w:r w:rsidRPr="009533A0">
        <w:rPr>
          <w:rFonts w:ascii="Times New Roman" w:hAnsi="Times New Roman" w:cs="Times New Roman"/>
          <w:color w:val="000000" w:themeColor="text1"/>
          <w:sz w:val="28"/>
          <w:szCs w:val="28"/>
          <w:lang w:bidi="vi-VN"/>
        </w:rPr>
        <w:t xml:space="preserve"> chương trình kế hoạch mầm non các khối xây dựng đầu năm.</w:t>
      </w:r>
    </w:p>
    <w:p w:rsidR="006A2997" w:rsidRPr="009533A0" w:rsidRDefault="006A2997" w:rsidP="009533A0">
      <w:pPr>
        <w:pStyle w:val="Vnbnnidung0"/>
        <w:tabs>
          <w:tab w:val="left" w:pos="1134"/>
        </w:tabs>
        <w:spacing w:after="0" w:line="276" w:lineRule="auto"/>
        <w:ind w:firstLine="567"/>
        <w:rPr>
          <w:rFonts w:ascii="Times New Roman" w:hAnsi="Times New Roman" w:cs="Times New Roman"/>
          <w:color w:val="000000" w:themeColor="text1"/>
          <w:spacing w:val="3"/>
          <w:sz w:val="28"/>
          <w:szCs w:val="28"/>
          <w:shd w:val="clear" w:color="auto" w:fill="FFFFFF"/>
        </w:rPr>
      </w:pPr>
      <w:r w:rsidRPr="009533A0">
        <w:rPr>
          <w:rFonts w:ascii="Times New Roman" w:hAnsi="Times New Roman" w:cs="Times New Roman"/>
          <w:color w:val="000000" w:themeColor="text1"/>
          <w:spacing w:val="3"/>
          <w:sz w:val="28"/>
          <w:szCs w:val="28"/>
          <w:shd w:val="clear" w:color="auto" w:fill="FFFFFF"/>
        </w:rPr>
        <w:t xml:space="preserve">- 100% học sinh 5 tuổi hoàn thành chương trình GDMN </w:t>
      </w:r>
    </w:p>
    <w:p w:rsidR="006A2997" w:rsidRPr="009533A0" w:rsidRDefault="006A2997" w:rsidP="009533A0">
      <w:pPr>
        <w:pStyle w:val="Vnbnnidung0"/>
        <w:tabs>
          <w:tab w:val="left" w:pos="1134"/>
        </w:tabs>
        <w:spacing w:after="0" w:line="276" w:lineRule="auto"/>
        <w:ind w:firstLine="567"/>
        <w:rPr>
          <w:rFonts w:ascii="Times New Roman" w:hAnsi="Times New Roman" w:cs="Times New Roman"/>
          <w:color w:val="000000" w:themeColor="text1"/>
          <w:spacing w:val="3"/>
          <w:sz w:val="28"/>
          <w:szCs w:val="28"/>
          <w:shd w:val="clear" w:color="auto" w:fill="FFFFFF"/>
        </w:rPr>
      </w:pPr>
      <w:r w:rsidRPr="009533A0">
        <w:rPr>
          <w:rFonts w:ascii="Times New Roman" w:hAnsi="Times New Roman" w:cs="Times New Roman"/>
          <w:color w:val="000000" w:themeColor="text1"/>
          <w:spacing w:val="3"/>
          <w:sz w:val="28"/>
          <w:szCs w:val="28"/>
          <w:shd w:val="clear" w:color="auto" w:fill="FFFFFF"/>
        </w:rPr>
        <w:t xml:space="preserve">- 100% học sinh tuyên dương toàn trường </w:t>
      </w:r>
    </w:p>
    <w:p w:rsidR="006A2997" w:rsidRPr="009533A0" w:rsidRDefault="006A2997" w:rsidP="009533A0">
      <w:pPr>
        <w:pStyle w:val="Vnbnnidung0"/>
        <w:tabs>
          <w:tab w:val="left" w:pos="1134"/>
        </w:tabs>
        <w:spacing w:after="0" w:line="276" w:lineRule="auto"/>
        <w:ind w:firstLine="567"/>
        <w:rPr>
          <w:rFonts w:ascii="Times New Roman" w:hAnsi="Times New Roman" w:cs="Times New Roman"/>
          <w:color w:val="000000" w:themeColor="text1"/>
          <w:spacing w:val="3"/>
          <w:sz w:val="28"/>
          <w:szCs w:val="28"/>
          <w:shd w:val="clear" w:color="auto" w:fill="FFFFFF"/>
        </w:rPr>
      </w:pPr>
      <w:r w:rsidRPr="009533A0">
        <w:rPr>
          <w:rFonts w:ascii="Times New Roman" w:hAnsi="Times New Roman" w:cs="Times New Roman"/>
          <w:color w:val="000000" w:themeColor="text1"/>
          <w:spacing w:val="3"/>
          <w:sz w:val="28"/>
          <w:szCs w:val="28"/>
          <w:shd w:val="clear" w:color="auto" w:fill="FFFFFF"/>
        </w:rPr>
        <w:t xml:space="preserve">- 100% trẻ được </w:t>
      </w:r>
      <w:proofErr w:type="gramStart"/>
      <w:r w:rsidRPr="009533A0">
        <w:rPr>
          <w:rFonts w:ascii="Times New Roman" w:hAnsi="Times New Roman" w:cs="Times New Roman"/>
          <w:color w:val="000000" w:themeColor="text1"/>
          <w:spacing w:val="3"/>
          <w:sz w:val="28"/>
          <w:szCs w:val="28"/>
          <w:shd w:val="clear" w:color="auto" w:fill="FFFFFF"/>
        </w:rPr>
        <w:t>theo</w:t>
      </w:r>
      <w:proofErr w:type="gramEnd"/>
      <w:r w:rsidRPr="009533A0">
        <w:rPr>
          <w:rFonts w:ascii="Times New Roman" w:hAnsi="Times New Roman" w:cs="Times New Roman"/>
          <w:color w:val="000000" w:themeColor="text1"/>
          <w:spacing w:val="3"/>
          <w:sz w:val="28"/>
          <w:szCs w:val="28"/>
          <w:shd w:val="clear" w:color="auto" w:fill="FFFFFF"/>
        </w:rPr>
        <w:t xml:space="preserve"> dõi và đánh giá cuối độ tuổi. </w:t>
      </w:r>
    </w:p>
    <w:p w:rsidR="006A2997" w:rsidRPr="009533A0" w:rsidRDefault="006A2997" w:rsidP="009533A0">
      <w:pPr>
        <w:pStyle w:val="Vnbnnidung0"/>
        <w:tabs>
          <w:tab w:val="left" w:pos="1134"/>
        </w:tabs>
        <w:spacing w:after="0" w:line="276" w:lineRule="auto"/>
        <w:ind w:firstLine="567"/>
        <w:rPr>
          <w:rFonts w:ascii="Times New Roman" w:hAnsi="Times New Roman" w:cs="Times New Roman"/>
          <w:color w:val="000000" w:themeColor="text1"/>
          <w:spacing w:val="3"/>
          <w:sz w:val="28"/>
          <w:szCs w:val="28"/>
          <w:shd w:val="clear" w:color="auto" w:fill="FFFFFF"/>
        </w:rPr>
      </w:pPr>
      <w:r w:rsidRPr="009533A0">
        <w:rPr>
          <w:rFonts w:ascii="Times New Roman" w:hAnsi="Times New Roman" w:cs="Times New Roman"/>
          <w:color w:val="000000" w:themeColor="text1"/>
          <w:spacing w:val="3"/>
          <w:sz w:val="28"/>
          <w:szCs w:val="28"/>
          <w:shd w:val="clear" w:color="auto" w:fill="FFFFFF"/>
        </w:rPr>
        <w:t xml:space="preserve"> Kết quả đánh giả trẻ </w:t>
      </w:r>
      <w:proofErr w:type="gramStart"/>
      <w:r w:rsidRPr="009533A0">
        <w:rPr>
          <w:rFonts w:ascii="Times New Roman" w:hAnsi="Times New Roman" w:cs="Times New Roman"/>
          <w:color w:val="000000" w:themeColor="text1"/>
          <w:spacing w:val="3"/>
          <w:sz w:val="28"/>
          <w:szCs w:val="28"/>
          <w:shd w:val="clear" w:color="auto" w:fill="FFFFFF"/>
        </w:rPr>
        <w:t>theo</w:t>
      </w:r>
      <w:proofErr w:type="gramEnd"/>
      <w:r w:rsidRPr="009533A0">
        <w:rPr>
          <w:rFonts w:ascii="Times New Roman" w:hAnsi="Times New Roman" w:cs="Times New Roman"/>
          <w:color w:val="000000" w:themeColor="text1"/>
          <w:spacing w:val="3"/>
          <w:sz w:val="28"/>
          <w:szCs w:val="28"/>
          <w:shd w:val="clear" w:color="auto" w:fill="FFFFFF"/>
        </w:rPr>
        <w:t xml:space="preserve"> 5 lĩnh vực Cụ thể:</w:t>
      </w:r>
    </w:p>
    <w:p w:rsidR="006A2997" w:rsidRPr="009533A0" w:rsidRDefault="006A2997" w:rsidP="009533A0">
      <w:pPr>
        <w:pStyle w:val="Vnbnnidung0"/>
        <w:tabs>
          <w:tab w:val="left" w:pos="1134"/>
        </w:tabs>
        <w:spacing w:after="0" w:line="276" w:lineRule="auto"/>
        <w:ind w:firstLine="567"/>
        <w:rPr>
          <w:rFonts w:ascii="Times New Roman" w:hAnsi="Times New Roman" w:cs="Times New Roman"/>
          <w:color w:val="000000" w:themeColor="text1"/>
          <w:spacing w:val="3"/>
          <w:sz w:val="28"/>
          <w:szCs w:val="28"/>
          <w:shd w:val="clear" w:color="auto" w:fill="FFFFFF"/>
        </w:rPr>
      </w:pPr>
      <w:r w:rsidRPr="009533A0">
        <w:rPr>
          <w:rFonts w:ascii="Times New Roman" w:hAnsi="Times New Roman" w:cs="Times New Roman"/>
          <w:color w:val="000000" w:themeColor="text1"/>
          <w:spacing w:val="3"/>
          <w:sz w:val="28"/>
          <w:szCs w:val="28"/>
          <w:shd w:val="clear" w:color="auto" w:fill="FFFFFF"/>
        </w:rPr>
        <w:t xml:space="preserve"> Lĩnh vực phát triển ngôn ngữ trẻ đạt 95 % </w:t>
      </w:r>
    </w:p>
    <w:p w:rsidR="006A2997" w:rsidRPr="009533A0" w:rsidRDefault="006A2997" w:rsidP="009533A0">
      <w:pPr>
        <w:pStyle w:val="Vnbnnidung0"/>
        <w:tabs>
          <w:tab w:val="left" w:pos="1134"/>
        </w:tabs>
        <w:spacing w:after="0" w:line="276" w:lineRule="auto"/>
        <w:ind w:firstLine="567"/>
        <w:rPr>
          <w:rFonts w:ascii="Times New Roman" w:hAnsi="Times New Roman" w:cs="Times New Roman"/>
          <w:color w:val="000000" w:themeColor="text1"/>
          <w:spacing w:val="3"/>
          <w:sz w:val="28"/>
          <w:szCs w:val="28"/>
          <w:shd w:val="clear" w:color="auto" w:fill="FFFFFF"/>
        </w:rPr>
      </w:pPr>
      <w:r w:rsidRPr="009533A0">
        <w:rPr>
          <w:rFonts w:ascii="Times New Roman" w:hAnsi="Times New Roman" w:cs="Times New Roman"/>
          <w:color w:val="000000" w:themeColor="text1"/>
          <w:spacing w:val="3"/>
          <w:sz w:val="28"/>
          <w:szCs w:val="28"/>
          <w:shd w:val="clear" w:color="auto" w:fill="FFFFFF"/>
        </w:rPr>
        <w:t xml:space="preserve"> Lĩnh vực phát triển thẩm mĩ trẻ đạt 97% </w:t>
      </w:r>
    </w:p>
    <w:p w:rsidR="006A2997" w:rsidRPr="009533A0" w:rsidRDefault="006A2997" w:rsidP="009533A0">
      <w:pPr>
        <w:pStyle w:val="Vnbnnidung0"/>
        <w:tabs>
          <w:tab w:val="left" w:pos="1134"/>
        </w:tabs>
        <w:spacing w:after="0" w:line="276" w:lineRule="auto"/>
        <w:ind w:firstLine="567"/>
        <w:rPr>
          <w:rFonts w:ascii="Times New Roman" w:hAnsi="Times New Roman" w:cs="Times New Roman"/>
          <w:color w:val="000000" w:themeColor="text1"/>
          <w:spacing w:val="3"/>
          <w:sz w:val="28"/>
          <w:szCs w:val="28"/>
          <w:shd w:val="clear" w:color="auto" w:fill="FFFFFF"/>
        </w:rPr>
      </w:pPr>
      <w:r w:rsidRPr="009533A0">
        <w:rPr>
          <w:rFonts w:ascii="Times New Roman" w:hAnsi="Times New Roman" w:cs="Times New Roman"/>
          <w:color w:val="000000" w:themeColor="text1"/>
          <w:spacing w:val="3"/>
          <w:sz w:val="28"/>
          <w:szCs w:val="28"/>
          <w:shd w:val="clear" w:color="auto" w:fill="FFFFFF"/>
        </w:rPr>
        <w:t xml:space="preserve"> Lĩnh vực phát triển nhận thức trẻ đạt 95%</w:t>
      </w:r>
    </w:p>
    <w:p w:rsidR="006A2997" w:rsidRPr="009533A0" w:rsidRDefault="006A2997" w:rsidP="009533A0">
      <w:pPr>
        <w:pStyle w:val="Vnbnnidung0"/>
        <w:tabs>
          <w:tab w:val="left" w:pos="1134"/>
        </w:tabs>
        <w:spacing w:after="0" w:line="276" w:lineRule="auto"/>
        <w:ind w:firstLine="567"/>
        <w:rPr>
          <w:rFonts w:ascii="Times New Roman" w:hAnsi="Times New Roman" w:cs="Times New Roman"/>
          <w:color w:val="000000" w:themeColor="text1"/>
          <w:spacing w:val="3"/>
          <w:sz w:val="28"/>
          <w:szCs w:val="28"/>
          <w:shd w:val="clear" w:color="auto" w:fill="FFFFFF"/>
        </w:rPr>
      </w:pPr>
      <w:r w:rsidRPr="009533A0">
        <w:rPr>
          <w:rFonts w:ascii="Times New Roman" w:hAnsi="Times New Roman" w:cs="Times New Roman"/>
          <w:color w:val="000000" w:themeColor="text1"/>
          <w:spacing w:val="3"/>
          <w:sz w:val="28"/>
          <w:szCs w:val="28"/>
          <w:shd w:val="clear" w:color="auto" w:fill="FFFFFF"/>
        </w:rPr>
        <w:t xml:space="preserve"> Lĩnh vực phát triển tình cảm kỹ năng xã hội trẻ đạt 96% </w:t>
      </w:r>
    </w:p>
    <w:p w:rsidR="006A2997" w:rsidRPr="009533A0" w:rsidRDefault="006A2997" w:rsidP="009533A0">
      <w:pPr>
        <w:pStyle w:val="Vnbnnidung0"/>
        <w:tabs>
          <w:tab w:val="left" w:pos="1134"/>
        </w:tabs>
        <w:spacing w:after="0" w:line="276" w:lineRule="auto"/>
        <w:ind w:firstLine="567"/>
        <w:rPr>
          <w:rFonts w:ascii="Times New Roman" w:hAnsi="Times New Roman" w:cs="Times New Roman"/>
          <w:color w:val="000000" w:themeColor="text1"/>
          <w:spacing w:val="3"/>
          <w:sz w:val="28"/>
          <w:szCs w:val="28"/>
          <w:shd w:val="clear" w:color="auto" w:fill="FFFFFF"/>
        </w:rPr>
      </w:pPr>
      <w:r w:rsidRPr="009533A0">
        <w:rPr>
          <w:rFonts w:ascii="Times New Roman" w:hAnsi="Times New Roman" w:cs="Times New Roman"/>
          <w:color w:val="000000" w:themeColor="text1"/>
          <w:spacing w:val="3"/>
          <w:sz w:val="28"/>
          <w:szCs w:val="28"/>
          <w:shd w:val="clear" w:color="auto" w:fill="FFFFFF"/>
        </w:rPr>
        <w:t xml:space="preserve"> Lĩnh vực phát triển thể chất có trẻ đạt 97%. </w:t>
      </w:r>
    </w:p>
    <w:p w:rsidR="006A2997" w:rsidRPr="009533A0" w:rsidRDefault="006A2997" w:rsidP="009533A0">
      <w:pPr>
        <w:spacing w:after="0"/>
        <w:ind w:firstLine="567"/>
        <w:jc w:val="both"/>
        <w:rPr>
          <w:rFonts w:cs="Times New Roman"/>
          <w:color w:val="000000" w:themeColor="text1"/>
          <w:sz w:val="28"/>
          <w:szCs w:val="28"/>
          <w:lang w:val="pt-BR"/>
        </w:rPr>
      </w:pPr>
      <w:r w:rsidRPr="009533A0">
        <w:rPr>
          <w:rFonts w:cs="Times New Roman"/>
          <w:color w:val="000000" w:themeColor="text1"/>
          <w:sz w:val="28"/>
          <w:szCs w:val="28"/>
          <w:lang w:val="pt-BR"/>
        </w:rPr>
        <w:t>- 100% cháu ngoan lễ phép, biết vệ sinh cá nhân vệ sinh răng miệng đúng yêu cầu.</w:t>
      </w:r>
    </w:p>
    <w:p w:rsidR="006A2997" w:rsidRPr="009533A0" w:rsidRDefault="006A2997" w:rsidP="009533A0">
      <w:pPr>
        <w:keepNext/>
        <w:keepLines/>
        <w:suppressAutoHyphens/>
        <w:spacing w:after="0"/>
        <w:ind w:left="-2" w:firstLine="567"/>
        <w:jc w:val="both"/>
        <w:textDirection w:val="btLr"/>
        <w:textAlignment w:val="top"/>
        <w:outlineLvl w:val="2"/>
        <w:rPr>
          <w:rFonts w:cs="Times New Roman"/>
          <w:b/>
          <w:position w:val="-1"/>
          <w:sz w:val="28"/>
          <w:szCs w:val="28"/>
          <w:lang w:val="vi-VN"/>
        </w:rPr>
      </w:pPr>
      <w:r w:rsidRPr="009533A0">
        <w:rPr>
          <w:rFonts w:cs="Times New Roman"/>
          <w:b/>
          <w:position w:val="-1"/>
          <w:sz w:val="28"/>
          <w:szCs w:val="28"/>
          <w:lang w:val="vi-VN"/>
        </w:rPr>
        <w:t xml:space="preserve"> </w:t>
      </w:r>
      <w:r w:rsidR="00166D2C" w:rsidRPr="009533A0">
        <w:rPr>
          <w:rFonts w:cs="Times New Roman"/>
          <w:b/>
          <w:position w:val="-1"/>
          <w:sz w:val="28"/>
          <w:szCs w:val="28"/>
        </w:rPr>
        <w:t>*</w:t>
      </w:r>
      <w:r w:rsidRPr="009533A0">
        <w:rPr>
          <w:rFonts w:cs="Times New Roman"/>
          <w:b/>
          <w:position w:val="-1"/>
          <w:sz w:val="28"/>
          <w:szCs w:val="28"/>
        </w:rPr>
        <w:t xml:space="preserve"> </w:t>
      </w:r>
      <w:r w:rsidRPr="009533A0">
        <w:rPr>
          <w:rFonts w:cs="Times New Roman"/>
          <w:b/>
          <w:position w:val="-1"/>
          <w:sz w:val="28"/>
          <w:szCs w:val="28"/>
          <w:lang w:val="vi-VN"/>
        </w:rPr>
        <w:t xml:space="preserve">Bảo đảm số lượng, chất lượng đội </w:t>
      </w:r>
      <w:proofErr w:type="gramStart"/>
      <w:r w:rsidRPr="009533A0">
        <w:rPr>
          <w:rFonts w:cs="Times New Roman"/>
          <w:b/>
          <w:position w:val="-1"/>
          <w:sz w:val="28"/>
          <w:szCs w:val="28"/>
          <w:lang w:val="vi-VN"/>
        </w:rPr>
        <w:t>ngũ</w:t>
      </w:r>
      <w:proofErr w:type="gramEnd"/>
      <w:r w:rsidRPr="009533A0">
        <w:rPr>
          <w:rFonts w:cs="Times New Roman"/>
          <w:b/>
          <w:position w:val="-1"/>
          <w:sz w:val="28"/>
          <w:szCs w:val="28"/>
          <w:lang w:val="vi-VN"/>
        </w:rPr>
        <w:t xml:space="preserve"> nhà giáo, CBQL; tăng cường CSVC, thiết bị, đồ dùng đồ chơi và rà soát mạng lưới trường lớp</w:t>
      </w:r>
    </w:p>
    <w:p w:rsidR="006A2997" w:rsidRPr="009533A0" w:rsidRDefault="006A2997" w:rsidP="009533A0">
      <w:pPr>
        <w:suppressAutoHyphens/>
        <w:spacing w:after="0"/>
        <w:ind w:leftChars="-1" w:left="-3" w:firstLine="567"/>
        <w:jc w:val="both"/>
        <w:textDirection w:val="btLr"/>
        <w:textAlignment w:val="top"/>
        <w:outlineLvl w:val="0"/>
        <w:rPr>
          <w:rFonts w:cs="Times New Roman"/>
          <w:position w:val="-1"/>
          <w:sz w:val="28"/>
          <w:szCs w:val="28"/>
        </w:rPr>
      </w:pPr>
      <w:r w:rsidRPr="009533A0">
        <w:rPr>
          <w:rFonts w:cs="Times New Roman"/>
          <w:position w:val="-1"/>
          <w:sz w:val="28"/>
          <w:szCs w:val="28"/>
        </w:rPr>
        <w:t xml:space="preserve">- </w:t>
      </w:r>
      <w:r w:rsidRPr="009533A0">
        <w:rPr>
          <w:rFonts w:cs="Times New Roman"/>
          <w:position w:val="-1"/>
          <w:sz w:val="28"/>
          <w:szCs w:val="28"/>
          <w:lang w:val="vi-VN"/>
        </w:rPr>
        <w:t xml:space="preserve">100% số lượng </w:t>
      </w:r>
      <w:r w:rsidRPr="009533A0">
        <w:rPr>
          <w:rFonts w:cs="Times New Roman"/>
          <w:position w:val="-1"/>
          <w:sz w:val="28"/>
          <w:szCs w:val="28"/>
        </w:rPr>
        <w:t>cán bộ quản lí, giáo viên, nhân viên</w:t>
      </w:r>
      <w:r w:rsidRPr="009533A0">
        <w:rPr>
          <w:rFonts w:cs="Times New Roman"/>
          <w:position w:val="-1"/>
          <w:sz w:val="28"/>
          <w:szCs w:val="28"/>
          <w:lang w:val="vi-VN"/>
        </w:rPr>
        <w:t xml:space="preserve"> đủ </w:t>
      </w:r>
      <w:proofErr w:type="gramStart"/>
      <w:r w:rsidRPr="009533A0">
        <w:rPr>
          <w:rFonts w:cs="Times New Roman"/>
          <w:position w:val="-1"/>
          <w:sz w:val="28"/>
          <w:szCs w:val="28"/>
          <w:lang w:val="vi-VN"/>
        </w:rPr>
        <w:t>theo</w:t>
      </w:r>
      <w:proofErr w:type="gramEnd"/>
      <w:r w:rsidRPr="009533A0">
        <w:rPr>
          <w:rFonts w:cs="Times New Roman"/>
          <w:position w:val="-1"/>
          <w:sz w:val="28"/>
          <w:szCs w:val="28"/>
          <w:lang w:val="vi-VN"/>
        </w:rPr>
        <w:t xml:space="preserve"> </w:t>
      </w:r>
      <w:r w:rsidRPr="009533A0">
        <w:rPr>
          <w:rFonts w:cs="Times New Roman"/>
          <w:position w:val="-1"/>
          <w:sz w:val="28"/>
          <w:szCs w:val="28"/>
        </w:rPr>
        <w:t>quy định.</w:t>
      </w:r>
    </w:p>
    <w:p w:rsidR="006A2997" w:rsidRPr="009533A0" w:rsidRDefault="006A2997" w:rsidP="009533A0">
      <w:pPr>
        <w:suppressAutoHyphens/>
        <w:spacing w:after="0"/>
        <w:ind w:leftChars="-1" w:left="-3" w:firstLine="567"/>
        <w:jc w:val="both"/>
        <w:textDirection w:val="btLr"/>
        <w:textAlignment w:val="baseline"/>
        <w:outlineLvl w:val="0"/>
        <w:rPr>
          <w:rFonts w:cs="Times New Roman"/>
          <w:position w:val="-1"/>
          <w:sz w:val="28"/>
          <w:szCs w:val="28"/>
        </w:rPr>
      </w:pPr>
      <w:r w:rsidRPr="009533A0">
        <w:rPr>
          <w:rFonts w:cs="Times New Roman"/>
          <w:position w:val="-1"/>
          <w:sz w:val="28"/>
          <w:szCs w:val="28"/>
        </w:rPr>
        <w:t xml:space="preserve">- 98% cán bộ quản lí, giáo viên, nhân viên đạt trình độ chuẩn đào tạo từ Cử nhân (Đại học) trở lên </w:t>
      </w:r>
      <w:proofErr w:type="gramStart"/>
      <w:r w:rsidRPr="009533A0">
        <w:rPr>
          <w:rFonts w:cs="Times New Roman"/>
          <w:position w:val="-1"/>
          <w:sz w:val="28"/>
          <w:szCs w:val="28"/>
        </w:rPr>
        <w:t>theo</w:t>
      </w:r>
      <w:proofErr w:type="gramEnd"/>
      <w:r w:rsidRPr="009533A0">
        <w:rPr>
          <w:rFonts w:cs="Times New Roman"/>
          <w:position w:val="-1"/>
          <w:sz w:val="28"/>
          <w:szCs w:val="28"/>
        </w:rPr>
        <w:t xml:space="preserve"> Luật Giáo dục 2019.</w:t>
      </w:r>
    </w:p>
    <w:p w:rsidR="006A2997" w:rsidRPr="009533A0" w:rsidRDefault="006A2997" w:rsidP="009533A0">
      <w:pPr>
        <w:spacing w:after="0"/>
        <w:ind w:firstLine="567"/>
        <w:jc w:val="both"/>
        <w:rPr>
          <w:rFonts w:cs="Times New Roman"/>
          <w:sz w:val="28"/>
          <w:szCs w:val="28"/>
        </w:rPr>
      </w:pPr>
      <w:r w:rsidRPr="009533A0">
        <w:rPr>
          <w:rFonts w:cs="Times New Roman"/>
          <w:sz w:val="28"/>
          <w:szCs w:val="28"/>
        </w:rPr>
        <w:t xml:space="preserve">- 100% </w:t>
      </w:r>
      <w:r w:rsidRPr="009533A0">
        <w:rPr>
          <w:rFonts w:cs="Times New Roman"/>
          <w:position w:val="-1"/>
          <w:sz w:val="28"/>
          <w:szCs w:val="28"/>
        </w:rPr>
        <w:t xml:space="preserve">Cán bộ quản lí, giáo viên </w:t>
      </w:r>
      <w:r w:rsidRPr="009533A0">
        <w:rPr>
          <w:rFonts w:cs="Times New Roman"/>
          <w:sz w:val="28"/>
          <w:szCs w:val="28"/>
        </w:rPr>
        <w:t>thực hiện chương trình đúng kế hoạch, linh hoạt và sáng tạo.</w:t>
      </w:r>
    </w:p>
    <w:p w:rsidR="006A2997" w:rsidRPr="009533A0" w:rsidRDefault="006A2997" w:rsidP="009533A0">
      <w:pPr>
        <w:spacing w:after="0"/>
        <w:ind w:firstLine="567"/>
        <w:jc w:val="both"/>
        <w:rPr>
          <w:rFonts w:cs="Times New Roman"/>
          <w:sz w:val="28"/>
          <w:szCs w:val="28"/>
          <w:lang w:val="vi-VN"/>
        </w:rPr>
      </w:pPr>
      <w:r w:rsidRPr="009533A0">
        <w:rPr>
          <w:rFonts w:cs="Times New Roman"/>
          <w:sz w:val="28"/>
          <w:szCs w:val="28"/>
        </w:rPr>
        <w:t>-100% giáo viên có kinh nghiệm tổ chức c</w:t>
      </w:r>
      <w:r w:rsidRPr="009533A0">
        <w:rPr>
          <w:rFonts w:cs="Times New Roman"/>
          <w:sz w:val="28"/>
          <w:szCs w:val="28"/>
          <w:lang w:val="vi-VN"/>
        </w:rPr>
        <w:t>ác hoạt động ngoại khóa, trải nghiệm, ngày hội, ngày lễ tại trường.</w:t>
      </w:r>
    </w:p>
    <w:p w:rsidR="006A2997" w:rsidRPr="009533A0" w:rsidRDefault="006A2997" w:rsidP="009533A0">
      <w:pPr>
        <w:suppressAutoHyphens/>
        <w:spacing w:after="0"/>
        <w:ind w:leftChars="-1" w:left="-3" w:firstLine="567"/>
        <w:jc w:val="both"/>
        <w:textDirection w:val="btLr"/>
        <w:textAlignment w:val="baseline"/>
        <w:outlineLvl w:val="0"/>
        <w:rPr>
          <w:rFonts w:cs="Times New Roman"/>
          <w:position w:val="-1"/>
          <w:sz w:val="28"/>
          <w:szCs w:val="28"/>
          <w:lang w:val="vi-VN"/>
        </w:rPr>
      </w:pPr>
      <w:r w:rsidRPr="009533A0">
        <w:rPr>
          <w:rFonts w:cs="Times New Roman"/>
          <w:position w:val="-1"/>
          <w:sz w:val="28"/>
          <w:szCs w:val="28"/>
        </w:rPr>
        <w:t xml:space="preserve">- </w:t>
      </w:r>
      <w:r w:rsidRPr="009533A0">
        <w:rPr>
          <w:rFonts w:cs="Times New Roman"/>
          <w:position w:val="-1"/>
          <w:sz w:val="28"/>
          <w:szCs w:val="28"/>
          <w:lang w:val="vi-VN"/>
        </w:rPr>
        <w:t>100%</w:t>
      </w:r>
      <w:r w:rsidRPr="009533A0">
        <w:rPr>
          <w:rFonts w:cs="Times New Roman"/>
          <w:position w:val="-1"/>
          <w:sz w:val="28"/>
          <w:szCs w:val="28"/>
        </w:rPr>
        <w:t xml:space="preserve"> giáo viên tổ chức các hoạt động giáo dục có đồ dùng cho cô và trẻ hoạt động.</w:t>
      </w:r>
    </w:p>
    <w:p w:rsidR="006A2997" w:rsidRPr="009533A0" w:rsidRDefault="006A2997" w:rsidP="009533A0">
      <w:pPr>
        <w:spacing w:after="0"/>
        <w:ind w:firstLine="567"/>
        <w:jc w:val="both"/>
        <w:rPr>
          <w:rFonts w:cs="Times New Roman"/>
          <w:sz w:val="28"/>
          <w:szCs w:val="28"/>
        </w:rPr>
      </w:pPr>
      <w:r w:rsidRPr="009533A0">
        <w:rPr>
          <w:rFonts w:cs="Times New Roman"/>
          <w:sz w:val="28"/>
          <w:szCs w:val="28"/>
        </w:rPr>
        <w:t xml:space="preserve">- 100% </w:t>
      </w:r>
      <w:r w:rsidRPr="009533A0">
        <w:rPr>
          <w:rFonts w:cs="Times New Roman"/>
          <w:position w:val="-1"/>
          <w:sz w:val="28"/>
          <w:szCs w:val="28"/>
        </w:rPr>
        <w:t>Cán bộ quản lí, giáo viên, nhân viên</w:t>
      </w:r>
      <w:r w:rsidRPr="009533A0">
        <w:rPr>
          <w:rFonts w:cs="Times New Roman"/>
          <w:position w:val="-1"/>
          <w:sz w:val="28"/>
          <w:szCs w:val="28"/>
          <w:lang w:val="vi-VN"/>
        </w:rPr>
        <w:t xml:space="preserve"> </w:t>
      </w:r>
      <w:r w:rsidRPr="009533A0">
        <w:rPr>
          <w:rFonts w:cs="Times New Roman"/>
          <w:sz w:val="28"/>
          <w:szCs w:val="28"/>
        </w:rPr>
        <w:t xml:space="preserve">có ý thực tự học, tự nghiên cứu và tổ chức học sáng tạo tại lớp </w:t>
      </w:r>
    </w:p>
    <w:p w:rsidR="006A2997" w:rsidRPr="009533A0" w:rsidRDefault="006A2997" w:rsidP="009533A0">
      <w:pPr>
        <w:spacing w:after="0"/>
        <w:ind w:firstLine="567"/>
        <w:jc w:val="both"/>
        <w:rPr>
          <w:rFonts w:cs="Times New Roman"/>
          <w:sz w:val="28"/>
          <w:szCs w:val="28"/>
        </w:rPr>
      </w:pPr>
      <w:r w:rsidRPr="009533A0">
        <w:rPr>
          <w:rFonts w:cs="Times New Roman"/>
          <w:sz w:val="28"/>
          <w:szCs w:val="28"/>
        </w:rPr>
        <w:t>- 100% CBQL, GV tham gia hoàn thành BDTX 3 nội dung và trên phần mền Temis đúng thời gian quy định.</w:t>
      </w:r>
    </w:p>
    <w:p w:rsidR="006A2997" w:rsidRPr="009533A0" w:rsidRDefault="006A2997" w:rsidP="009533A0">
      <w:pPr>
        <w:spacing w:after="0"/>
        <w:ind w:firstLine="567"/>
        <w:jc w:val="both"/>
        <w:rPr>
          <w:rFonts w:cs="Times New Roman"/>
          <w:sz w:val="28"/>
          <w:szCs w:val="28"/>
        </w:rPr>
      </w:pPr>
      <w:r w:rsidRPr="009533A0">
        <w:rPr>
          <w:rFonts w:cs="Times New Roman"/>
          <w:sz w:val="28"/>
          <w:szCs w:val="28"/>
        </w:rPr>
        <w:t xml:space="preserve">-100% </w:t>
      </w:r>
      <w:r w:rsidRPr="009533A0">
        <w:rPr>
          <w:rFonts w:cs="Times New Roman"/>
          <w:position w:val="-1"/>
          <w:sz w:val="28"/>
          <w:szCs w:val="28"/>
        </w:rPr>
        <w:t>Cán bộ quản lí, giáo viên, nhân viên</w:t>
      </w:r>
      <w:r w:rsidRPr="009533A0">
        <w:rPr>
          <w:rFonts w:cs="Times New Roman"/>
          <w:position w:val="-1"/>
          <w:sz w:val="28"/>
          <w:szCs w:val="28"/>
          <w:lang w:val="vi-VN"/>
        </w:rPr>
        <w:t xml:space="preserve"> </w:t>
      </w:r>
      <w:r w:rsidRPr="009533A0">
        <w:rPr>
          <w:rFonts w:cs="Times New Roman"/>
          <w:sz w:val="28"/>
          <w:szCs w:val="28"/>
        </w:rPr>
        <w:t xml:space="preserve">tham gia báo cáo, cập nhập các phần mền </w:t>
      </w:r>
      <w:proofErr w:type="gramStart"/>
      <w:r w:rsidRPr="009533A0">
        <w:rPr>
          <w:rFonts w:cs="Times New Roman"/>
          <w:sz w:val="28"/>
          <w:szCs w:val="28"/>
        </w:rPr>
        <w:t>theo</w:t>
      </w:r>
      <w:proofErr w:type="gramEnd"/>
      <w:r w:rsidRPr="009533A0">
        <w:rPr>
          <w:rFonts w:cs="Times New Roman"/>
          <w:sz w:val="28"/>
          <w:szCs w:val="28"/>
        </w:rPr>
        <w:t xml:space="preserve"> quy định.</w:t>
      </w:r>
    </w:p>
    <w:p w:rsidR="006A2997" w:rsidRPr="009533A0" w:rsidRDefault="006A2997" w:rsidP="009533A0">
      <w:pPr>
        <w:spacing w:after="0"/>
        <w:ind w:firstLine="567"/>
        <w:jc w:val="both"/>
        <w:rPr>
          <w:rFonts w:cs="Times New Roman"/>
          <w:sz w:val="28"/>
          <w:szCs w:val="28"/>
        </w:rPr>
      </w:pPr>
      <w:r w:rsidRPr="009533A0">
        <w:rPr>
          <w:rFonts w:cs="Times New Roman"/>
          <w:sz w:val="28"/>
          <w:szCs w:val="28"/>
        </w:rPr>
        <w:lastRenderedPageBreak/>
        <w:t xml:space="preserve">- 100% </w:t>
      </w:r>
      <w:proofErr w:type="gramStart"/>
      <w:r w:rsidRPr="009533A0">
        <w:rPr>
          <w:rFonts w:cs="Times New Roman"/>
          <w:position w:val="-1"/>
          <w:sz w:val="28"/>
          <w:szCs w:val="28"/>
        </w:rPr>
        <w:t>Cán</w:t>
      </w:r>
      <w:proofErr w:type="gramEnd"/>
      <w:r w:rsidRPr="009533A0">
        <w:rPr>
          <w:rFonts w:cs="Times New Roman"/>
          <w:position w:val="-1"/>
          <w:sz w:val="28"/>
          <w:szCs w:val="28"/>
        </w:rPr>
        <w:t xml:space="preserve"> bộ quản lí, giáo viên, nhân viên</w:t>
      </w:r>
      <w:r w:rsidRPr="009533A0">
        <w:rPr>
          <w:rFonts w:cs="Times New Roman"/>
          <w:position w:val="-1"/>
          <w:sz w:val="28"/>
          <w:szCs w:val="28"/>
          <w:lang w:val="vi-VN"/>
        </w:rPr>
        <w:t xml:space="preserve"> </w:t>
      </w:r>
      <w:r w:rsidRPr="009533A0">
        <w:rPr>
          <w:rFonts w:cs="Times New Roman"/>
          <w:sz w:val="28"/>
          <w:szCs w:val="28"/>
        </w:rPr>
        <w:t>tham gia các cuộc thi online do các cấp tổ chức</w:t>
      </w:r>
    </w:p>
    <w:p w:rsidR="006A2997" w:rsidRPr="009533A0" w:rsidRDefault="006A2997" w:rsidP="009533A0">
      <w:pPr>
        <w:spacing w:after="0"/>
        <w:ind w:firstLine="567"/>
        <w:jc w:val="both"/>
        <w:rPr>
          <w:rFonts w:cs="Times New Roman"/>
          <w:sz w:val="28"/>
          <w:szCs w:val="28"/>
        </w:rPr>
      </w:pPr>
      <w:r w:rsidRPr="009533A0">
        <w:rPr>
          <w:rFonts w:cs="Times New Roman"/>
          <w:sz w:val="28"/>
          <w:szCs w:val="28"/>
        </w:rPr>
        <w:t xml:space="preserve">-100% </w:t>
      </w:r>
      <w:r w:rsidRPr="009533A0">
        <w:rPr>
          <w:rFonts w:cs="Times New Roman"/>
          <w:position w:val="-1"/>
          <w:sz w:val="28"/>
          <w:szCs w:val="28"/>
        </w:rPr>
        <w:t xml:space="preserve">Cán bộ quản lí, giáo viên </w:t>
      </w:r>
      <w:r w:rsidRPr="009533A0">
        <w:rPr>
          <w:rFonts w:cs="Times New Roman"/>
          <w:sz w:val="28"/>
          <w:szCs w:val="28"/>
        </w:rPr>
        <w:t>tham gia tập huấn, học nghị quyết khi có văn bản của cấp trên triển khai và tổ chức.</w:t>
      </w:r>
    </w:p>
    <w:p w:rsidR="006A2997" w:rsidRPr="009533A0" w:rsidRDefault="006A2997" w:rsidP="009533A0">
      <w:pPr>
        <w:suppressAutoHyphens/>
        <w:spacing w:after="0"/>
        <w:ind w:leftChars="-1" w:left="-3" w:firstLine="567"/>
        <w:jc w:val="both"/>
        <w:textDirection w:val="btLr"/>
        <w:textAlignment w:val="top"/>
        <w:outlineLvl w:val="0"/>
        <w:rPr>
          <w:rFonts w:cs="Times New Roman"/>
          <w:position w:val="-1"/>
          <w:sz w:val="28"/>
          <w:szCs w:val="28"/>
        </w:rPr>
      </w:pPr>
      <w:r w:rsidRPr="009533A0">
        <w:rPr>
          <w:rFonts w:cs="Times New Roman"/>
          <w:position w:val="-1"/>
          <w:sz w:val="28"/>
          <w:szCs w:val="28"/>
        </w:rPr>
        <w:t xml:space="preserve">- 100% Cán bộ quản lí tham gia hoạt động giảng dạy </w:t>
      </w:r>
      <w:proofErr w:type="gramStart"/>
      <w:r w:rsidRPr="009533A0">
        <w:rPr>
          <w:rFonts w:cs="Times New Roman"/>
          <w:position w:val="-1"/>
          <w:sz w:val="28"/>
          <w:szCs w:val="28"/>
        </w:rPr>
        <w:t>theo</w:t>
      </w:r>
      <w:proofErr w:type="gramEnd"/>
      <w:r w:rsidRPr="009533A0">
        <w:rPr>
          <w:rFonts w:cs="Times New Roman"/>
          <w:position w:val="-1"/>
          <w:sz w:val="28"/>
          <w:szCs w:val="28"/>
        </w:rPr>
        <w:t xml:space="preserve"> quy định của thông tư 11/2025.</w:t>
      </w:r>
    </w:p>
    <w:p w:rsidR="006A2997" w:rsidRPr="009533A0" w:rsidRDefault="006A2997" w:rsidP="009533A0">
      <w:pPr>
        <w:pStyle w:val="Vnbnnidung0"/>
        <w:tabs>
          <w:tab w:val="left" w:pos="1134"/>
        </w:tabs>
        <w:spacing w:after="0" w:line="276" w:lineRule="auto"/>
        <w:ind w:firstLine="567"/>
        <w:rPr>
          <w:rFonts w:ascii="Times New Roman" w:hAnsi="Times New Roman" w:cs="Times New Roman"/>
          <w:color w:val="000000" w:themeColor="text1"/>
          <w:sz w:val="28"/>
          <w:szCs w:val="28"/>
          <w:lang w:bidi="vi-VN"/>
        </w:rPr>
      </w:pPr>
      <w:r w:rsidRPr="009533A0">
        <w:rPr>
          <w:rFonts w:ascii="Times New Roman" w:hAnsi="Times New Roman" w:cs="Times New Roman"/>
          <w:color w:val="000000" w:themeColor="text1"/>
          <w:sz w:val="28"/>
          <w:szCs w:val="28"/>
        </w:rPr>
        <w:t>- 100% giáo viên đạt thành tích tốt trong công tác chuyên môn và các phong trào của ngành, trường, địa phương tổ chức:</w:t>
      </w:r>
    </w:p>
    <w:p w:rsidR="006A2997" w:rsidRPr="009533A0" w:rsidRDefault="006A2997" w:rsidP="009533A0">
      <w:pPr>
        <w:pStyle w:val="Vnbnnidung0"/>
        <w:tabs>
          <w:tab w:val="left" w:pos="1134"/>
        </w:tabs>
        <w:spacing w:after="0" w:line="276" w:lineRule="auto"/>
        <w:ind w:firstLine="567"/>
        <w:rPr>
          <w:rFonts w:ascii="Times New Roman" w:hAnsi="Times New Roman" w:cs="Times New Roman"/>
          <w:color w:val="000000" w:themeColor="text1"/>
          <w:sz w:val="28"/>
          <w:szCs w:val="28"/>
          <w:lang w:bidi="vi-VN"/>
        </w:rPr>
      </w:pPr>
      <w:r w:rsidRPr="009533A0">
        <w:rPr>
          <w:rFonts w:ascii="Times New Roman" w:hAnsi="Times New Roman" w:cs="Times New Roman"/>
          <w:color w:val="000000" w:themeColor="text1"/>
          <w:sz w:val="28"/>
          <w:szCs w:val="28"/>
          <w:lang w:bidi="vi-VN"/>
        </w:rPr>
        <w:t>- 100% giáo viên tham gia thao giảng và đạt loại tốt 100%</w:t>
      </w:r>
    </w:p>
    <w:p w:rsidR="006A2997" w:rsidRPr="009533A0" w:rsidRDefault="006A2997" w:rsidP="009533A0">
      <w:pPr>
        <w:pStyle w:val="NormalWeb"/>
        <w:spacing w:before="0" w:beforeAutospacing="0" w:after="0" w:afterAutospacing="0" w:line="276" w:lineRule="auto"/>
        <w:ind w:firstLine="567"/>
        <w:jc w:val="both"/>
        <w:rPr>
          <w:color w:val="000000" w:themeColor="text1"/>
          <w:sz w:val="28"/>
          <w:szCs w:val="28"/>
        </w:rPr>
      </w:pPr>
      <w:r w:rsidRPr="009533A0">
        <w:rPr>
          <w:color w:val="000000" w:themeColor="text1"/>
          <w:sz w:val="28"/>
          <w:szCs w:val="28"/>
        </w:rPr>
        <w:t>- 20 % đ/c đạt loại xuất sắc khi tham gia thao giảng</w:t>
      </w:r>
    </w:p>
    <w:p w:rsidR="006A2997" w:rsidRPr="009533A0" w:rsidRDefault="006A2997" w:rsidP="009533A0">
      <w:pPr>
        <w:pStyle w:val="Vnbnnidung0"/>
        <w:tabs>
          <w:tab w:val="left" w:pos="1134"/>
        </w:tabs>
        <w:spacing w:after="0" w:line="276" w:lineRule="auto"/>
        <w:ind w:firstLine="567"/>
        <w:rPr>
          <w:rFonts w:ascii="Times New Roman" w:hAnsi="Times New Roman" w:cs="Times New Roman"/>
          <w:color w:val="000000" w:themeColor="text1"/>
          <w:sz w:val="28"/>
          <w:szCs w:val="28"/>
          <w:lang w:bidi="vi-VN"/>
        </w:rPr>
      </w:pPr>
      <w:r w:rsidRPr="009533A0">
        <w:rPr>
          <w:rFonts w:ascii="Times New Roman" w:hAnsi="Times New Roman" w:cs="Times New Roman"/>
          <w:color w:val="000000" w:themeColor="text1"/>
          <w:sz w:val="28"/>
          <w:szCs w:val="28"/>
          <w:lang w:bidi="vi-VN"/>
        </w:rPr>
        <w:t xml:space="preserve">-100% mỗi khối tổ chức thành công các buổi sinh hoạt chuyên môn </w:t>
      </w:r>
      <w:proofErr w:type="gramStart"/>
      <w:r w:rsidRPr="009533A0">
        <w:rPr>
          <w:rFonts w:ascii="Times New Roman" w:hAnsi="Times New Roman" w:cs="Times New Roman"/>
          <w:color w:val="000000" w:themeColor="text1"/>
          <w:sz w:val="28"/>
          <w:szCs w:val="28"/>
          <w:lang w:bidi="vi-VN"/>
        </w:rPr>
        <w:t>theo</w:t>
      </w:r>
      <w:proofErr w:type="gramEnd"/>
      <w:r w:rsidRPr="009533A0">
        <w:rPr>
          <w:rFonts w:ascii="Times New Roman" w:hAnsi="Times New Roman" w:cs="Times New Roman"/>
          <w:color w:val="000000" w:themeColor="text1"/>
          <w:sz w:val="28"/>
          <w:szCs w:val="28"/>
          <w:lang w:bidi="vi-VN"/>
        </w:rPr>
        <w:t xml:space="preserve"> hướng nghiên cứu bài học 2 lần/ tháng.</w:t>
      </w:r>
    </w:p>
    <w:p w:rsidR="006A2997" w:rsidRPr="009533A0" w:rsidRDefault="006A2997" w:rsidP="009533A0">
      <w:pPr>
        <w:pStyle w:val="Vnbnnidung0"/>
        <w:tabs>
          <w:tab w:val="left" w:pos="1134"/>
        </w:tabs>
        <w:spacing w:after="0" w:line="276" w:lineRule="auto"/>
        <w:ind w:firstLine="567"/>
        <w:rPr>
          <w:rFonts w:ascii="Times New Roman" w:hAnsi="Times New Roman" w:cs="Times New Roman"/>
          <w:color w:val="000000" w:themeColor="text1"/>
          <w:sz w:val="28"/>
          <w:szCs w:val="28"/>
          <w:lang w:bidi="vi-VN"/>
        </w:rPr>
      </w:pPr>
      <w:r w:rsidRPr="009533A0">
        <w:rPr>
          <w:rFonts w:ascii="Times New Roman" w:hAnsi="Times New Roman" w:cs="Times New Roman"/>
          <w:color w:val="000000" w:themeColor="text1"/>
          <w:sz w:val="28"/>
          <w:szCs w:val="28"/>
          <w:lang w:bidi="vi-VN"/>
        </w:rPr>
        <w:t>- 100% giáo viên biết và ứng dụng CNTT, chuyển đổi số trong công tác chăm sóc giáo dục trẻ</w:t>
      </w:r>
    </w:p>
    <w:p w:rsidR="006A2997" w:rsidRPr="009533A0" w:rsidRDefault="006A2997" w:rsidP="009533A0">
      <w:pPr>
        <w:pStyle w:val="Vnbnnidung0"/>
        <w:tabs>
          <w:tab w:val="left" w:pos="1134"/>
        </w:tabs>
        <w:spacing w:after="0" w:line="276" w:lineRule="auto"/>
        <w:ind w:firstLine="567"/>
        <w:rPr>
          <w:rFonts w:ascii="Times New Roman" w:hAnsi="Times New Roman" w:cs="Times New Roman"/>
          <w:color w:val="000000" w:themeColor="text1"/>
          <w:sz w:val="28"/>
          <w:szCs w:val="28"/>
          <w:lang w:bidi="vi-VN"/>
        </w:rPr>
      </w:pPr>
      <w:r w:rsidRPr="009533A0">
        <w:rPr>
          <w:rFonts w:ascii="Times New Roman" w:hAnsi="Times New Roman" w:cs="Times New Roman"/>
          <w:color w:val="000000" w:themeColor="text1"/>
          <w:sz w:val="28"/>
          <w:szCs w:val="28"/>
          <w:lang w:bidi="vi-VN"/>
        </w:rPr>
        <w:t>- 90% CBQLGV tham gia viết SKKN áp dụng đơn vị công nhận cấp trường</w:t>
      </w:r>
    </w:p>
    <w:p w:rsidR="006A2997" w:rsidRPr="009533A0" w:rsidRDefault="006A2997" w:rsidP="009533A0">
      <w:pPr>
        <w:pStyle w:val="Vnbnnidung0"/>
        <w:tabs>
          <w:tab w:val="left" w:pos="1134"/>
        </w:tabs>
        <w:spacing w:after="0" w:line="276" w:lineRule="auto"/>
        <w:ind w:firstLine="567"/>
        <w:rPr>
          <w:rFonts w:ascii="Times New Roman" w:hAnsi="Times New Roman" w:cs="Times New Roman"/>
          <w:color w:val="000000" w:themeColor="text1"/>
          <w:sz w:val="28"/>
          <w:szCs w:val="28"/>
          <w:lang w:bidi="vi-VN"/>
        </w:rPr>
      </w:pPr>
      <w:r w:rsidRPr="009533A0">
        <w:rPr>
          <w:rFonts w:ascii="Times New Roman" w:hAnsi="Times New Roman" w:cs="Times New Roman"/>
          <w:color w:val="000000" w:themeColor="text1"/>
          <w:sz w:val="28"/>
          <w:szCs w:val="28"/>
          <w:lang w:bidi="vi-VN"/>
        </w:rPr>
        <w:t>- 70% CBQLGV có SKKN nhân rộng tham gia dự thi cấp xã.</w:t>
      </w:r>
    </w:p>
    <w:p w:rsidR="006A2997" w:rsidRPr="009533A0" w:rsidRDefault="006A2997" w:rsidP="009533A0">
      <w:pPr>
        <w:spacing w:after="0"/>
        <w:ind w:firstLine="567"/>
        <w:jc w:val="both"/>
        <w:rPr>
          <w:rFonts w:cs="Times New Roman"/>
          <w:color w:val="000000" w:themeColor="text1"/>
          <w:sz w:val="28"/>
          <w:szCs w:val="28"/>
          <w:lang w:val="pt-BR"/>
        </w:rPr>
      </w:pPr>
      <w:r w:rsidRPr="009533A0">
        <w:rPr>
          <w:rFonts w:cs="Times New Roman"/>
          <w:color w:val="000000" w:themeColor="text1"/>
          <w:sz w:val="28"/>
          <w:szCs w:val="28"/>
          <w:lang w:val="pt-BR"/>
        </w:rPr>
        <w:t xml:space="preserve">- 100% các lớp đều thực hiện chương trình Mầm non mới. Số nhóm, lớp triển khai chương trình GDMN mới 15/15  đạt tỷ lệ 100%. </w:t>
      </w:r>
    </w:p>
    <w:p w:rsidR="006A2997" w:rsidRPr="009533A0" w:rsidRDefault="006A2997" w:rsidP="009533A0">
      <w:pPr>
        <w:spacing w:after="0"/>
        <w:ind w:firstLine="567"/>
        <w:jc w:val="both"/>
        <w:rPr>
          <w:rFonts w:cs="Times New Roman"/>
          <w:color w:val="000000" w:themeColor="text1"/>
          <w:sz w:val="28"/>
          <w:szCs w:val="28"/>
          <w:lang w:val="pt-BR"/>
        </w:rPr>
      </w:pPr>
      <w:r w:rsidRPr="009533A0">
        <w:rPr>
          <w:rFonts w:cs="Times New Roman"/>
          <w:color w:val="000000" w:themeColor="text1"/>
          <w:sz w:val="28"/>
          <w:szCs w:val="28"/>
          <w:lang w:val="pt-BR"/>
        </w:rPr>
        <w:t>- 100% Chuyên môn đẩy mạnh việc tự học, tự bồi d</w:t>
      </w:r>
      <w:r w:rsidRPr="009533A0">
        <w:rPr>
          <w:rFonts w:cs="Times New Roman"/>
          <w:color w:val="000000" w:themeColor="text1"/>
          <w:sz w:val="28"/>
          <w:szCs w:val="28"/>
          <w:lang w:val="pt-BR"/>
        </w:rPr>
        <w:softHyphen/>
      </w:r>
      <w:r w:rsidRPr="009533A0">
        <w:rPr>
          <w:rFonts w:cs="Times New Roman"/>
          <w:color w:val="000000" w:themeColor="text1"/>
          <w:sz w:val="28"/>
          <w:szCs w:val="28"/>
          <w:lang w:val="pt-BR"/>
        </w:rPr>
        <w:softHyphen/>
        <w:t>ưỡng thông qua dự giờ thăm lớp, sinh hoạt chuyên môn, hoạt động chuyên đề.</w:t>
      </w:r>
    </w:p>
    <w:p w:rsidR="006A2997" w:rsidRPr="009533A0" w:rsidRDefault="006A2997" w:rsidP="009533A0">
      <w:pPr>
        <w:spacing w:after="0"/>
        <w:ind w:firstLine="567"/>
        <w:jc w:val="both"/>
        <w:rPr>
          <w:rFonts w:cs="Times New Roman"/>
          <w:color w:val="000000" w:themeColor="text1"/>
          <w:sz w:val="28"/>
          <w:szCs w:val="28"/>
          <w:lang w:val="pt-BR"/>
        </w:rPr>
      </w:pPr>
      <w:r w:rsidRPr="009533A0">
        <w:rPr>
          <w:rFonts w:cs="Times New Roman"/>
          <w:color w:val="000000" w:themeColor="text1"/>
          <w:sz w:val="28"/>
          <w:szCs w:val="28"/>
          <w:lang w:val="pt-BR"/>
        </w:rPr>
        <w:t>- 100% các lớp được tham gia các hoạt động trải nghiệm có lồng ghép ứng dụng phương pháp giáo dục STEAM. Lồng ghép các phương pháp mới vào chương trình.</w:t>
      </w:r>
    </w:p>
    <w:p w:rsidR="006A2997" w:rsidRPr="009533A0" w:rsidRDefault="006A2997" w:rsidP="009533A0">
      <w:pPr>
        <w:suppressAutoHyphens/>
        <w:spacing w:after="0"/>
        <w:ind w:firstLine="567"/>
        <w:jc w:val="both"/>
        <w:textDirection w:val="btLr"/>
        <w:textAlignment w:val="baseline"/>
        <w:outlineLvl w:val="0"/>
        <w:rPr>
          <w:rFonts w:cs="Times New Roman"/>
          <w:sz w:val="28"/>
          <w:szCs w:val="28"/>
        </w:rPr>
      </w:pPr>
      <w:r w:rsidRPr="009533A0">
        <w:rPr>
          <w:rFonts w:cs="Times New Roman"/>
          <w:position w:val="-1"/>
          <w:sz w:val="28"/>
          <w:szCs w:val="28"/>
        </w:rPr>
        <w:t>- 100% Cán bộ quản lí, giáo viên, nhân viên đảm bảo hồ sơ CBCCVC “đúng- đủ -sạch- sống”, thường xuyền rà soát và cập nhập hồ sơ có sự thay đổi của cá nhân.</w:t>
      </w:r>
    </w:p>
    <w:p w:rsidR="006A2997" w:rsidRPr="009533A0" w:rsidRDefault="006A2997" w:rsidP="009533A0">
      <w:pPr>
        <w:suppressAutoHyphens/>
        <w:spacing w:after="0"/>
        <w:ind w:leftChars="-1" w:left="-3" w:firstLine="567"/>
        <w:jc w:val="both"/>
        <w:textDirection w:val="btLr"/>
        <w:textAlignment w:val="baseline"/>
        <w:outlineLvl w:val="0"/>
        <w:rPr>
          <w:rFonts w:cs="Times New Roman"/>
          <w:position w:val="-1"/>
          <w:sz w:val="28"/>
          <w:szCs w:val="28"/>
        </w:rPr>
      </w:pPr>
      <w:r w:rsidRPr="009533A0">
        <w:rPr>
          <w:rFonts w:cs="Times New Roman"/>
          <w:position w:val="-1"/>
          <w:sz w:val="28"/>
          <w:szCs w:val="28"/>
        </w:rPr>
        <w:t>- 100% Cán bộ quản lí, giáo viên, nhân viên hoàn thành tốt nhiệm vụ; trong đó có từ 20% cá nhân</w:t>
      </w:r>
      <w:r w:rsidRPr="009533A0">
        <w:rPr>
          <w:rFonts w:cs="Times New Roman"/>
          <w:position w:val="-1"/>
          <w:sz w:val="28"/>
          <w:szCs w:val="28"/>
          <w:lang w:val="vi-VN"/>
        </w:rPr>
        <w:t xml:space="preserve"> đ</w:t>
      </w:r>
      <w:r w:rsidRPr="009533A0">
        <w:rPr>
          <w:rFonts w:cs="Times New Roman"/>
          <w:position w:val="-1"/>
          <w:sz w:val="28"/>
          <w:szCs w:val="28"/>
        </w:rPr>
        <w:t>ạt</w:t>
      </w:r>
      <w:r w:rsidRPr="009533A0">
        <w:rPr>
          <w:rFonts w:cs="Times New Roman"/>
          <w:position w:val="-1"/>
          <w:sz w:val="28"/>
          <w:szCs w:val="28"/>
          <w:lang w:val="vi-VN"/>
        </w:rPr>
        <w:t xml:space="preserve"> hoàn thành xuất sắc nhiệm vụ</w:t>
      </w:r>
      <w:r w:rsidRPr="009533A0">
        <w:rPr>
          <w:rFonts w:cs="Times New Roman"/>
          <w:position w:val="-1"/>
          <w:sz w:val="28"/>
          <w:szCs w:val="28"/>
        </w:rPr>
        <w:t>- đạt chiến sĩ thi đua và 10 % cá nhân trong tổng số lao động tiên tiến hoàn thành tốt nhiệm vụ kèm SKKN cấp cơ sở đạt danh hiệu chiến sĩ thi đua cơ sở.</w:t>
      </w:r>
    </w:p>
    <w:p w:rsidR="006A2997" w:rsidRPr="009533A0" w:rsidRDefault="006A2997" w:rsidP="009533A0">
      <w:pPr>
        <w:suppressAutoHyphens/>
        <w:spacing w:after="0"/>
        <w:ind w:leftChars="-1" w:left="-3" w:firstLine="567"/>
        <w:jc w:val="both"/>
        <w:textDirection w:val="btLr"/>
        <w:textAlignment w:val="baseline"/>
        <w:outlineLvl w:val="0"/>
        <w:rPr>
          <w:rFonts w:cs="Times New Roman"/>
          <w:position w:val="-1"/>
          <w:sz w:val="28"/>
          <w:szCs w:val="28"/>
        </w:rPr>
      </w:pPr>
      <w:r w:rsidRPr="009533A0">
        <w:rPr>
          <w:rFonts w:cs="Times New Roman"/>
          <w:position w:val="-1"/>
          <w:sz w:val="28"/>
          <w:szCs w:val="28"/>
        </w:rPr>
        <w:t xml:space="preserve">- 100% giáo viên khi lên lớp có đủ giáo </w:t>
      </w:r>
      <w:proofErr w:type="gramStart"/>
      <w:r w:rsidRPr="009533A0">
        <w:rPr>
          <w:rFonts w:cs="Times New Roman"/>
          <w:position w:val="-1"/>
          <w:sz w:val="28"/>
          <w:szCs w:val="28"/>
        </w:rPr>
        <w:t>án</w:t>
      </w:r>
      <w:proofErr w:type="gramEnd"/>
      <w:r w:rsidRPr="009533A0">
        <w:rPr>
          <w:rFonts w:cs="Times New Roman"/>
          <w:position w:val="-1"/>
          <w:sz w:val="28"/>
          <w:szCs w:val="28"/>
        </w:rPr>
        <w:t xml:space="preserve"> và đồ dùng cho các hoạt động.</w:t>
      </w:r>
    </w:p>
    <w:p w:rsidR="006A2997" w:rsidRPr="009533A0" w:rsidRDefault="006A2997" w:rsidP="009533A0">
      <w:pPr>
        <w:suppressAutoHyphens/>
        <w:spacing w:after="0"/>
        <w:ind w:leftChars="-1" w:left="-3" w:firstLine="567"/>
        <w:jc w:val="both"/>
        <w:textDirection w:val="btLr"/>
        <w:textAlignment w:val="baseline"/>
        <w:outlineLvl w:val="0"/>
        <w:rPr>
          <w:rFonts w:cs="Times New Roman"/>
          <w:position w:val="-1"/>
          <w:sz w:val="28"/>
          <w:szCs w:val="28"/>
        </w:rPr>
      </w:pPr>
      <w:r w:rsidRPr="009533A0">
        <w:rPr>
          <w:rFonts w:cs="Times New Roman"/>
          <w:position w:val="-1"/>
          <w:sz w:val="28"/>
          <w:szCs w:val="28"/>
        </w:rPr>
        <w:t xml:space="preserve">-100% nhóm/lớp có đủ đồ dùng, đồ chơi, thiết bị tối thiểu </w:t>
      </w:r>
      <w:proofErr w:type="gramStart"/>
      <w:r w:rsidRPr="009533A0">
        <w:rPr>
          <w:rFonts w:cs="Times New Roman"/>
          <w:position w:val="-1"/>
          <w:sz w:val="28"/>
          <w:szCs w:val="28"/>
        </w:rPr>
        <w:t>theo</w:t>
      </w:r>
      <w:proofErr w:type="gramEnd"/>
      <w:r w:rsidRPr="009533A0">
        <w:rPr>
          <w:rFonts w:cs="Times New Roman"/>
          <w:position w:val="-1"/>
          <w:sz w:val="28"/>
          <w:szCs w:val="28"/>
        </w:rPr>
        <w:t xml:space="preserve"> quy định.</w:t>
      </w:r>
    </w:p>
    <w:p w:rsidR="006A2997" w:rsidRPr="009533A0" w:rsidRDefault="006A2997" w:rsidP="009533A0">
      <w:pPr>
        <w:suppressAutoHyphens/>
        <w:spacing w:after="0"/>
        <w:ind w:leftChars="-1" w:left="-3" w:firstLine="567"/>
        <w:jc w:val="both"/>
        <w:textDirection w:val="btLr"/>
        <w:textAlignment w:val="baseline"/>
        <w:outlineLvl w:val="0"/>
        <w:rPr>
          <w:rFonts w:cs="Times New Roman"/>
          <w:position w:val="-1"/>
          <w:sz w:val="28"/>
          <w:szCs w:val="28"/>
        </w:rPr>
      </w:pPr>
      <w:r w:rsidRPr="009533A0">
        <w:rPr>
          <w:rFonts w:cs="Times New Roman"/>
          <w:position w:val="-1"/>
          <w:sz w:val="28"/>
          <w:szCs w:val="28"/>
        </w:rPr>
        <w:t xml:space="preserve">- 100% giáo viên, nhân viên chấp hành kiểm tra nội bộ </w:t>
      </w:r>
      <w:proofErr w:type="gramStart"/>
      <w:r w:rsidRPr="009533A0">
        <w:rPr>
          <w:rFonts w:cs="Times New Roman"/>
          <w:position w:val="-1"/>
          <w:sz w:val="28"/>
          <w:szCs w:val="28"/>
        </w:rPr>
        <w:t>theo</w:t>
      </w:r>
      <w:proofErr w:type="gramEnd"/>
      <w:r w:rsidRPr="009533A0">
        <w:rPr>
          <w:rFonts w:cs="Times New Roman"/>
          <w:position w:val="-1"/>
          <w:sz w:val="28"/>
          <w:szCs w:val="28"/>
        </w:rPr>
        <w:t xml:space="preserve"> kế hoạch.</w:t>
      </w:r>
    </w:p>
    <w:p w:rsidR="006A2997" w:rsidRPr="009533A0" w:rsidRDefault="006A2997" w:rsidP="009533A0">
      <w:pPr>
        <w:suppressAutoHyphens/>
        <w:spacing w:after="0"/>
        <w:ind w:leftChars="-1" w:left="-3" w:firstLine="567"/>
        <w:jc w:val="both"/>
        <w:textDirection w:val="btLr"/>
        <w:textAlignment w:val="baseline"/>
        <w:outlineLvl w:val="0"/>
        <w:rPr>
          <w:rFonts w:cs="Times New Roman"/>
          <w:position w:val="-1"/>
          <w:sz w:val="28"/>
          <w:szCs w:val="28"/>
        </w:rPr>
      </w:pPr>
      <w:r w:rsidRPr="009533A0">
        <w:rPr>
          <w:rFonts w:cs="Times New Roman"/>
          <w:position w:val="-1"/>
          <w:sz w:val="28"/>
          <w:szCs w:val="28"/>
        </w:rPr>
        <w:t xml:space="preserve">- Không có cán bộ, giáo viên, nhân viên </w:t>
      </w:r>
      <w:proofErr w:type="gramStart"/>
      <w:r w:rsidRPr="009533A0">
        <w:rPr>
          <w:rFonts w:cs="Times New Roman"/>
          <w:position w:val="-1"/>
          <w:sz w:val="28"/>
          <w:szCs w:val="28"/>
        </w:rPr>
        <w:t>vi</w:t>
      </w:r>
      <w:proofErr w:type="gramEnd"/>
      <w:r w:rsidRPr="009533A0">
        <w:rPr>
          <w:rFonts w:cs="Times New Roman"/>
          <w:position w:val="-1"/>
          <w:sz w:val="28"/>
          <w:szCs w:val="28"/>
        </w:rPr>
        <w:t xml:space="preserve"> phạm đạo đức nhà giáo hoặc vi phạm quy chế chuyên môn.</w:t>
      </w:r>
    </w:p>
    <w:p w:rsidR="006A2997" w:rsidRPr="009533A0" w:rsidRDefault="006A2997" w:rsidP="009533A0">
      <w:pPr>
        <w:suppressAutoHyphens/>
        <w:spacing w:after="0"/>
        <w:ind w:leftChars="-1" w:left="-3" w:firstLine="567"/>
        <w:jc w:val="both"/>
        <w:textDirection w:val="btLr"/>
        <w:textAlignment w:val="baseline"/>
        <w:outlineLvl w:val="0"/>
        <w:rPr>
          <w:rFonts w:cs="Times New Roman"/>
          <w:position w:val="-1"/>
          <w:sz w:val="28"/>
          <w:szCs w:val="28"/>
        </w:rPr>
      </w:pPr>
      <w:r w:rsidRPr="009533A0">
        <w:rPr>
          <w:rFonts w:cs="Times New Roman"/>
          <w:position w:val="-1"/>
          <w:sz w:val="28"/>
          <w:szCs w:val="28"/>
        </w:rPr>
        <w:t xml:space="preserve">- Sửa chữa 100% các hạng mục cơ sở vật chất xuống cấp, bảo đảm </w:t>
      </w:r>
      <w:proofErr w:type="gramStart"/>
      <w:r w:rsidRPr="009533A0">
        <w:rPr>
          <w:rFonts w:cs="Times New Roman"/>
          <w:position w:val="-1"/>
          <w:sz w:val="28"/>
          <w:szCs w:val="28"/>
        </w:rPr>
        <w:t>an</w:t>
      </w:r>
      <w:proofErr w:type="gramEnd"/>
      <w:r w:rsidRPr="009533A0">
        <w:rPr>
          <w:rFonts w:cs="Times New Roman"/>
          <w:position w:val="-1"/>
          <w:sz w:val="28"/>
          <w:szCs w:val="28"/>
        </w:rPr>
        <w:t xml:space="preserve"> toàn tuyệt đối trước khi bước vào năm học mới.</w:t>
      </w:r>
    </w:p>
    <w:p w:rsidR="006A2997" w:rsidRPr="009533A0" w:rsidRDefault="00166D2C" w:rsidP="009533A0">
      <w:pPr>
        <w:keepNext/>
        <w:keepLines/>
        <w:suppressAutoHyphens/>
        <w:spacing w:after="0"/>
        <w:ind w:left="-2" w:firstLine="567"/>
        <w:jc w:val="both"/>
        <w:textDirection w:val="btLr"/>
        <w:textAlignment w:val="top"/>
        <w:outlineLvl w:val="2"/>
        <w:rPr>
          <w:rFonts w:cs="Times New Roman"/>
          <w:b/>
          <w:position w:val="-1"/>
          <w:sz w:val="28"/>
          <w:szCs w:val="28"/>
          <w:lang w:val="vi-VN"/>
        </w:rPr>
      </w:pPr>
      <w:r w:rsidRPr="009533A0">
        <w:rPr>
          <w:rFonts w:cs="Times New Roman"/>
          <w:b/>
          <w:position w:val="-1"/>
          <w:sz w:val="28"/>
          <w:szCs w:val="28"/>
        </w:rPr>
        <w:lastRenderedPageBreak/>
        <w:t>*</w:t>
      </w:r>
      <w:r w:rsidR="006A2997" w:rsidRPr="009533A0">
        <w:rPr>
          <w:rFonts w:cs="Times New Roman"/>
          <w:b/>
          <w:position w:val="-1"/>
          <w:sz w:val="28"/>
          <w:szCs w:val="28"/>
          <w:lang w:val="vi-VN"/>
        </w:rPr>
        <w:t xml:space="preserve"> Đổi mới quản lý GDMN, quản trị nhà trường; đẩy mạnh chuyển đổi số, ứng dụng CNTT và trí tuệ nhân tạo (AI); cải cách hành chính</w:t>
      </w:r>
    </w:p>
    <w:p w:rsidR="006A2997" w:rsidRPr="009533A0" w:rsidRDefault="006A2997" w:rsidP="009533A0">
      <w:pPr>
        <w:suppressAutoHyphens/>
        <w:spacing w:after="0"/>
        <w:ind w:leftChars="-1" w:left="-3" w:firstLine="567"/>
        <w:jc w:val="both"/>
        <w:textDirection w:val="btLr"/>
        <w:textAlignment w:val="baseline"/>
        <w:outlineLvl w:val="0"/>
        <w:rPr>
          <w:rFonts w:cs="Times New Roman"/>
          <w:position w:val="-1"/>
          <w:sz w:val="28"/>
          <w:szCs w:val="28"/>
        </w:rPr>
      </w:pPr>
      <w:r w:rsidRPr="009533A0">
        <w:rPr>
          <w:rFonts w:cs="Times New Roman"/>
          <w:position w:val="-1"/>
          <w:sz w:val="28"/>
          <w:szCs w:val="28"/>
        </w:rPr>
        <w:t>100% hồ sơ, sổ sách quản lý nhà trường và của giáo viên được lưu trữ và sử dụng dưới dạng hồ sơ điện tử/học bạ điện tử (không sử dụng sổ sách giấy không bắt buộc).</w:t>
      </w:r>
    </w:p>
    <w:p w:rsidR="006A2997" w:rsidRPr="009533A0" w:rsidRDefault="006A2997" w:rsidP="009533A0">
      <w:pPr>
        <w:suppressAutoHyphens/>
        <w:spacing w:after="0"/>
        <w:ind w:leftChars="-1" w:left="-3" w:firstLine="567"/>
        <w:jc w:val="both"/>
        <w:textDirection w:val="btLr"/>
        <w:textAlignment w:val="baseline"/>
        <w:outlineLvl w:val="0"/>
        <w:rPr>
          <w:rFonts w:cs="Times New Roman"/>
          <w:position w:val="-1"/>
          <w:sz w:val="28"/>
          <w:szCs w:val="28"/>
        </w:rPr>
      </w:pPr>
      <w:r w:rsidRPr="009533A0">
        <w:rPr>
          <w:rFonts w:cs="Times New Roman"/>
          <w:position w:val="-1"/>
          <w:sz w:val="28"/>
          <w:szCs w:val="28"/>
        </w:rPr>
        <w:t>100% Cán bộ quản lí, giáo viên, nhân viên sử dụng thành thạo các phần mềm quản lý GDMN, Hồ sơ số Edu.VN, phần mềm phổ cập, và cơ sở dữ liệu ngành, CCVC…</w:t>
      </w:r>
    </w:p>
    <w:p w:rsidR="006A2997" w:rsidRPr="009533A0" w:rsidRDefault="006A2997" w:rsidP="009533A0">
      <w:pPr>
        <w:suppressAutoHyphens/>
        <w:spacing w:after="0"/>
        <w:ind w:leftChars="-1" w:left="-3" w:firstLine="567"/>
        <w:jc w:val="both"/>
        <w:textDirection w:val="btLr"/>
        <w:textAlignment w:val="baseline"/>
        <w:outlineLvl w:val="0"/>
        <w:rPr>
          <w:rFonts w:cs="Times New Roman"/>
          <w:position w:val="-1"/>
          <w:sz w:val="28"/>
          <w:szCs w:val="28"/>
        </w:rPr>
      </w:pPr>
      <w:r w:rsidRPr="009533A0">
        <w:rPr>
          <w:rFonts w:cs="Times New Roman"/>
          <w:position w:val="-1"/>
          <w:sz w:val="28"/>
          <w:szCs w:val="28"/>
        </w:rPr>
        <w:t>100% Cán bộ quản lí, giáo viên biết ứng dụng các công cụ AI cơ bản (như ChatGPT, Gemini, Canva AI...) để hỗ trợ soạn bài, sáng tác thơ truyện, thiết kế hình ảnh, video giáo dục.</w:t>
      </w:r>
    </w:p>
    <w:p w:rsidR="006A2997" w:rsidRPr="009533A0" w:rsidRDefault="006A2997" w:rsidP="009533A0">
      <w:pPr>
        <w:suppressAutoHyphens/>
        <w:spacing w:after="0"/>
        <w:ind w:leftChars="-1" w:left="-3" w:firstLine="567"/>
        <w:jc w:val="both"/>
        <w:textDirection w:val="btLr"/>
        <w:textAlignment w:val="baseline"/>
        <w:outlineLvl w:val="0"/>
        <w:rPr>
          <w:rFonts w:cs="Times New Roman"/>
          <w:position w:val="-1"/>
          <w:sz w:val="28"/>
          <w:szCs w:val="28"/>
        </w:rPr>
      </w:pPr>
      <w:r w:rsidRPr="009533A0">
        <w:rPr>
          <w:rFonts w:cs="Times New Roman"/>
          <w:position w:val="-1"/>
          <w:sz w:val="28"/>
          <w:szCs w:val="28"/>
        </w:rPr>
        <w:t xml:space="preserve">90% trở lên về thủ tục hành chính, </w:t>
      </w:r>
      <w:proofErr w:type="gramStart"/>
      <w:r w:rsidRPr="009533A0">
        <w:rPr>
          <w:rFonts w:cs="Times New Roman"/>
          <w:position w:val="-1"/>
          <w:sz w:val="28"/>
          <w:szCs w:val="28"/>
        </w:rPr>
        <w:t>thu</w:t>
      </w:r>
      <w:proofErr w:type="gramEnd"/>
      <w:r w:rsidRPr="009533A0">
        <w:rPr>
          <w:rFonts w:cs="Times New Roman"/>
          <w:position w:val="-1"/>
          <w:sz w:val="28"/>
          <w:szCs w:val="28"/>
        </w:rPr>
        <w:t xml:space="preserve"> chi học phí được thực hiện không dùng tiền mặt (thanh toán qua mã QR/ngân hàng).</w:t>
      </w:r>
    </w:p>
    <w:p w:rsidR="006A2997" w:rsidRPr="009533A0" w:rsidRDefault="006A2997" w:rsidP="009533A0">
      <w:pPr>
        <w:suppressAutoHyphens/>
        <w:spacing w:after="0"/>
        <w:ind w:leftChars="-1" w:left="-3" w:firstLine="567"/>
        <w:jc w:val="both"/>
        <w:textDirection w:val="btLr"/>
        <w:textAlignment w:val="baseline"/>
        <w:outlineLvl w:val="0"/>
        <w:rPr>
          <w:rFonts w:cs="Times New Roman"/>
          <w:position w:val="-1"/>
          <w:sz w:val="28"/>
          <w:szCs w:val="28"/>
        </w:rPr>
      </w:pPr>
      <w:r w:rsidRPr="009533A0">
        <w:rPr>
          <w:rFonts w:cs="Times New Roman"/>
          <w:position w:val="-1"/>
          <w:sz w:val="28"/>
          <w:szCs w:val="28"/>
        </w:rPr>
        <w:t xml:space="preserve">Thực hiện 100% các cuộc kiểm tra, giám sát </w:t>
      </w:r>
      <w:proofErr w:type="gramStart"/>
      <w:r w:rsidRPr="009533A0">
        <w:rPr>
          <w:rFonts w:cs="Times New Roman"/>
          <w:position w:val="-1"/>
          <w:sz w:val="28"/>
          <w:szCs w:val="28"/>
        </w:rPr>
        <w:t>theo</w:t>
      </w:r>
      <w:proofErr w:type="gramEnd"/>
      <w:r w:rsidRPr="009533A0">
        <w:rPr>
          <w:rFonts w:cs="Times New Roman"/>
          <w:position w:val="-1"/>
          <w:sz w:val="28"/>
          <w:szCs w:val="28"/>
        </w:rPr>
        <w:t xml:space="preserve"> kế hoạch có ứng dụng dữ liệu quản lý.</w:t>
      </w:r>
    </w:p>
    <w:p w:rsidR="006A2997" w:rsidRPr="009533A0" w:rsidRDefault="00166D2C" w:rsidP="009533A0">
      <w:pPr>
        <w:keepNext/>
        <w:keepLines/>
        <w:suppressAutoHyphens/>
        <w:spacing w:after="0"/>
        <w:ind w:left="-2" w:firstLine="567"/>
        <w:jc w:val="both"/>
        <w:textDirection w:val="btLr"/>
        <w:textAlignment w:val="top"/>
        <w:outlineLvl w:val="2"/>
        <w:rPr>
          <w:rFonts w:cs="Times New Roman"/>
          <w:b/>
          <w:position w:val="-1"/>
          <w:sz w:val="28"/>
          <w:szCs w:val="28"/>
          <w:lang w:val="vi-VN"/>
        </w:rPr>
      </w:pPr>
      <w:r w:rsidRPr="009533A0">
        <w:rPr>
          <w:rFonts w:cs="Times New Roman"/>
          <w:b/>
          <w:position w:val="-1"/>
          <w:sz w:val="28"/>
          <w:szCs w:val="28"/>
        </w:rPr>
        <w:t>*</w:t>
      </w:r>
      <w:r w:rsidR="006A2997" w:rsidRPr="009533A0">
        <w:rPr>
          <w:rFonts w:cs="Times New Roman"/>
          <w:b/>
          <w:position w:val="-1"/>
          <w:sz w:val="28"/>
          <w:szCs w:val="28"/>
          <w:lang w:val="vi-VN"/>
        </w:rPr>
        <w:t>Tăng cường phối hợp giữa nhà trường, gia đình và xã hội; huy động và sử dụng hiệu quả các nguồn lực</w:t>
      </w:r>
    </w:p>
    <w:p w:rsidR="006A2997" w:rsidRPr="009533A0" w:rsidRDefault="006A2997" w:rsidP="009533A0">
      <w:pPr>
        <w:keepNext/>
        <w:keepLines/>
        <w:suppressAutoHyphens/>
        <w:spacing w:after="0"/>
        <w:ind w:firstLine="567"/>
        <w:jc w:val="both"/>
        <w:textDirection w:val="btLr"/>
        <w:textAlignment w:val="top"/>
        <w:outlineLvl w:val="3"/>
        <w:rPr>
          <w:rFonts w:cs="Times New Roman"/>
          <w:b/>
          <w:position w:val="-1"/>
          <w:sz w:val="28"/>
          <w:szCs w:val="28"/>
          <w:lang w:val="vi-VN"/>
        </w:rPr>
      </w:pPr>
      <w:r w:rsidRPr="009533A0">
        <w:rPr>
          <w:rFonts w:cs="Times New Roman"/>
          <w:b/>
          <w:position w:val="-1"/>
          <w:sz w:val="28"/>
          <w:szCs w:val="28"/>
          <w:lang w:val="vi-VN"/>
        </w:rPr>
        <w:t>* Chỉ tiêu phấn đấu</w:t>
      </w:r>
    </w:p>
    <w:p w:rsidR="006A2997" w:rsidRPr="009533A0" w:rsidRDefault="006A2997" w:rsidP="009533A0">
      <w:pPr>
        <w:suppressAutoHyphens/>
        <w:spacing w:after="0"/>
        <w:ind w:leftChars="-1" w:left="-3" w:firstLine="567"/>
        <w:jc w:val="both"/>
        <w:textDirection w:val="btLr"/>
        <w:textAlignment w:val="baseline"/>
        <w:outlineLvl w:val="0"/>
        <w:rPr>
          <w:rFonts w:cs="Times New Roman"/>
          <w:position w:val="-1"/>
          <w:sz w:val="28"/>
          <w:szCs w:val="28"/>
        </w:rPr>
      </w:pPr>
      <w:r w:rsidRPr="009533A0">
        <w:rPr>
          <w:rFonts w:cs="Times New Roman"/>
          <w:position w:val="-1"/>
          <w:sz w:val="28"/>
          <w:szCs w:val="28"/>
        </w:rPr>
        <w:t>- 100% các nhóm/lớp thành lập Ban đại diện Cha mẹ học sinh và hoạt động đúng quy định tại Thông tư 81/2026/TT-BGDĐT, ngày 28/9/2026 ban hành điều lệ Ban đại diện cha mẹ học sinh thay thế cho TT 55/2011/TT-BGDĐT.</w:t>
      </w:r>
    </w:p>
    <w:p w:rsidR="006A2997" w:rsidRPr="009533A0" w:rsidRDefault="006A2997" w:rsidP="009533A0">
      <w:pPr>
        <w:suppressAutoHyphens/>
        <w:spacing w:after="0"/>
        <w:ind w:leftChars="-1" w:left="-3" w:firstLine="567"/>
        <w:jc w:val="both"/>
        <w:textDirection w:val="btLr"/>
        <w:textAlignment w:val="baseline"/>
        <w:outlineLvl w:val="0"/>
        <w:rPr>
          <w:rFonts w:cs="Times New Roman"/>
          <w:position w:val="-1"/>
          <w:sz w:val="28"/>
          <w:szCs w:val="28"/>
        </w:rPr>
      </w:pPr>
      <w:r w:rsidRPr="009533A0">
        <w:rPr>
          <w:rFonts w:cs="Times New Roman"/>
          <w:position w:val="-1"/>
          <w:sz w:val="28"/>
          <w:szCs w:val="28"/>
        </w:rPr>
        <w:t>- 100% gia đình trẻ được kết nối thông tin qua ứng dụng liên lạc điện tử/nhóm Zalo lớp để trao đổi tình hình của trẻ hàng ngày.</w:t>
      </w:r>
    </w:p>
    <w:p w:rsidR="006A2997" w:rsidRPr="009533A0" w:rsidRDefault="006A2997" w:rsidP="009533A0">
      <w:pPr>
        <w:suppressAutoHyphens/>
        <w:spacing w:after="0"/>
        <w:ind w:leftChars="-1" w:left="-3" w:firstLine="567"/>
        <w:jc w:val="both"/>
        <w:textDirection w:val="btLr"/>
        <w:textAlignment w:val="baseline"/>
        <w:outlineLvl w:val="0"/>
        <w:rPr>
          <w:rFonts w:cs="Times New Roman"/>
          <w:position w:val="-1"/>
          <w:sz w:val="28"/>
          <w:szCs w:val="28"/>
        </w:rPr>
      </w:pPr>
      <w:r w:rsidRPr="009533A0">
        <w:rPr>
          <w:rFonts w:cs="Times New Roman"/>
          <w:position w:val="-1"/>
          <w:sz w:val="28"/>
          <w:szCs w:val="28"/>
        </w:rPr>
        <w:t>- 100% giáo viên thường xuyên trao đổi với phụ huynh về vấn đề đề tư vấn chăm sóc sức khỏe và phương pháp giáo dục trẻ cho cha mẹ học sinh trong năm học.</w:t>
      </w:r>
    </w:p>
    <w:p w:rsidR="006A2997" w:rsidRPr="009533A0" w:rsidRDefault="006A2997" w:rsidP="009533A0">
      <w:pPr>
        <w:suppressAutoHyphens/>
        <w:spacing w:after="0"/>
        <w:ind w:leftChars="-1" w:left="-3" w:firstLine="567"/>
        <w:jc w:val="both"/>
        <w:textDirection w:val="btLr"/>
        <w:textAlignment w:val="baseline"/>
        <w:outlineLvl w:val="0"/>
        <w:rPr>
          <w:rFonts w:cs="Times New Roman"/>
          <w:position w:val="-1"/>
          <w:sz w:val="28"/>
          <w:szCs w:val="28"/>
        </w:rPr>
      </w:pPr>
      <w:r w:rsidRPr="009533A0">
        <w:rPr>
          <w:kern w:val="36"/>
          <w:sz w:val="28"/>
          <w:szCs w:val="28"/>
        </w:rPr>
        <w:t>- 100% nhà trường thực hiện thanh toán không dùng tiền mặt các khoản phục vụ, hỗ trợ hoạt động chăm sóc, nuôi dưỡng, giáo dục trẻ</w:t>
      </w:r>
    </w:p>
    <w:p w:rsidR="006A2997" w:rsidRPr="009533A0" w:rsidRDefault="006A2997" w:rsidP="009533A0">
      <w:pPr>
        <w:suppressAutoHyphens/>
        <w:spacing w:after="0"/>
        <w:ind w:leftChars="-1" w:left="-3" w:firstLine="567"/>
        <w:jc w:val="both"/>
        <w:textDirection w:val="btLr"/>
        <w:textAlignment w:val="baseline"/>
        <w:outlineLvl w:val="0"/>
        <w:rPr>
          <w:rFonts w:cs="Times New Roman"/>
          <w:position w:val="-1"/>
          <w:sz w:val="28"/>
          <w:szCs w:val="28"/>
        </w:rPr>
      </w:pPr>
      <w:r w:rsidRPr="009533A0">
        <w:rPr>
          <w:rFonts w:cs="Times New Roman"/>
          <w:position w:val="-1"/>
          <w:sz w:val="28"/>
          <w:szCs w:val="28"/>
        </w:rPr>
        <w:t xml:space="preserve">- Thực hiện các nguồn </w:t>
      </w:r>
      <w:proofErr w:type="gramStart"/>
      <w:r w:rsidRPr="009533A0">
        <w:rPr>
          <w:rFonts w:cs="Times New Roman"/>
          <w:position w:val="-1"/>
          <w:sz w:val="28"/>
          <w:szCs w:val="28"/>
        </w:rPr>
        <w:t>thu</w:t>
      </w:r>
      <w:proofErr w:type="gramEnd"/>
      <w:r w:rsidRPr="009533A0">
        <w:rPr>
          <w:rFonts w:cs="Times New Roman"/>
          <w:position w:val="-1"/>
          <w:sz w:val="28"/>
          <w:szCs w:val="28"/>
        </w:rPr>
        <w:t xml:space="preserve"> theo quy định công khai, cụ thể, rõ ràng tại buổi họp phụ huynh. Tất cả các khoản </w:t>
      </w:r>
      <w:proofErr w:type="gramStart"/>
      <w:r w:rsidRPr="009533A0">
        <w:rPr>
          <w:rFonts w:cs="Times New Roman"/>
          <w:position w:val="-1"/>
          <w:sz w:val="28"/>
          <w:szCs w:val="28"/>
        </w:rPr>
        <w:t>thu</w:t>
      </w:r>
      <w:proofErr w:type="gramEnd"/>
      <w:r w:rsidRPr="009533A0">
        <w:rPr>
          <w:rFonts w:cs="Times New Roman"/>
          <w:position w:val="-1"/>
          <w:sz w:val="28"/>
          <w:szCs w:val="28"/>
        </w:rPr>
        <w:t xml:space="preserve"> được chuyển trực tiếp về tại khoản nhà trường qua liên kết các ngân hàng, đạt kế hoạch đề ra, được nghiệm thu và công khai minh bạch 100%.</w:t>
      </w:r>
    </w:p>
    <w:p w:rsidR="006A2997" w:rsidRPr="009533A0" w:rsidRDefault="006A2997" w:rsidP="009533A0">
      <w:pPr>
        <w:suppressAutoHyphens/>
        <w:spacing w:after="0"/>
        <w:ind w:leftChars="-1" w:left="-3" w:firstLine="567"/>
        <w:jc w:val="both"/>
        <w:textDirection w:val="btLr"/>
        <w:textAlignment w:val="baseline"/>
        <w:outlineLvl w:val="0"/>
        <w:rPr>
          <w:rFonts w:cs="Times New Roman"/>
          <w:position w:val="-1"/>
          <w:sz w:val="28"/>
          <w:szCs w:val="28"/>
        </w:rPr>
      </w:pPr>
      <w:r w:rsidRPr="009533A0">
        <w:rPr>
          <w:rFonts w:cs="Times New Roman"/>
          <w:position w:val="-1"/>
          <w:sz w:val="28"/>
          <w:szCs w:val="28"/>
        </w:rPr>
        <w:t>- Mức độ hài lòng của phụ huynh học sinh đối với nhà trường đạt từ 90% trở lên.</w:t>
      </w:r>
    </w:p>
    <w:p w:rsidR="006A2997" w:rsidRPr="009533A0" w:rsidRDefault="00166D2C" w:rsidP="009533A0">
      <w:pPr>
        <w:keepLines/>
        <w:shd w:val="clear" w:color="auto" w:fill="FFFFFF"/>
        <w:suppressAutoHyphens/>
        <w:spacing w:after="0"/>
        <w:ind w:firstLine="567"/>
        <w:jc w:val="both"/>
        <w:textDirection w:val="btLr"/>
        <w:textAlignment w:val="top"/>
        <w:outlineLvl w:val="0"/>
        <w:rPr>
          <w:rFonts w:cs="Times New Roman"/>
          <w:b/>
          <w:position w:val="-1"/>
          <w:sz w:val="28"/>
          <w:szCs w:val="28"/>
          <w:lang w:val="vi-VN"/>
        </w:rPr>
      </w:pPr>
      <w:r w:rsidRPr="009533A0">
        <w:rPr>
          <w:rFonts w:cs="Times New Roman"/>
          <w:b/>
          <w:position w:val="-1"/>
          <w:sz w:val="28"/>
          <w:szCs w:val="28"/>
        </w:rPr>
        <w:t>*</w:t>
      </w:r>
      <w:r w:rsidR="006A2997" w:rsidRPr="009533A0">
        <w:rPr>
          <w:rFonts w:cs="Times New Roman"/>
          <w:b/>
          <w:position w:val="-1"/>
          <w:sz w:val="28"/>
          <w:szCs w:val="28"/>
          <w:lang w:val="vi-VN"/>
        </w:rPr>
        <w:t xml:space="preserve"> Tăng cường hiệu lực, hiệu quả công tác kiểm tra </w:t>
      </w:r>
      <w:proofErr w:type="gramStart"/>
      <w:r w:rsidR="006A2997" w:rsidRPr="009533A0">
        <w:rPr>
          <w:rFonts w:cs="Times New Roman"/>
          <w:b/>
          <w:position w:val="-1"/>
          <w:sz w:val="28"/>
          <w:szCs w:val="28"/>
          <w:lang w:val="vi-VN"/>
        </w:rPr>
        <w:t>theo</w:t>
      </w:r>
      <w:proofErr w:type="gramEnd"/>
      <w:r w:rsidR="006A2997" w:rsidRPr="009533A0">
        <w:rPr>
          <w:rFonts w:cs="Times New Roman"/>
          <w:b/>
          <w:position w:val="-1"/>
          <w:sz w:val="28"/>
          <w:szCs w:val="28"/>
          <w:lang w:val="vi-VN"/>
        </w:rPr>
        <w:t xml:space="preserve"> thẩm quyền</w:t>
      </w:r>
    </w:p>
    <w:p w:rsidR="006A2997" w:rsidRPr="009533A0" w:rsidRDefault="006A2997" w:rsidP="009533A0">
      <w:pPr>
        <w:spacing w:after="0"/>
        <w:ind w:firstLine="567"/>
        <w:jc w:val="both"/>
        <w:rPr>
          <w:rFonts w:cs="Times New Roman"/>
          <w:b/>
          <w:position w:val="-1"/>
          <w:sz w:val="28"/>
          <w:szCs w:val="28"/>
        </w:rPr>
      </w:pPr>
      <w:r w:rsidRPr="009533A0">
        <w:rPr>
          <w:rFonts w:cs="Times New Roman"/>
          <w:bCs/>
          <w:position w:val="-1"/>
          <w:sz w:val="28"/>
          <w:szCs w:val="28"/>
        </w:rPr>
        <w:t>- Kế hoạch kiểm tra – giám sát</w:t>
      </w:r>
    </w:p>
    <w:p w:rsidR="006A2997" w:rsidRPr="009533A0" w:rsidRDefault="006A2997" w:rsidP="009533A0">
      <w:pPr>
        <w:spacing w:after="0"/>
        <w:ind w:left="4" w:firstLine="567"/>
        <w:jc w:val="both"/>
        <w:rPr>
          <w:rFonts w:cs="Times New Roman"/>
          <w:position w:val="-1"/>
          <w:sz w:val="28"/>
          <w:szCs w:val="28"/>
        </w:rPr>
      </w:pPr>
      <w:r w:rsidRPr="009533A0">
        <w:rPr>
          <w:rFonts w:cs="Times New Roman"/>
          <w:position w:val="-1"/>
          <w:sz w:val="28"/>
          <w:szCs w:val="28"/>
        </w:rPr>
        <w:lastRenderedPageBreak/>
        <w:t xml:space="preserve">+ 100% các hoạt động chăm sóc – giáo dục, nuôi dưỡng, an toàn, bán trú… được đưa vào kế hoạch kiểm tra trong năm học </w:t>
      </w:r>
      <w:proofErr w:type="gramStart"/>
      <w:r w:rsidRPr="009533A0">
        <w:rPr>
          <w:rFonts w:cs="Times New Roman"/>
          <w:position w:val="-1"/>
          <w:sz w:val="28"/>
          <w:szCs w:val="28"/>
        </w:rPr>
        <w:t>theo</w:t>
      </w:r>
      <w:proofErr w:type="gramEnd"/>
      <w:r w:rsidRPr="009533A0">
        <w:rPr>
          <w:rFonts w:cs="Times New Roman"/>
          <w:position w:val="-1"/>
          <w:sz w:val="28"/>
          <w:szCs w:val="28"/>
        </w:rPr>
        <w:t xml:space="preserve"> chủ đề, đột xuất</w:t>
      </w:r>
    </w:p>
    <w:p w:rsidR="006A2997" w:rsidRPr="009533A0" w:rsidRDefault="006A2997" w:rsidP="009533A0">
      <w:pPr>
        <w:spacing w:after="0"/>
        <w:ind w:left="4" w:firstLine="567"/>
        <w:jc w:val="both"/>
        <w:rPr>
          <w:rFonts w:cs="Times New Roman"/>
          <w:position w:val="-1"/>
          <w:sz w:val="28"/>
          <w:szCs w:val="28"/>
        </w:rPr>
      </w:pPr>
      <w:r w:rsidRPr="009533A0">
        <w:rPr>
          <w:rFonts w:cs="Times New Roman"/>
          <w:position w:val="-1"/>
          <w:sz w:val="28"/>
          <w:szCs w:val="28"/>
        </w:rPr>
        <w:t>+ Ít nhất 01 đợt kiểm tra toàn diện/năm học đối với giáo viên, nhân viên.</w:t>
      </w:r>
    </w:p>
    <w:p w:rsidR="006A2997" w:rsidRPr="009533A0" w:rsidRDefault="006A2997" w:rsidP="009533A0">
      <w:pPr>
        <w:spacing w:after="0"/>
        <w:ind w:left="4" w:firstLine="567"/>
        <w:jc w:val="both"/>
        <w:rPr>
          <w:rFonts w:cs="Times New Roman"/>
          <w:position w:val="-1"/>
          <w:sz w:val="28"/>
          <w:szCs w:val="28"/>
        </w:rPr>
      </w:pPr>
      <w:r w:rsidRPr="009533A0">
        <w:rPr>
          <w:rFonts w:cs="Times New Roman"/>
          <w:position w:val="-1"/>
          <w:sz w:val="28"/>
          <w:szCs w:val="28"/>
        </w:rPr>
        <w:t>+ 100% lớp học được dự giờ, kiểm tra chuyên đề ít nhất 1 lần/học kỳ.</w:t>
      </w:r>
    </w:p>
    <w:p w:rsidR="006A2997" w:rsidRPr="009533A0" w:rsidRDefault="006A2997" w:rsidP="009533A0">
      <w:pPr>
        <w:suppressAutoHyphens/>
        <w:spacing w:after="0"/>
        <w:ind w:left="1" w:firstLine="567"/>
        <w:jc w:val="both"/>
        <w:textDirection w:val="btLr"/>
        <w:textAlignment w:val="top"/>
        <w:outlineLvl w:val="0"/>
        <w:rPr>
          <w:rFonts w:cs="Times New Roman"/>
          <w:b/>
          <w:position w:val="-1"/>
          <w:sz w:val="28"/>
          <w:szCs w:val="28"/>
        </w:rPr>
      </w:pPr>
      <w:r w:rsidRPr="009533A0">
        <w:rPr>
          <w:rFonts w:cs="Times New Roman"/>
          <w:bCs/>
          <w:position w:val="-1"/>
          <w:sz w:val="28"/>
          <w:szCs w:val="28"/>
        </w:rPr>
        <w:t>- Hiệu lực – hiệu quả kiểm tra</w:t>
      </w:r>
    </w:p>
    <w:p w:rsidR="006A2997" w:rsidRPr="009533A0" w:rsidRDefault="006A2997" w:rsidP="009533A0">
      <w:pPr>
        <w:spacing w:after="0"/>
        <w:ind w:left="4" w:firstLine="567"/>
        <w:jc w:val="both"/>
        <w:rPr>
          <w:rFonts w:cs="Times New Roman"/>
          <w:position w:val="-1"/>
          <w:sz w:val="28"/>
          <w:szCs w:val="28"/>
        </w:rPr>
      </w:pPr>
      <w:r w:rsidRPr="009533A0">
        <w:rPr>
          <w:rFonts w:cs="Times New Roman"/>
          <w:position w:val="-1"/>
          <w:sz w:val="28"/>
          <w:szCs w:val="28"/>
        </w:rPr>
        <w:t>+ 100% CBQL, tổ trưởng chuyên môn tham gia tập huấn, bồi dưỡng nghiệp vụ kiểm tra, giám sát.</w:t>
      </w:r>
    </w:p>
    <w:p w:rsidR="006A2997" w:rsidRPr="009533A0" w:rsidRDefault="006A2997" w:rsidP="009533A0">
      <w:pPr>
        <w:spacing w:after="0"/>
        <w:ind w:left="4" w:firstLine="567"/>
        <w:jc w:val="both"/>
        <w:rPr>
          <w:rFonts w:cs="Times New Roman"/>
          <w:position w:val="-1"/>
          <w:sz w:val="28"/>
          <w:szCs w:val="28"/>
        </w:rPr>
      </w:pPr>
      <w:r w:rsidRPr="009533A0">
        <w:rPr>
          <w:rFonts w:cs="Times New Roman"/>
          <w:position w:val="-1"/>
          <w:sz w:val="28"/>
          <w:szCs w:val="28"/>
        </w:rPr>
        <w:t>+ 90% khuyến nghị, kiến nghị sau kiểm tra được thực hiện và có kết quả khắc phục cụ thể.</w:t>
      </w:r>
    </w:p>
    <w:p w:rsidR="006A2997" w:rsidRPr="009533A0" w:rsidRDefault="006A2997" w:rsidP="009533A0">
      <w:pPr>
        <w:spacing w:after="0"/>
        <w:ind w:left="4" w:firstLine="567"/>
        <w:jc w:val="both"/>
        <w:rPr>
          <w:rFonts w:cs="Times New Roman"/>
          <w:position w:val="-1"/>
          <w:sz w:val="28"/>
          <w:szCs w:val="28"/>
        </w:rPr>
      </w:pPr>
      <w:r w:rsidRPr="009533A0">
        <w:rPr>
          <w:rFonts w:cs="Times New Roman"/>
          <w:position w:val="-1"/>
          <w:sz w:val="28"/>
          <w:szCs w:val="28"/>
        </w:rPr>
        <w:t>+ 100% hồ sơ kiểm tra, biên bản, kết luận được lưu trữ khoa học, minh bạch.</w:t>
      </w:r>
    </w:p>
    <w:p w:rsidR="006A2997" w:rsidRPr="009533A0" w:rsidRDefault="006A2997" w:rsidP="009533A0">
      <w:pPr>
        <w:suppressAutoHyphens/>
        <w:spacing w:after="0"/>
        <w:ind w:left="1" w:firstLine="567"/>
        <w:jc w:val="both"/>
        <w:textDirection w:val="btLr"/>
        <w:textAlignment w:val="top"/>
        <w:outlineLvl w:val="0"/>
        <w:rPr>
          <w:rFonts w:cs="Times New Roman"/>
          <w:b/>
          <w:position w:val="-1"/>
          <w:sz w:val="28"/>
          <w:szCs w:val="28"/>
        </w:rPr>
      </w:pPr>
      <w:r w:rsidRPr="009533A0">
        <w:rPr>
          <w:rFonts w:cs="Times New Roman"/>
          <w:bCs/>
          <w:position w:val="-1"/>
          <w:sz w:val="28"/>
          <w:szCs w:val="28"/>
        </w:rPr>
        <w:t xml:space="preserve"> - Tính công bằng – minh bạch</w:t>
      </w:r>
    </w:p>
    <w:p w:rsidR="006A2997" w:rsidRPr="009533A0" w:rsidRDefault="006A2997" w:rsidP="009533A0">
      <w:pPr>
        <w:spacing w:after="0"/>
        <w:ind w:left="4" w:firstLine="567"/>
        <w:jc w:val="both"/>
        <w:rPr>
          <w:rFonts w:cs="Times New Roman"/>
          <w:position w:val="-1"/>
          <w:sz w:val="28"/>
          <w:szCs w:val="28"/>
        </w:rPr>
      </w:pPr>
      <w:r w:rsidRPr="009533A0">
        <w:rPr>
          <w:rFonts w:cs="Times New Roman"/>
          <w:position w:val="-1"/>
          <w:sz w:val="28"/>
          <w:szCs w:val="28"/>
        </w:rPr>
        <w:t xml:space="preserve">+ 100% giáo viên, nhân viên được kiểm tra </w:t>
      </w:r>
      <w:proofErr w:type="gramStart"/>
      <w:r w:rsidRPr="009533A0">
        <w:rPr>
          <w:rFonts w:cs="Times New Roman"/>
          <w:position w:val="-1"/>
          <w:sz w:val="28"/>
          <w:szCs w:val="28"/>
        </w:rPr>
        <w:t>theo</w:t>
      </w:r>
      <w:proofErr w:type="gramEnd"/>
      <w:r w:rsidRPr="009533A0">
        <w:rPr>
          <w:rFonts w:cs="Times New Roman"/>
          <w:position w:val="-1"/>
          <w:sz w:val="28"/>
          <w:szCs w:val="28"/>
        </w:rPr>
        <w:t xml:space="preserve"> kế hoạch, đảm bảo khách quan, công bằng.</w:t>
      </w:r>
    </w:p>
    <w:p w:rsidR="006A2997" w:rsidRPr="009533A0" w:rsidRDefault="006A2997" w:rsidP="009533A0">
      <w:pPr>
        <w:spacing w:after="0"/>
        <w:ind w:left="4" w:firstLine="567"/>
        <w:jc w:val="both"/>
        <w:rPr>
          <w:rFonts w:cs="Times New Roman"/>
          <w:position w:val="-1"/>
          <w:sz w:val="28"/>
          <w:szCs w:val="28"/>
        </w:rPr>
      </w:pPr>
      <w:r w:rsidRPr="009533A0">
        <w:rPr>
          <w:rFonts w:cs="Times New Roman"/>
          <w:position w:val="-1"/>
          <w:sz w:val="28"/>
          <w:szCs w:val="28"/>
        </w:rPr>
        <w:t>+ Sau kiểm tra có ý kiến phản hồi công khai, trao đổi, góp ý trực tiếp</w:t>
      </w:r>
    </w:p>
    <w:p w:rsidR="006A2997" w:rsidRPr="009533A0" w:rsidRDefault="006A2997" w:rsidP="009533A0">
      <w:pPr>
        <w:suppressAutoHyphens/>
        <w:spacing w:after="0"/>
        <w:ind w:left="1" w:firstLine="567"/>
        <w:jc w:val="both"/>
        <w:textDirection w:val="btLr"/>
        <w:textAlignment w:val="top"/>
        <w:outlineLvl w:val="0"/>
        <w:rPr>
          <w:rFonts w:cs="Times New Roman"/>
          <w:b/>
          <w:i/>
          <w:position w:val="-1"/>
          <w:sz w:val="28"/>
          <w:szCs w:val="28"/>
        </w:rPr>
      </w:pPr>
      <w:r w:rsidRPr="009533A0">
        <w:rPr>
          <w:rFonts w:cs="Times New Roman"/>
          <w:b/>
          <w:bCs/>
          <w:i/>
          <w:kern w:val="36"/>
          <w:position w:val="-1"/>
          <w:sz w:val="28"/>
          <w:szCs w:val="28"/>
        </w:rPr>
        <w:t xml:space="preserve"> </w:t>
      </w:r>
      <w:r w:rsidRPr="009533A0">
        <w:rPr>
          <w:rFonts w:cs="Times New Roman"/>
          <w:b/>
          <w:i/>
          <w:position w:val="-1"/>
          <w:sz w:val="28"/>
          <w:szCs w:val="28"/>
        </w:rPr>
        <w:t xml:space="preserve">* Chỉ tiêu </w:t>
      </w:r>
      <w:proofErr w:type="gramStart"/>
      <w:r w:rsidRPr="009533A0">
        <w:rPr>
          <w:rFonts w:cs="Times New Roman"/>
          <w:b/>
          <w:i/>
          <w:position w:val="-1"/>
          <w:sz w:val="28"/>
          <w:szCs w:val="28"/>
        </w:rPr>
        <w:t>chung</w:t>
      </w:r>
      <w:proofErr w:type="gramEnd"/>
      <w:r w:rsidRPr="009533A0">
        <w:rPr>
          <w:rFonts w:cs="Times New Roman"/>
          <w:b/>
          <w:i/>
          <w:position w:val="-1"/>
          <w:sz w:val="28"/>
          <w:szCs w:val="28"/>
        </w:rPr>
        <w:t xml:space="preserve"> xếp loại thi đua cuối năm:</w:t>
      </w:r>
    </w:p>
    <w:p w:rsidR="006A2997" w:rsidRPr="009533A0" w:rsidRDefault="006A2997" w:rsidP="009533A0">
      <w:pPr>
        <w:spacing w:after="0"/>
        <w:ind w:firstLine="567"/>
        <w:jc w:val="both"/>
        <w:rPr>
          <w:rFonts w:cs="Times New Roman"/>
          <w:position w:val="-1"/>
          <w:sz w:val="28"/>
          <w:szCs w:val="28"/>
        </w:rPr>
      </w:pPr>
      <w:r w:rsidRPr="009533A0">
        <w:rPr>
          <w:rFonts w:cs="Times New Roman"/>
          <w:position w:val="-1"/>
          <w:sz w:val="28"/>
          <w:szCs w:val="28"/>
        </w:rPr>
        <w:t>-Tập thể: Xếp loại đơn vị trường học: Hoàn thành xuất sắc nhiệm vụ</w:t>
      </w:r>
    </w:p>
    <w:p w:rsidR="006A2997" w:rsidRPr="009533A0" w:rsidRDefault="006A2997" w:rsidP="009533A0">
      <w:pPr>
        <w:spacing w:after="0"/>
        <w:ind w:firstLine="567"/>
        <w:jc w:val="both"/>
        <w:rPr>
          <w:rFonts w:cs="Times New Roman"/>
          <w:position w:val="-1"/>
          <w:sz w:val="28"/>
          <w:szCs w:val="28"/>
        </w:rPr>
      </w:pPr>
      <w:r w:rsidRPr="009533A0">
        <w:rPr>
          <w:rFonts w:cs="Times New Roman"/>
          <w:position w:val="-1"/>
          <w:sz w:val="28"/>
          <w:szCs w:val="28"/>
        </w:rPr>
        <w:t>- 20% CB-GV-NV Xếp loại viên chức Hoàn thành xuất sắc nhiệm vụ</w:t>
      </w:r>
    </w:p>
    <w:p w:rsidR="006A2997" w:rsidRPr="009533A0" w:rsidRDefault="006A2997" w:rsidP="009533A0">
      <w:pPr>
        <w:spacing w:after="0"/>
        <w:ind w:firstLine="567"/>
        <w:jc w:val="both"/>
        <w:rPr>
          <w:rFonts w:cs="Times New Roman"/>
          <w:position w:val="-1"/>
          <w:sz w:val="28"/>
          <w:szCs w:val="28"/>
        </w:rPr>
      </w:pPr>
      <w:r w:rsidRPr="009533A0">
        <w:rPr>
          <w:rFonts w:cs="Times New Roman"/>
          <w:position w:val="-1"/>
          <w:sz w:val="28"/>
          <w:szCs w:val="28"/>
        </w:rPr>
        <w:t>- 30 % CB-GV-NV Đạt danh hiệu chiến sĩ thi đua</w:t>
      </w:r>
    </w:p>
    <w:p w:rsidR="006A2997" w:rsidRPr="009533A0" w:rsidRDefault="006A2997" w:rsidP="009533A0">
      <w:pPr>
        <w:spacing w:after="0"/>
        <w:ind w:firstLine="567"/>
        <w:jc w:val="both"/>
        <w:rPr>
          <w:rFonts w:cs="Times New Roman"/>
          <w:position w:val="-1"/>
          <w:sz w:val="28"/>
          <w:szCs w:val="28"/>
        </w:rPr>
      </w:pPr>
      <w:r w:rsidRPr="009533A0">
        <w:rPr>
          <w:rFonts w:cs="Times New Roman"/>
          <w:position w:val="-1"/>
          <w:sz w:val="28"/>
          <w:szCs w:val="28"/>
        </w:rPr>
        <w:t>- 100% CB-GN-NV Xếp loại viên chức: Hoàn thành tốt nhiệm vụ</w:t>
      </w:r>
    </w:p>
    <w:p w:rsidR="006A2997" w:rsidRPr="009533A0" w:rsidRDefault="006A2997" w:rsidP="009533A0">
      <w:pPr>
        <w:spacing w:after="0"/>
        <w:ind w:firstLine="567"/>
        <w:jc w:val="both"/>
        <w:rPr>
          <w:rFonts w:cs="Times New Roman"/>
          <w:position w:val="-1"/>
          <w:sz w:val="28"/>
          <w:szCs w:val="28"/>
        </w:rPr>
      </w:pPr>
      <w:r w:rsidRPr="009533A0">
        <w:rPr>
          <w:rFonts w:cs="Times New Roman"/>
          <w:position w:val="-1"/>
          <w:sz w:val="28"/>
          <w:szCs w:val="28"/>
        </w:rPr>
        <w:t>- Đăng ký thi đua cuối năm CBQL- GV - NV</w:t>
      </w:r>
    </w:p>
    <w:p w:rsidR="006A2997" w:rsidRPr="009533A0" w:rsidRDefault="006A2997" w:rsidP="009533A0">
      <w:pPr>
        <w:spacing w:after="0"/>
        <w:ind w:firstLine="567"/>
        <w:jc w:val="both"/>
        <w:rPr>
          <w:rFonts w:cs="Times New Roman"/>
          <w:position w:val="-1"/>
          <w:sz w:val="28"/>
          <w:szCs w:val="28"/>
        </w:rPr>
      </w:pPr>
      <w:r w:rsidRPr="009533A0">
        <w:rPr>
          <w:rFonts w:cs="Times New Roman"/>
          <w:position w:val="-1"/>
          <w:sz w:val="28"/>
          <w:szCs w:val="28"/>
        </w:rPr>
        <w:t>- Học sinh:</w:t>
      </w:r>
    </w:p>
    <w:p w:rsidR="006A2997" w:rsidRPr="009533A0" w:rsidRDefault="006A2997" w:rsidP="009533A0">
      <w:pPr>
        <w:spacing w:after="0"/>
        <w:ind w:firstLine="567"/>
        <w:jc w:val="both"/>
        <w:rPr>
          <w:rFonts w:cs="Times New Roman"/>
          <w:position w:val="-1"/>
          <w:sz w:val="28"/>
          <w:szCs w:val="28"/>
        </w:rPr>
      </w:pPr>
      <w:r w:rsidRPr="009533A0">
        <w:rPr>
          <w:rFonts w:cs="Times New Roman"/>
          <w:position w:val="-1"/>
          <w:sz w:val="28"/>
          <w:szCs w:val="28"/>
        </w:rPr>
        <w:t>+ Bé chăm ngoan- học giỏi: 40%</w:t>
      </w:r>
    </w:p>
    <w:p w:rsidR="006A2997" w:rsidRPr="009533A0" w:rsidRDefault="006A2997" w:rsidP="009533A0">
      <w:pPr>
        <w:spacing w:after="0"/>
        <w:ind w:firstLine="567"/>
        <w:jc w:val="both"/>
        <w:rPr>
          <w:rFonts w:cs="Times New Roman"/>
          <w:position w:val="-1"/>
          <w:sz w:val="28"/>
          <w:szCs w:val="28"/>
        </w:rPr>
      </w:pPr>
      <w:r w:rsidRPr="009533A0">
        <w:rPr>
          <w:rFonts w:cs="Times New Roman"/>
          <w:position w:val="-1"/>
          <w:sz w:val="28"/>
          <w:szCs w:val="28"/>
        </w:rPr>
        <w:t>+ Bé chăm – ngoan: 100%</w:t>
      </w:r>
    </w:p>
    <w:p w:rsidR="004D5931" w:rsidRPr="009533A0" w:rsidRDefault="00326B78" w:rsidP="009533A0">
      <w:pPr>
        <w:keepNext/>
        <w:spacing w:after="0"/>
        <w:ind w:firstLine="567"/>
        <w:jc w:val="both"/>
        <w:rPr>
          <w:sz w:val="28"/>
          <w:szCs w:val="28"/>
        </w:rPr>
      </w:pPr>
      <w:r w:rsidRPr="009533A0">
        <w:rPr>
          <w:b/>
          <w:sz w:val="28"/>
          <w:szCs w:val="28"/>
        </w:rPr>
        <w:t>Điều 3. Nhiệm vụ và giải pháp thực hiện</w:t>
      </w:r>
    </w:p>
    <w:p w:rsidR="004D5931" w:rsidRPr="009533A0" w:rsidRDefault="00326B78" w:rsidP="009533A0">
      <w:pPr>
        <w:pStyle w:val="ListBullet"/>
        <w:numPr>
          <w:ilvl w:val="0"/>
          <w:numId w:val="0"/>
        </w:numPr>
        <w:spacing w:after="0"/>
        <w:ind w:firstLine="567"/>
        <w:jc w:val="both"/>
        <w:rPr>
          <w:sz w:val="28"/>
          <w:szCs w:val="28"/>
        </w:rPr>
      </w:pPr>
      <w:r w:rsidRPr="009533A0">
        <w:rPr>
          <w:sz w:val="28"/>
          <w:szCs w:val="28"/>
        </w:rPr>
        <w:t>Ban Giám hiệu cụ thể hóa Nghị quyết thành kế hoạch năm học, kế hoạch chuyên môn, kế hoạch kiểm tra nội bộ và phân công nhiệm vụ rõ người, rõ việc, rõ tiến độ; thường xuyên theo dõi, kiểm tra, hỗ trợ và kịp thời tháo gỡ khó khăn.</w:t>
      </w:r>
    </w:p>
    <w:p w:rsidR="004D5931" w:rsidRPr="009533A0" w:rsidRDefault="00326B78" w:rsidP="009533A0">
      <w:pPr>
        <w:pStyle w:val="ListBullet"/>
        <w:numPr>
          <w:ilvl w:val="0"/>
          <w:numId w:val="0"/>
        </w:numPr>
        <w:spacing w:after="0"/>
        <w:ind w:firstLine="567"/>
        <w:jc w:val="both"/>
        <w:rPr>
          <w:sz w:val="28"/>
          <w:szCs w:val="28"/>
        </w:rPr>
      </w:pPr>
      <w:r w:rsidRPr="009533A0">
        <w:rPr>
          <w:sz w:val="28"/>
          <w:szCs w:val="28"/>
        </w:rPr>
        <w:t xml:space="preserve">Các tổ chuyên môn xây dựng kế hoạch </w:t>
      </w:r>
      <w:proofErr w:type="gramStart"/>
      <w:r w:rsidRPr="009533A0">
        <w:rPr>
          <w:sz w:val="28"/>
          <w:szCs w:val="28"/>
        </w:rPr>
        <w:t>theo</w:t>
      </w:r>
      <w:proofErr w:type="gramEnd"/>
      <w:r w:rsidRPr="009533A0">
        <w:rPr>
          <w:sz w:val="28"/>
          <w:szCs w:val="28"/>
        </w:rPr>
        <w:t xml:space="preserve"> khối; duy trì sinh hoạt chuyên môn theo hướng nghiên cứu bài học ít nhất 2 lần/tháng theo điều kiện thực tế; chú trọng chất lượng hoạt động giáo dục, sự tiến bộ của trẻ và chia sẻ kinh nghiệm trong đội ngũ.</w:t>
      </w:r>
    </w:p>
    <w:p w:rsidR="004D5931" w:rsidRPr="009533A0" w:rsidRDefault="00326B78" w:rsidP="009533A0">
      <w:pPr>
        <w:pStyle w:val="ListBullet"/>
        <w:numPr>
          <w:ilvl w:val="0"/>
          <w:numId w:val="0"/>
        </w:numPr>
        <w:spacing w:after="0"/>
        <w:ind w:firstLine="567"/>
        <w:jc w:val="both"/>
        <w:rPr>
          <w:sz w:val="28"/>
          <w:szCs w:val="28"/>
        </w:rPr>
      </w:pPr>
      <w:r w:rsidRPr="009533A0">
        <w:rPr>
          <w:sz w:val="28"/>
          <w:szCs w:val="28"/>
        </w:rPr>
        <w:t>Giáo viên, nhân viên thực hiện đúng nhiệm vụ được phân công; bảo đảm an toàn, tôn trọng và đối xử công bằng với trẻ; phối hợp thường xuyên với phụ huynh; thực hiện đúng quy chế chuyên môn, quy định về đạo đức nhà giáo, vệ sinh, an toàn thực phẩm và bảo vệ dữ liệu cá nhân.</w:t>
      </w:r>
    </w:p>
    <w:p w:rsidR="004D5931" w:rsidRPr="009533A0" w:rsidRDefault="00326B78" w:rsidP="009533A0">
      <w:pPr>
        <w:pStyle w:val="ListBullet"/>
        <w:numPr>
          <w:ilvl w:val="0"/>
          <w:numId w:val="0"/>
        </w:numPr>
        <w:spacing w:after="0"/>
        <w:ind w:firstLine="567"/>
        <w:jc w:val="both"/>
        <w:rPr>
          <w:sz w:val="28"/>
          <w:szCs w:val="28"/>
        </w:rPr>
      </w:pPr>
      <w:r w:rsidRPr="009533A0">
        <w:rPr>
          <w:sz w:val="28"/>
          <w:szCs w:val="28"/>
        </w:rPr>
        <w:lastRenderedPageBreak/>
        <w:t>Chủ động tham mưu UBND xã, Phòng Văn hóa – Xã hội và cơ quan có thẩm quyền về nhân sự, kinh phí, sửa chữa cơ sở vật chất, trang thiết bị và các điều kiện thực hiện nhiệm vụ; ưu tiên xử lý các hạng mục xuống cấp, nguy cơ mất an toàn.</w:t>
      </w:r>
    </w:p>
    <w:p w:rsidR="006A2997" w:rsidRPr="009533A0" w:rsidRDefault="00326B78" w:rsidP="009533A0">
      <w:pPr>
        <w:pStyle w:val="ListBullet"/>
        <w:numPr>
          <w:ilvl w:val="0"/>
          <w:numId w:val="0"/>
        </w:numPr>
        <w:spacing w:after="0"/>
        <w:ind w:firstLine="567"/>
        <w:jc w:val="both"/>
        <w:rPr>
          <w:sz w:val="28"/>
          <w:szCs w:val="28"/>
        </w:rPr>
      </w:pPr>
      <w:r w:rsidRPr="009533A0">
        <w:rPr>
          <w:sz w:val="28"/>
          <w:szCs w:val="28"/>
        </w:rPr>
        <w:t xml:space="preserve">Thực hiện công khai, minh bạch trong quản lý tài chính, tài sản và các khoản </w:t>
      </w:r>
      <w:proofErr w:type="gramStart"/>
      <w:r w:rsidRPr="009533A0">
        <w:rPr>
          <w:sz w:val="28"/>
          <w:szCs w:val="28"/>
        </w:rPr>
        <w:t>thu</w:t>
      </w:r>
      <w:proofErr w:type="gramEnd"/>
      <w:r w:rsidRPr="009533A0">
        <w:rPr>
          <w:sz w:val="28"/>
          <w:szCs w:val="28"/>
        </w:rPr>
        <w:t>; không giao giáo viên trực tiếp thu, giữ, quyết toán tiền của trẻ, trừ trường hợp pháp luật có quy định khác; không tự ý phát sinh khoản thu ngoài quy định.</w:t>
      </w:r>
    </w:p>
    <w:p w:rsidR="00166D2C" w:rsidRPr="009533A0" w:rsidRDefault="00326B78" w:rsidP="009533A0">
      <w:pPr>
        <w:pStyle w:val="ListBullet"/>
        <w:numPr>
          <w:ilvl w:val="0"/>
          <w:numId w:val="0"/>
        </w:numPr>
        <w:spacing w:after="0"/>
        <w:ind w:firstLine="567"/>
        <w:jc w:val="both"/>
        <w:rPr>
          <w:sz w:val="28"/>
          <w:szCs w:val="28"/>
        </w:rPr>
      </w:pPr>
      <w:r w:rsidRPr="009533A0">
        <w:rPr>
          <w:sz w:val="28"/>
          <w:szCs w:val="28"/>
        </w:rPr>
        <w:t>Việc sử dụng công cụ số và AI phải phù hợp nhiệm vụ, bảo đảm kiểm chứng nội dung, quyền riêng tư và an toàn dữ liệu; không đưa thông tin cá nhân, hình ảnh hoặc dữ liệu nhạy cảm của trẻ lên nền tảng khi chưa có căn cứ và biện pháp bảo vệ phù hợp.</w:t>
      </w:r>
    </w:p>
    <w:p w:rsidR="004D5931" w:rsidRPr="009533A0" w:rsidRDefault="00326B78" w:rsidP="009533A0">
      <w:pPr>
        <w:pStyle w:val="ListBullet"/>
        <w:numPr>
          <w:ilvl w:val="0"/>
          <w:numId w:val="0"/>
        </w:numPr>
        <w:spacing w:after="0"/>
        <w:ind w:firstLine="567"/>
        <w:jc w:val="both"/>
        <w:rPr>
          <w:sz w:val="28"/>
          <w:szCs w:val="28"/>
        </w:rPr>
      </w:pPr>
      <w:r w:rsidRPr="009533A0">
        <w:rPr>
          <w:sz w:val="28"/>
          <w:szCs w:val="28"/>
        </w:rPr>
        <w:t xml:space="preserve">Tăng cường phối hợp với cha mẹ trẻ, trạm y tế, công an, các đoàn thể và cộng đồng địa phương trong chăm sóc sức khỏe, bảo đảm </w:t>
      </w:r>
      <w:proofErr w:type="gramStart"/>
      <w:r w:rsidRPr="009533A0">
        <w:rPr>
          <w:sz w:val="28"/>
          <w:szCs w:val="28"/>
        </w:rPr>
        <w:t>an</w:t>
      </w:r>
      <w:proofErr w:type="gramEnd"/>
      <w:r w:rsidRPr="009533A0">
        <w:rPr>
          <w:sz w:val="28"/>
          <w:szCs w:val="28"/>
        </w:rPr>
        <w:t xml:space="preserve"> toàn, huy động trẻ ra lớp và hỗ trợ trẻ có hoàn cảnh khó khăn.</w:t>
      </w:r>
    </w:p>
    <w:p w:rsidR="004D5931" w:rsidRPr="009533A0" w:rsidRDefault="00326B78" w:rsidP="009533A0">
      <w:pPr>
        <w:pStyle w:val="ListBullet"/>
        <w:numPr>
          <w:ilvl w:val="0"/>
          <w:numId w:val="0"/>
        </w:numPr>
        <w:spacing w:after="0"/>
        <w:ind w:firstLine="567"/>
        <w:jc w:val="both"/>
        <w:rPr>
          <w:sz w:val="28"/>
          <w:szCs w:val="28"/>
        </w:rPr>
      </w:pPr>
      <w:r w:rsidRPr="009533A0">
        <w:rPr>
          <w:sz w:val="28"/>
          <w:szCs w:val="28"/>
        </w:rPr>
        <w:t xml:space="preserve">Thực hiện kiểm tra, đánh giá công bằng, khách quan, có phản hồi và hướng dẫn khắc phục; kết quả thực hiện nhiệm vụ là căn cứ xem xét thi đua, khen thưởng </w:t>
      </w:r>
      <w:proofErr w:type="gramStart"/>
      <w:r w:rsidRPr="009533A0">
        <w:rPr>
          <w:sz w:val="28"/>
          <w:szCs w:val="28"/>
        </w:rPr>
        <w:t>theo</w:t>
      </w:r>
      <w:proofErr w:type="gramEnd"/>
      <w:r w:rsidRPr="009533A0">
        <w:rPr>
          <w:sz w:val="28"/>
          <w:szCs w:val="28"/>
        </w:rPr>
        <w:t xml:space="preserve"> quy định. Tổ chức sơ kết học kỳ, tổng kết năm học và báo cáo đúng thời hạn.</w:t>
      </w:r>
    </w:p>
    <w:p w:rsidR="004D5931" w:rsidRPr="009533A0" w:rsidRDefault="00326B78" w:rsidP="009533A0">
      <w:pPr>
        <w:keepNext/>
        <w:spacing w:after="0"/>
        <w:ind w:firstLine="567"/>
        <w:jc w:val="both"/>
        <w:rPr>
          <w:sz w:val="28"/>
          <w:szCs w:val="28"/>
        </w:rPr>
      </w:pPr>
      <w:r w:rsidRPr="009533A0">
        <w:rPr>
          <w:b/>
          <w:sz w:val="28"/>
          <w:szCs w:val="28"/>
        </w:rPr>
        <w:t>Điều 4. Tổ chức thực hiện</w:t>
      </w:r>
    </w:p>
    <w:p w:rsidR="004D5931" w:rsidRPr="009533A0" w:rsidRDefault="00326B78" w:rsidP="009533A0">
      <w:pPr>
        <w:spacing w:after="0"/>
        <w:ind w:firstLine="567"/>
        <w:jc w:val="both"/>
        <w:rPr>
          <w:sz w:val="28"/>
          <w:szCs w:val="28"/>
        </w:rPr>
      </w:pPr>
      <w:r w:rsidRPr="009533A0">
        <w:rPr>
          <w:sz w:val="28"/>
          <w:szCs w:val="28"/>
        </w:rPr>
        <w:t xml:space="preserve">1. Hiệu trưởng chịu trách nhiệm chỉ đạo, tổ chức triển khai Nghị quyết; định kỳ kiểm tra, đánh giá tiến độ và báo cáo Hội nghị, cơ quan quản lý </w:t>
      </w:r>
      <w:proofErr w:type="gramStart"/>
      <w:r w:rsidRPr="009533A0">
        <w:rPr>
          <w:sz w:val="28"/>
          <w:szCs w:val="28"/>
        </w:rPr>
        <w:t>theo</w:t>
      </w:r>
      <w:proofErr w:type="gramEnd"/>
      <w:r w:rsidRPr="009533A0">
        <w:rPr>
          <w:sz w:val="28"/>
          <w:szCs w:val="28"/>
        </w:rPr>
        <w:t xml:space="preserve"> quy định.</w:t>
      </w:r>
    </w:p>
    <w:p w:rsidR="004D5931" w:rsidRPr="009533A0" w:rsidRDefault="00326B78" w:rsidP="009533A0">
      <w:pPr>
        <w:spacing w:after="0"/>
        <w:ind w:firstLine="567"/>
        <w:jc w:val="both"/>
        <w:rPr>
          <w:sz w:val="28"/>
          <w:szCs w:val="28"/>
        </w:rPr>
      </w:pPr>
      <w:r w:rsidRPr="009533A0">
        <w:rPr>
          <w:sz w:val="28"/>
          <w:szCs w:val="28"/>
        </w:rPr>
        <w:t>2. Ban Chấp hành Công đoàn (nếu có), các tổ chuyên môn, tổ văn phòng và các đoàn thể phối hợp tuyên truyền, vận động viên chức, người lao động thực hiện Nghị quyết; phát huy vai trò giám sát, phản ánh kịp thời những khó khăn, vướng mắc.</w:t>
      </w:r>
    </w:p>
    <w:p w:rsidR="004D5931" w:rsidRPr="009533A0" w:rsidRDefault="00326B78" w:rsidP="009533A0">
      <w:pPr>
        <w:spacing w:after="0"/>
        <w:ind w:firstLine="567"/>
        <w:jc w:val="both"/>
        <w:rPr>
          <w:sz w:val="28"/>
          <w:szCs w:val="28"/>
        </w:rPr>
      </w:pPr>
      <w:r w:rsidRPr="009533A0">
        <w:rPr>
          <w:sz w:val="28"/>
          <w:szCs w:val="28"/>
        </w:rPr>
        <w:t xml:space="preserve">3. Mỗi viên chức, người </w:t>
      </w:r>
      <w:proofErr w:type="gramStart"/>
      <w:r w:rsidRPr="009533A0">
        <w:rPr>
          <w:sz w:val="28"/>
          <w:szCs w:val="28"/>
        </w:rPr>
        <w:t>lao</w:t>
      </w:r>
      <w:proofErr w:type="gramEnd"/>
      <w:r w:rsidRPr="009533A0">
        <w:rPr>
          <w:sz w:val="28"/>
          <w:szCs w:val="28"/>
        </w:rPr>
        <w:t xml:space="preserve"> động căn cứ nhiệm vụ được giao xây dựng kế hoạch thực hiện cá nhân, chủ động phối hợp, nêu cao tinh thần trách nhiệm và chấp hành các quy định của nhà trường.</w:t>
      </w:r>
    </w:p>
    <w:p w:rsidR="004D5931" w:rsidRPr="009533A0" w:rsidRDefault="00326B78" w:rsidP="009533A0">
      <w:pPr>
        <w:spacing w:after="0"/>
        <w:ind w:firstLine="567"/>
        <w:jc w:val="both"/>
        <w:rPr>
          <w:sz w:val="28"/>
          <w:szCs w:val="28"/>
        </w:rPr>
      </w:pPr>
      <w:r w:rsidRPr="009533A0">
        <w:rPr>
          <w:sz w:val="28"/>
          <w:szCs w:val="28"/>
        </w:rPr>
        <w:t xml:space="preserve">4. Trong quá trình thực hiện, nếu có nội dung cần điều chỉnh do văn bản chỉ đạo mới hoặc điều kiện thực tế thay đổi, nhà trường tổ chức trao đổi, thống nhất và thực hiện </w:t>
      </w:r>
      <w:proofErr w:type="gramStart"/>
      <w:r w:rsidRPr="009533A0">
        <w:rPr>
          <w:sz w:val="28"/>
          <w:szCs w:val="28"/>
        </w:rPr>
        <w:t>theo</w:t>
      </w:r>
      <w:proofErr w:type="gramEnd"/>
      <w:r w:rsidRPr="009533A0">
        <w:rPr>
          <w:sz w:val="28"/>
          <w:szCs w:val="28"/>
        </w:rPr>
        <w:t xml:space="preserve"> thẩm quyền, bảo đảm đúng quy định.</w:t>
      </w:r>
    </w:p>
    <w:p w:rsidR="004D5931" w:rsidRPr="009533A0" w:rsidRDefault="00326B78" w:rsidP="009533A0">
      <w:pPr>
        <w:keepNext/>
        <w:spacing w:after="0"/>
        <w:ind w:firstLine="567"/>
        <w:jc w:val="both"/>
        <w:rPr>
          <w:sz w:val="28"/>
          <w:szCs w:val="28"/>
        </w:rPr>
      </w:pPr>
      <w:r w:rsidRPr="009533A0">
        <w:rPr>
          <w:b/>
          <w:sz w:val="28"/>
          <w:szCs w:val="28"/>
        </w:rPr>
        <w:t>Điều 5. Thông qua Nghị quyết</w:t>
      </w:r>
    </w:p>
    <w:p w:rsidR="009533A0" w:rsidRPr="009533A0" w:rsidRDefault="00326B78" w:rsidP="009533A0">
      <w:pPr>
        <w:spacing w:after="0"/>
        <w:ind w:firstLine="567"/>
        <w:jc w:val="both"/>
        <w:rPr>
          <w:sz w:val="28"/>
          <w:szCs w:val="28"/>
        </w:rPr>
      </w:pPr>
      <w:r w:rsidRPr="009533A0">
        <w:rPr>
          <w:sz w:val="28"/>
          <w:szCs w:val="28"/>
        </w:rPr>
        <w:t xml:space="preserve">Hội nghị viên chức, người </w:t>
      </w:r>
      <w:proofErr w:type="gramStart"/>
      <w:r w:rsidRPr="009533A0">
        <w:rPr>
          <w:sz w:val="28"/>
          <w:szCs w:val="28"/>
        </w:rPr>
        <w:t>lao</w:t>
      </w:r>
      <w:proofErr w:type="gramEnd"/>
      <w:r w:rsidRPr="009533A0">
        <w:rPr>
          <w:sz w:val="28"/>
          <w:szCs w:val="28"/>
        </w:rPr>
        <w:t xml:space="preserve"> động Trường Mầm non Sao Mai năm học 2026–2027 biểu quyết thông qua Nghị quyết với kết quả: </w:t>
      </w:r>
      <w:r w:rsidR="009533A0" w:rsidRPr="009533A0">
        <w:rPr>
          <w:sz w:val="28"/>
          <w:szCs w:val="28"/>
        </w:rPr>
        <w:t>40/40</w:t>
      </w:r>
      <w:r w:rsidRPr="009533A0">
        <w:rPr>
          <w:sz w:val="28"/>
          <w:szCs w:val="28"/>
        </w:rPr>
        <w:t xml:space="preserve"> đại biểu tán thành, đạt </w:t>
      </w:r>
      <w:r w:rsidR="009533A0" w:rsidRPr="009533A0">
        <w:rPr>
          <w:sz w:val="28"/>
          <w:szCs w:val="28"/>
        </w:rPr>
        <w:t>100</w:t>
      </w:r>
      <w:r w:rsidRPr="009533A0">
        <w:rPr>
          <w:sz w:val="28"/>
          <w:szCs w:val="28"/>
        </w:rPr>
        <w:t xml:space="preserve">%; </w:t>
      </w:r>
    </w:p>
    <w:p w:rsidR="004D5931" w:rsidRPr="009533A0" w:rsidRDefault="00326B78" w:rsidP="009533A0">
      <w:pPr>
        <w:spacing w:after="0"/>
        <w:ind w:firstLine="567"/>
        <w:jc w:val="both"/>
        <w:rPr>
          <w:sz w:val="28"/>
          <w:szCs w:val="28"/>
        </w:rPr>
      </w:pPr>
      <w:r w:rsidRPr="009533A0">
        <w:rPr>
          <w:sz w:val="28"/>
          <w:szCs w:val="28"/>
        </w:rPr>
        <w:t xml:space="preserve">Nghị quyết được công khai đến toàn thể viên chức, người </w:t>
      </w:r>
      <w:proofErr w:type="gramStart"/>
      <w:r w:rsidRPr="009533A0">
        <w:rPr>
          <w:sz w:val="28"/>
          <w:szCs w:val="28"/>
        </w:rPr>
        <w:t>lao</w:t>
      </w:r>
      <w:proofErr w:type="gramEnd"/>
      <w:r w:rsidRPr="009533A0">
        <w:rPr>
          <w:sz w:val="28"/>
          <w:szCs w:val="28"/>
        </w:rPr>
        <w:t xml:space="preserve"> động để tổ chức thực hiện và gửi Phòng Văn hóa – Xã hội xã Krông Nô để theo dõi, phối hợp theo quy định. Nghị quyết có hiệu lực kể từ ngày được Hội nghị thông qua.</w:t>
      </w:r>
    </w:p>
    <w:p w:rsidR="004D5931" w:rsidRPr="009533A0" w:rsidRDefault="00326B78" w:rsidP="009533A0">
      <w:pPr>
        <w:spacing w:after="0"/>
        <w:ind w:firstLine="567"/>
        <w:jc w:val="both"/>
        <w:rPr>
          <w:sz w:val="28"/>
          <w:szCs w:val="28"/>
        </w:rPr>
      </w:pPr>
      <w:r w:rsidRPr="009533A0">
        <w:rPr>
          <w:sz w:val="28"/>
          <w:szCs w:val="28"/>
        </w:rPr>
        <w:lastRenderedPageBreak/>
        <w:t xml:space="preserve">Hội nghị kêu gọi toàn thể cán bộ quản lý, giáo viên, nhân viên và người </w:t>
      </w:r>
      <w:proofErr w:type="gramStart"/>
      <w:r w:rsidRPr="009533A0">
        <w:rPr>
          <w:sz w:val="28"/>
          <w:szCs w:val="28"/>
        </w:rPr>
        <w:t>lao</w:t>
      </w:r>
      <w:proofErr w:type="gramEnd"/>
      <w:r w:rsidRPr="009533A0">
        <w:rPr>
          <w:sz w:val="28"/>
          <w:szCs w:val="28"/>
        </w:rPr>
        <w:t xml:space="preserve"> động phát huy tinh thần đoàn kết, dân chủ, trách nhiệm, đổi mới, quyết tâm hoàn thành các mục tiêu, nhiệm vụ năm học 2026–2027.</w:t>
      </w:r>
    </w:p>
    <w:p w:rsidR="004D5931" w:rsidRPr="009533A0" w:rsidRDefault="004D5931" w:rsidP="009533A0">
      <w:pPr>
        <w:spacing w:after="0"/>
        <w:ind w:firstLine="567"/>
        <w:jc w:val="both"/>
        <w:rPr>
          <w:sz w:val="28"/>
          <w:szCs w:val="28"/>
        </w:rPr>
      </w:pPr>
    </w:p>
    <w:tbl>
      <w:tblPr>
        <w:tblW w:w="0" w:type="auto"/>
        <w:jc w:val="center"/>
        <w:tblLayout w:type="fixed"/>
        <w:tblLook w:val="04A0" w:firstRow="1" w:lastRow="0" w:firstColumn="1" w:lastColumn="0" w:noHBand="0" w:noVBand="1"/>
      </w:tblPr>
      <w:tblGrid>
        <w:gridCol w:w="4702"/>
        <w:gridCol w:w="4702"/>
      </w:tblGrid>
      <w:tr w:rsidR="004D5931" w:rsidRPr="009533A0">
        <w:trPr>
          <w:jc w:val="center"/>
        </w:trPr>
        <w:tc>
          <w:tcPr>
            <w:tcW w:w="4702" w:type="dxa"/>
          </w:tcPr>
          <w:p w:rsidR="004D5931" w:rsidRPr="009533A0" w:rsidRDefault="00326B78" w:rsidP="009533A0">
            <w:pPr>
              <w:spacing w:after="0"/>
              <w:jc w:val="center"/>
              <w:rPr>
                <w:b/>
                <w:sz w:val="28"/>
                <w:szCs w:val="28"/>
              </w:rPr>
            </w:pPr>
            <w:r w:rsidRPr="009533A0">
              <w:rPr>
                <w:b/>
                <w:sz w:val="28"/>
                <w:szCs w:val="28"/>
              </w:rPr>
              <w:t>THƯ KÝ HỘI NGHỊ</w:t>
            </w:r>
          </w:p>
          <w:p w:rsidR="009533A0" w:rsidRPr="009533A0" w:rsidRDefault="00326B78" w:rsidP="009533A0">
            <w:pPr>
              <w:spacing w:after="0"/>
              <w:jc w:val="center"/>
              <w:rPr>
                <w:b/>
                <w:sz w:val="28"/>
                <w:szCs w:val="28"/>
              </w:rPr>
            </w:pPr>
            <w:r w:rsidRPr="009533A0">
              <w:rPr>
                <w:b/>
                <w:sz w:val="28"/>
                <w:szCs w:val="28"/>
              </w:rPr>
              <w:br/>
            </w:r>
            <w:r w:rsidR="00B13376">
              <w:rPr>
                <w:noProof/>
              </w:rPr>
              <w:drawing>
                <wp:inline distT="0" distB="0" distL="0" distR="0" wp14:anchorId="1C9DD4C0" wp14:editId="321970DD">
                  <wp:extent cx="2369820" cy="854756"/>
                  <wp:effectExtent l="0" t="0" r="0" b="2540"/>
                  <wp:docPr id="3" name="Picture 3" descr="https://minio-vnedu-v2.vnpt.vn/vnedu/20250206/1113/ob_dm5lZHUtbW9iaWxlMjA1NTE2NzkxOTY3YTQzNmZjMDlhODc4Ljg0MTE3NTEyMTczODgxNTIyOA%3D%3D?AWSAccessKeyId=vnedu_ca&amp;Expires=1901416096&amp;Signature=yRiU7ofTVuggEim4NrfYsyuzLwU%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inio-vnedu-v2.vnpt.vn/vnedu/20250206/1113/ob_dm5lZHUtbW9iaWxlMjA1NTE2NzkxOTY3YTQzNmZjMDlhODc4Ljg0MTE3NTEyMTczODgxNTIyOA%3D%3D?AWSAccessKeyId=vnedu_ca&amp;Expires=1901416096&amp;Signature=yRiU7ofTVuggEim4NrfYsyuzLwU%3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6087" cy="860623"/>
                          </a:xfrm>
                          <a:prstGeom prst="rect">
                            <a:avLst/>
                          </a:prstGeom>
                          <a:noFill/>
                          <a:ln>
                            <a:noFill/>
                          </a:ln>
                        </pic:spPr>
                      </pic:pic>
                    </a:graphicData>
                  </a:graphic>
                </wp:inline>
              </w:drawing>
            </w:r>
            <w:r w:rsidRPr="009533A0">
              <w:rPr>
                <w:b/>
                <w:sz w:val="28"/>
                <w:szCs w:val="28"/>
              </w:rPr>
              <w:br/>
            </w:r>
          </w:p>
          <w:p w:rsidR="009533A0" w:rsidRPr="009533A0" w:rsidRDefault="009533A0" w:rsidP="009533A0">
            <w:pPr>
              <w:spacing w:after="0"/>
              <w:jc w:val="center"/>
              <w:rPr>
                <w:b/>
                <w:sz w:val="28"/>
                <w:szCs w:val="28"/>
              </w:rPr>
            </w:pPr>
            <w:r w:rsidRPr="009533A0">
              <w:rPr>
                <w:b/>
                <w:i/>
                <w:sz w:val="28"/>
                <w:szCs w:val="28"/>
              </w:rPr>
              <w:t>Hoàng Thị Thanh</w:t>
            </w:r>
          </w:p>
        </w:tc>
        <w:tc>
          <w:tcPr>
            <w:tcW w:w="4702" w:type="dxa"/>
          </w:tcPr>
          <w:p w:rsidR="004D5931" w:rsidRPr="009533A0" w:rsidRDefault="00326B78" w:rsidP="009533A0">
            <w:pPr>
              <w:spacing w:after="0"/>
              <w:jc w:val="center"/>
              <w:rPr>
                <w:b/>
                <w:sz w:val="28"/>
                <w:szCs w:val="28"/>
              </w:rPr>
            </w:pPr>
            <w:r w:rsidRPr="009533A0">
              <w:rPr>
                <w:b/>
                <w:sz w:val="28"/>
                <w:szCs w:val="28"/>
              </w:rPr>
              <w:t>CHỦ T</w:t>
            </w:r>
            <w:r w:rsidR="009533A0" w:rsidRPr="009533A0">
              <w:rPr>
                <w:b/>
                <w:sz w:val="28"/>
                <w:szCs w:val="28"/>
              </w:rPr>
              <w:t>RÌ</w:t>
            </w:r>
            <w:r w:rsidRPr="009533A0">
              <w:rPr>
                <w:b/>
                <w:sz w:val="28"/>
                <w:szCs w:val="28"/>
              </w:rPr>
              <w:t xml:space="preserve"> HỘI NGHỊ</w:t>
            </w:r>
            <w:r w:rsidRPr="009533A0">
              <w:rPr>
                <w:b/>
                <w:sz w:val="28"/>
                <w:szCs w:val="28"/>
              </w:rPr>
              <w:br/>
              <w:t>HIỆU TRƯỞNG</w:t>
            </w:r>
          </w:p>
          <w:p w:rsidR="00B13376" w:rsidRDefault="00326B78" w:rsidP="009533A0">
            <w:pPr>
              <w:spacing w:after="0"/>
              <w:jc w:val="center"/>
              <w:rPr>
                <w:b/>
                <w:sz w:val="28"/>
                <w:szCs w:val="28"/>
              </w:rPr>
            </w:pPr>
            <w:r w:rsidRPr="009533A0">
              <w:rPr>
                <w:b/>
                <w:sz w:val="28"/>
                <w:szCs w:val="28"/>
              </w:rPr>
              <w:br/>
            </w:r>
          </w:p>
          <w:p w:rsidR="00B13376" w:rsidRDefault="00B13376" w:rsidP="009533A0">
            <w:pPr>
              <w:spacing w:after="0"/>
              <w:jc w:val="center"/>
              <w:rPr>
                <w:b/>
                <w:sz w:val="28"/>
                <w:szCs w:val="28"/>
              </w:rPr>
            </w:pPr>
          </w:p>
          <w:p w:rsidR="004D5931" w:rsidRPr="009533A0" w:rsidRDefault="00326B78" w:rsidP="009533A0">
            <w:pPr>
              <w:spacing w:after="0"/>
              <w:jc w:val="center"/>
              <w:rPr>
                <w:b/>
                <w:sz w:val="28"/>
                <w:szCs w:val="28"/>
              </w:rPr>
            </w:pPr>
            <w:r w:rsidRPr="009533A0">
              <w:rPr>
                <w:b/>
                <w:sz w:val="28"/>
                <w:szCs w:val="28"/>
              </w:rPr>
              <w:br/>
            </w:r>
            <w:r w:rsidR="009533A0" w:rsidRPr="009533A0">
              <w:rPr>
                <w:b/>
                <w:i/>
                <w:sz w:val="28"/>
                <w:szCs w:val="28"/>
              </w:rPr>
              <w:t>Trần Thị Ngọc Sương</w:t>
            </w:r>
          </w:p>
        </w:tc>
      </w:tr>
    </w:tbl>
    <w:p w:rsidR="00326B78" w:rsidRPr="009533A0" w:rsidRDefault="00326B78" w:rsidP="009533A0">
      <w:pPr>
        <w:spacing w:after="0"/>
        <w:ind w:firstLine="567"/>
        <w:jc w:val="both"/>
        <w:rPr>
          <w:sz w:val="28"/>
          <w:szCs w:val="28"/>
        </w:rPr>
      </w:pPr>
    </w:p>
    <w:sectPr w:rsidR="00326B78" w:rsidRPr="009533A0" w:rsidSect="00034616">
      <w:footerReference w:type="default" r:id="rId9"/>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3EAA" w:rsidRDefault="00DE3EAA">
      <w:pPr>
        <w:spacing w:after="0" w:line="240" w:lineRule="auto"/>
      </w:pPr>
      <w:r>
        <w:separator/>
      </w:r>
    </w:p>
  </w:endnote>
  <w:endnote w:type="continuationSeparator" w:id="0">
    <w:p w:rsidR="00DE3EAA" w:rsidRDefault="00DE3E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5931" w:rsidRDefault="004D5931">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3EAA" w:rsidRDefault="00DE3EAA">
      <w:pPr>
        <w:spacing w:after="0" w:line="240" w:lineRule="auto"/>
      </w:pPr>
      <w:r>
        <w:separator/>
      </w:r>
    </w:p>
  </w:footnote>
  <w:footnote w:type="continuationSeparator" w:id="0">
    <w:p w:rsidR="00DE3EAA" w:rsidRDefault="00DE3E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66D2C"/>
    <w:rsid w:val="00237E17"/>
    <w:rsid w:val="0029639D"/>
    <w:rsid w:val="00326B78"/>
    <w:rsid w:val="00326F90"/>
    <w:rsid w:val="00487A86"/>
    <w:rsid w:val="00492339"/>
    <w:rsid w:val="004D5931"/>
    <w:rsid w:val="006A2997"/>
    <w:rsid w:val="006D5C10"/>
    <w:rsid w:val="008A344C"/>
    <w:rsid w:val="009533A0"/>
    <w:rsid w:val="00AA1D8D"/>
    <w:rsid w:val="00B13376"/>
    <w:rsid w:val="00B47730"/>
    <w:rsid w:val="00CA1F04"/>
    <w:rsid w:val="00CB0664"/>
    <w:rsid w:val="00DE3EA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82EEE987-8429-4ACB-9D97-6718281F9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8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6A2997"/>
    <w:pPr>
      <w:spacing w:before="100" w:beforeAutospacing="1" w:after="100" w:afterAutospacing="1" w:line="240" w:lineRule="auto"/>
    </w:pPr>
    <w:rPr>
      <w:rFonts w:cs="Times New Roman"/>
      <w:sz w:val="24"/>
      <w:szCs w:val="24"/>
    </w:rPr>
  </w:style>
  <w:style w:type="character" w:customStyle="1" w:styleId="Vnbnnidung">
    <w:name w:val="Văn bản nội dung_"/>
    <w:link w:val="Vnbnnidung0"/>
    <w:rsid w:val="006A2997"/>
    <w:rPr>
      <w:shd w:val="clear" w:color="auto" w:fill="FFFFFF"/>
    </w:rPr>
  </w:style>
  <w:style w:type="paragraph" w:customStyle="1" w:styleId="Vnbnnidung0">
    <w:name w:val="Văn bản nội dung"/>
    <w:basedOn w:val="Normal"/>
    <w:link w:val="Vnbnnidung"/>
    <w:rsid w:val="006A2997"/>
    <w:pPr>
      <w:widowControl w:val="0"/>
      <w:shd w:val="clear" w:color="auto" w:fill="FFFFFF"/>
      <w:spacing w:after="100" w:line="254" w:lineRule="auto"/>
      <w:ind w:firstLine="400"/>
      <w:jc w:val="both"/>
    </w:pPr>
    <w:rPr>
      <w:rFonts w:asciiTheme="minorHAnsi" w:eastAsiaTheme="minorEastAsia"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593216-1474-4CD0-8CEF-B645CE017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10</Pages>
  <Words>2888</Words>
  <Characters>16464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19314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account</cp:lastModifiedBy>
  <cp:revision>10</cp:revision>
  <dcterms:created xsi:type="dcterms:W3CDTF">2026-10-21T02:46:00Z</dcterms:created>
  <dcterms:modified xsi:type="dcterms:W3CDTF">2026-10-23T01:22:00Z</dcterms:modified>
  <cp:category/>
</cp:coreProperties>
</file>