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BD5BE" w14:textId="77777777" w:rsidR="0039581F" w:rsidRDefault="0039581F"/>
    <w:tbl>
      <w:tblPr>
        <w:tblW w:w="0" w:type="auto"/>
        <w:jc w:val="center"/>
        <w:tblLook w:val="04A0" w:firstRow="1" w:lastRow="0" w:firstColumn="1" w:lastColumn="0" w:noHBand="0" w:noVBand="1"/>
      </w:tblPr>
      <w:tblGrid>
        <w:gridCol w:w="4373"/>
        <w:gridCol w:w="5497"/>
      </w:tblGrid>
      <w:tr w:rsidR="0039581F" w:rsidRPr="00A073D1" w14:paraId="19FF9C3B" w14:textId="77777777" w:rsidTr="00245EB5">
        <w:trPr>
          <w:trHeight w:val="1047"/>
          <w:jc w:val="center"/>
        </w:trPr>
        <w:tc>
          <w:tcPr>
            <w:tcW w:w="4373" w:type="dxa"/>
          </w:tcPr>
          <w:p w14:paraId="00FEE7F2" w14:textId="77777777" w:rsidR="0039581F" w:rsidRPr="0039581F" w:rsidRDefault="0039581F" w:rsidP="0039581F">
            <w:pPr>
              <w:spacing w:after="0"/>
              <w:jc w:val="center"/>
              <w:rPr>
                <w:rFonts w:cs="Times New Roman"/>
              </w:rPr>
            </w:pPr>
            <w:r w:rsidRPr="0039581F">
              <w:rPr>
                <w:rFonts w:cs="Times New Roman"/>
              </w:rPr>
              <w:t xml:space="preserve">UBND XÃ KRÔNG NÔ    </w:t>
            </w:r>
          </w:p>
          <w:p w14:paraId="4E14D102" w14:textId="77777777" w:rsidR="0039581F" w:rsidRPr="0039581F" w:rsidRDefault="0039581F" w:rsidP="0039581F">
            <w:pPr>
              <w:spacing w:after="0"/>
              <w:jc w:val="center"/>
              <w:rPr>
                <w:rFonts w:cs="Times New Roman"/>
                <w:b/>
                <w:bCs/>
              </w:rPr>
            </w:pPr>
            <w:r w:rsidRPr="0039581F">
              <w:rPr>
                <w:rFonts w:cs="Times New Roman"/>
                <w:b/>
                <w:bCs/>
                <w:noProof/>
              </w:rPr>
              <mc:AlternateContent>
                <mc:Choice Requires="wps">
                  <w:drawing>
                    <wp:anchor distT="0" distB="0" distL="114300" distR="114300" simplePos="0" relativeHeight="251655680" behindDoc="0" locked="0" layoutInCell="1" allowOverlap="1" wp14:anchorId="7E19437E" wp14:editId="2A3F4497">
                      <wp:simplePos x="0" y="0"/>
                      <wp:positionH relativeFrom="column">
                        <wp:posOffset>792480</wp:posOffset>
                      </wp:positionH>
                      <wp:positionV relativeFrom="paragraph">
                        <wp:posOffset>175895</wp:posOffset>
                      </wp:positionV>
                      <wp:extent cx="1009650" cy="0"/>
                      <wp:effectExtent l="9525" t="9525" r="9525" b="9525"/>
                      <wp:wrapNone/>
                      <wp:docPr id="471582380"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5685DF" id="_x0000_t32" coordsize="21600,21600" o:spt="32" o:oned="t" path="m,l21600,21600e" filled="f">
                      <v:path arrowok="t" fillok="f" o:connecttype="none"/>
                      <o:lock v:ext="edit" shapetype="t"/>
                    </v:shapetype>
                    <v:shape id="Straight Arrow Connector 2" o:spid="_x0000_s1026" type="#_x0000_t32" style="position:absolute;margin-left:62.4pt;margin-top:13.85pt;width:79.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"/>
                  </w:pict>
                </mc:Fallback>
              </mc:AlternateContent>
            </w:r>
            <w:r w:rsidRPr="0039581F">
              <w:rPr>
                <w:rFonts w:cs="Times New Roman"/>
                <w:b/>
                <w:bCs/>
              </w:rPr>
              <w:t xml:space="preserve">TRƯỜNG MẦM </w:t>
            </w:r>
            <w:proofErr w:type="gramStart"/>
            <w:r w:rsidRPr="0039581F">
              <w:rPr>
                <w:rFonts w:cs="Times New Roman"/>
                <w:b/>
                <w:bCs/>
              </w:rPr>
              <w:t>NON SAO MAI</w:t>
            </w:r>
            <w:proofErr w:type="gramEnd"/>
          </w:p>
          <w:p w14:paraId="0FA30602" w14:textId="287B8A07" w:rsidR="0039581F" w:rsidRPr="0039581F" w:rsidRDefault="0039581F" w:rsidP="0039581F">
            <w:pPr>
              <w:spacing w:after="0"/>
              <w:rPr>
                <w:rFonts w:cs="Times New Roman"/>
              </w:rPr>
            </w:pPr>
            <w:r>
              <w:rPr>
                <w:rFonts w:cs="Times New Roman"/>
              </w:rPr>
              <w:t xml:space="preserve">                 </w:t>
            </w:r>
            <w:r w:rsidRPr="0039581F">
              <w:rPr>
                <w:rFonts w:cs="Times New Roman"/>
              </w:rPr>
              <w:t xml:space="preserve"> Số: 0</w:t>
            </w:r>
            <w:r>
              <w:rPr>
                <w:rFonts w:cs="Times New Roman"/>
              </w:rPr>
              <w:t>6</w:t>
            </w:r>
            <w:r w:rsidRPr="0039581F">
              <w:rPr>
                <w:rFonts w:cs="Times New Roman"/>
              </w:rPr>
              <w:t>/QĐ-MNSM</w:t>
            </w:r>
          </w:p>
          <w:p w14:paraId="7C2A3637" w14:textId="77777777" w:rsidR="0039581F" w:rsidRPr="0039581F" w:rsidRDefault="0039581F" w:rsidP="0039581F">
            <w:pPr>
              <w:spacing w:after="0"/>
              <w:jc w:val="center"/>
              <w:rPr>
                <w:rFonts w:cs="Times New Roman"/>
              </w:rPr>
            </w:pPr>
          </w:p>
        </w:tc>
        <w:tc>
          <w:tcPr>
            <w:tcW w:w="5497" w:type="dxa"/>
          </w:tcPr>
          <w:p w14:paraId="7A6EE4B9" w14:textId="77777777" w:rsidR="0039581F" w:rsidRPr="0039581F" w:rsidRDefault="0039581F" w:rsidP="0039581F">
            <w:pPr>
              <w:spacing w:after="0"/>
              <w:ind w:left="110" w:right="-604" w:hanging="110"/>
              <w:rPr>
                <w:rFonts w:cs="Times New Roman"/>
                <w:b/>
                <w:bCs/>
              </w:rPr>
            </w:pPr>
            <w:r w:rsidRPr="0039581F">
              <w:rPr>
                <w:rFonts w:cs="Times New Roman"/>
                <w:b/>
                <w:bCs/>
              </w:rPr>
              <w:t>CỘNG HÒA XÃ HỘI CHỦ NGHĨAVIỆT NAM</w:t>
            </w:r>
          </w:p>
          <w:p w14:paraId="0B497A15" w14:textId="0CDF9449" w:rsidR="0039581F" w:rsidRPr="0039581F" w:rsidRDefault="0039581F" w:rsidP="0039581F">
            <w:pPr>
              <w:spacing w:after="0"/>
              <w:ind w:left="110" w:right="-604" w:hanging="110"/>
              <w:rPr>
                <w:rFonts w:cs="Times New Roman"/>
                <w:b/>
                <w:bCs/>
              </w:rPr>
            </w:pPr>
            <w:r w:rsidRPr="0039581F">
              <w:rPr>
                <w:rFonts w:cs="Times New Roman"/>
                <w:b/>
                <w:bCs/>
                <w:noProof/>
              </w:rPr>
              <mc:AlternateContent>
                <mc:Choice Requires="wps">
                  <w:drawing>
                    <wp:anchor distT="0" distB="0" distL="114300" distR="114300" simplePos="0" relativeHeight="251661824" behindDoc="0" locked="0" layoutInCell="1" allowOverlap="1" wp14:anchorId="58372C98" wp14:editId="57B6B7F5">
                      <wp:simplePos x="0" y="0"/>
                      <wp:positionH relativeFrom="column">
                        <wp:posOffset>814705</wp:posOffset>
                      </wp:positionH>
                      <wp:positionV relativeFrom="paragraph">
                        <wp:posOffset>187960</wp:posOffset>
                      </wp:positionV>
                      <wp:extent cx="1911350" cy="6350"/>
                      <wp:effectExtent l="6985" t="12065" r="5715" b="10160"/>
                      <wp:wrapNone/>
                      <wp:docPr id="118732109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1350"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0D7A02" id="Straight Arrow Connector 1" o:spid="_x0000_s1026" type="#_x0000_t32" style="position:absolute;margin-left:64.15pt;margin-top:14.8pt;width:150.5pt;height:.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"/>
                  </w:pict>
                </mc:Fallback>
              </mc:AlternateContent>
            </w:r>
            <w:r>
              <w:rPr>
                <w:rFonts w:cs="Times New Roman"/>
                <w:b/>
                <w:bCs/>
              </w:rPr>
              <w:t xml:space="preserve">                   </w:t>
            </w:r>
            <w:r w:rsidRPr="0039581F">
              <w:rPr>
                <w:rFonts w:cs="Times New Roman"/>
                <w:b/>
                <w:bCs/>
              </w:rPr>
              <w:t>Độc lập –Tự do – Hạnh phúc</w:t>
            </w:r>
          </w:p>
          <w:p w14:paraId="1CDD2843" w14:textId="6199352E" w:rsidR="0039581F" w:rsidRPr="0039581F" w:rsidRDefault="0039581F" w:rsidP="0039581F">
            <w:pPr>
              <w:spacing w:after="0"/>
              <w:ind w:left="110" w:right="-604" w:hanging="110"/>
              <w:rPr>
                <w:rFonts w:cs="Times New Roman"/>
                <w:i/>
                <w:iCs/>
              </w:rPr>
            </w:pPr>
            <w:r>
              <w:rPr>
                <w:rFonts w:cs="Times New Roman"/>
                <w:b/>
                <w:bCs/>
              </w:rPr>
              <w:t xml:space="preserve">           </w:t>
            </w:r>
            <w:r w:rsidRPr="0039581F">
              <w:rPr>
                <w:rFonts w:cs="Times New Roman"/>
                <w:i/>
                <w:iCs/>
              </w:rPr>
              <w:t>Krông Nô, ngày 0</w:t>
            </w:r>
            <w:r w:rsidR="00A93D05">
              <w:rPr>
                <w:rFonts w:cs="Times New Roman"/>
                <w:i/>
                <w:iCs/>
              </w:rPr>
              <w:t>9</w:t>
            </w:r>
            <w:r w:rsidRPr="0039581F">
              <w:rPr>
                <w:rFonts w:cs="Times New Roman"/>
                <w:i/>
                <w:iCs/>
              </w:rPr>
              <w:t xml:space="preserve"> tháng 9 năm 2026</w:t>
            </w:r>
          </w:p>
          <w:p w14:paraId="6B5E4164" w14:textId="77777777" w:rsidR="0039581F" w:rsidRPr="0039581F" w:rsidRDefault="0039581F" w:rsidP="0039581F">
            <w:pPr>
              <w:spacing w:after="0"/>
              <w:ind w:left="110" w:right="-604" w:hanging="110"/>
              <w:rPr>
                <w:rFonts w:cs="Times New Roman"/>
                <w:b/>
                <w:bCs/>
              </w:rPr>
            </w:pPr>
          </w:p>
        </w:tc>
      </w:tr>
    </w:tbl>
    <w:p w14:paraId="2210E5F4" w14:textId="77777777" w:rsidR="00EB04EA" w:rsidRPr="00C82E21" w:rsidRDefault="00000000">
      <w:pPr>
        <w:jc w:val="center"/>
        <w:rPr>
          <w:rFonts w:cs="Times New Roman"/>
          <w:sz w:val="28"/>
          <w:szCs w:val="28"/>
        </w:rPr>
      </w:pPr>
      <w:r w:rsidRPr="00C82E21">
        <w:rPr>
          <w:rFonts w:cs="Times New Roman"/>
          <w:b/>
          <w:sz w:val="28"/>
          <w:szCs w:val="28"/>
        </w:rPr>
        <w:t>QUYẾT ĐỊNH</w:t>
      </w:r>
    </w:p>
    <w:p w14:paraId="7D5279D5" w14:textId="77777777" w:rsidR="00EB04EA" w:rsidRPr="00C82E21" w:rsidRDefault="00000000">
      <w:pPr>
        <w:jc w:val="center"/>
        <w:rPr>
          <w:rFonts w:cs="Times New Roman"/>
          <w:sz w:val="28"/>
          <w:szCs w:val="28"/>
        </w:rPr>
      </w:pPr>
      <w:r w:rsidRPr="00C82E21">
        <w:rPr>
          <w:rFonts w:cs="Times New Roman"/>
          <w:b/>
          <w:sz w:val="28"/>
          <w:szCs w:val="28"/>
        </w:rPr>
        <w:t xml:space="preserve">Ban hành Quy chế làm việc của Trường Mầm </w:t>
      </w:r>
      <w:proofErr w:type="gramStart"/>
      <w:r w:rsidRPr="00C82E21">
        <w:rPr>
          <w:rFonts w:cs="Times New Roman"/>
          <w:b/>
          <w:sz w:val="28"/>
          <w:szCs w:val="28"/>
        </w:rPr>
        <w:t>non Sao Mai</w:t>
      </w:r>
      <w:proofErr w:type="gramEnd"/>
      <w:r w:rsidRPr="00C82E21">
        <w:rPr>
          <w:rFonts w:cs="Times New Roman"/>
          <w:b/>
          <w:sz w:val="28"/>
          <w:szCs w:val="28"/>
        </w:rPr>
        <w:t xml:space="preserve"> năm học 2026–2027</w:t>
      </w:r>
    </w:p>
    <w:p w14:paraId="6018E96C" w14:textId="77C7EA97" w:rsidR="00EB04EA" w:rsidRPr="00C82E21" w:rsidRDefault="009C0935">
      <w:pPr>
        <w:jc w:val="center"/>
        <w:rPr>
          <w:rFonts w:cs="Times New Roman"/>
          <w:sz w:val="28"/>
          <w:szCs w:val="28"/>
        </w:rPr>
      </w:pPr>
      <w:r w:rsidRPr="00C82E21">
        <w:rPr>
          <w:rFonts w:cs="Times New Roman"/>
          <w:b/>
          <w:sz w:val="28"/>
          <w:szCs w:val="28"/>
        </w:rPr>
        <w:t xml:space="preserve"> HIỆU TRƯỞNG TRƯỜNG MẦM </w:t>
      </w:r>
      <w:proofErr w:type="gramStart"/>
      <w:r w:rsidRPr="00C82E21">
        <w:rPr>
          <w:rFonts w:cs="Times New Roman"/>
          <w:b/>
          <w:sz w:val="28"/>
          <w:szCs w:val="28"/>
        </w:rPr>
        <w:t>NON SAO MAI</w:t>
      </w:r>
      <w:proofErr w:type="gramEnd"/>
    </w:p>
    <w:p w14:paraId="36BFB69E" w14:textId="749F8B4E" w:rsidR="00EB04EA" w:rsidRPr="00C82E21" w:rsidRDefault="00ED1C48" w:rsidP="00C82E21">
      <w:pPr>
        <w:spacing w:after="0"/>
        <w:ind w:firstLine="720"/>
        <w:jc w:val="both"/>
        <w:rPr>
          <w:rFonts w:cs="Times New Roman"/>
          <w:sz w:val="28"/>
          <w:szCs w:val="28"/>
        </w:rPr>
      </w:pPr>
      <w:r>
        <w:rPr>
          <w:rFonts w:cs="Times New Roman"/>
          <w:sz w:val="28"/>
          <w:szCs w:val="28"/>
        </w:rPr>
        <w:t xml:space="preserve"> </w:t>
      </w:r>
      <w:r w:rsidR="00000000" w:rsidRPr="00C82E21">
        <w:rPr>
          <w:rFonts w:cs="Times New Roman"/>
          <w:sz w:val="28"/>
          <w:szCs w:val="28"/>
        </w:rPr>
        <w:t>Căn cứ Luật Giáo dục và các văn bản hướng dẫn thi hành;</w:t>
      </w:r>
    </w:p>
    <w:p w14:paraId="73CD91D4" w14:textId="27B01743" w:rsidR="00EB04EA" w:rsidRPr="00C82E21" w:rsidRDefault="00ED1C48" w:rsidP="00C82E21">
      <w:pPr>
        <w:spacing w:after="0"/>
        <w:ind w:firstLine="720"/>
        <w:jc w:val="both"/>
        <w:rPr>
          <w:rFonts w:cs="Times New Roman"/>
          <w:sz w:val="28"/>
          <w:szCs w:val="28"/>
        </w:rPr>
      </w:pPr>
      <w:r>
        <w:rPr>
          <w:rFonts w:cs="Times New Roman"/>
          <w:sz w:val="28"/>
          <w:szCs w:val="28"/>
        </w:rPr>
        <w:t xml:space="preserve"> </w:t>
      </w:r>
      <w:r w:rsidR="00000000" w:rsidRPr="00C82E21">
        <w:rPr>
          <w:rFonts w:cs="Times New Roman"/>
          <w:sz w:val="28"/>
          <w:szCs w:val="28"/>
        </w:rPr>
        <w:t>Căn cứ Luật Nhà giáo số 73/2025/QH15 ngày 16 tháng 6 năm 2025;</w:t>
      </w:r>
    </w:p>
    <w:p w14:paraId="30606854" w14:textId="29793CC8" w:rsidR="00EB04EA" w:rsidRDefault="00ED1C48" w:rsidP="00C82E21">
      <w:pPr>
        <w:spacing w:after="0"/>
        <w:ind w:firstLine="720"/>
        <w:jc w:val="both"/>
        <w:rPr>
          <w:rFonts w:cs="Times New Roman"/>
          <w:sz w:val="28"/>
          <w:szCs w:val="28"/>
        </w:rPr>
      </w:pPr>
      <w:r>
        <w:rPr>
          <w:rFonts w:cs="Times New Roman"/>
          <w:sz w:val="28"/>
          <w:szCs w:val="28"/>
        </w:rPr>
        <w:t xml:space="preserve"> </w:t>
      </w:r>
      <w:r w:rsidR="00000000" w:rsidRPr="00C82E21">
        <w:rPr>
          <w:rFonts w:cs="Times New Roman"/>
          <w:sz w:val="28"/>
          <w:szCs w:val="28"/>
        </w:rPr>
        <w:t>Căn cứ Luật Thực hiện dân chủ ở cơ sở và các văn bản hướng dẫn thi hành;</w:t>
      </w:r>
    </w:p>
    <w:p w14:paraId="79EFD446" w14:textId="77777777" w:rsidR="001917DF" w:rsidRDefault="001917DF" w:rsidP="001917DF">
      <w:pPr>
        <w:spacing w:after="0" w:line="240" w:lineRule="auto"/>
        <w:ind w:firstLine="810"/>
        <w:jc w:val="both"/>
        <w:rPr>
          <w:rFonts w:cs="Times New Roman"/>
          <w:sz w:val="28"/>
          <w:szCs w:val="28"/>
        </w:rPr>
      </w:pPr>
      <w:r>
        <w:rPr>
          <w:rFonts w:cs="Times New Roman"/>
          <w:sz w:val="28"/>
          <w:szCs w:val="28"/>
        </w:rPr>
        <w:t>Căn cứ Thông tư số 52/2020/TT-BGDĐT ngày 31/12/2020 của Bộ trưởng Bộ Giáo dục và Đào tạo ban hành Điều lệ trường mầm non;</w:t>
      </w:r>
    </w:p>
    <w:p w14:paraId="5CEE6FD2" w14:textId="25058C93" w:rsidR="001917DF" w:rsidRPr="00C82E21" w:rsidRDefault="001917DF" w:rsidP="001917DF">
      <w:pPr>
        <w:spacing w:after="0" w:line="240" w:lineRule="auto"/>
        <w:ind w:firstLine="810"/>
        <w:jc w:val="both"/>
        <w:rPr>
          <w:rFonts w:cs="Times New Roman"/>
          <w:sz w:val="28"/>
          <w:szCs w:val="28"/>
        </w:rPr>
      </w:pPr>
      <w:r>
        <w:rPr>
          <w:rFonts w:cs="Times New Roman"/>
          <w:sz w:val="28"/>
          <w:szCs w:val="28"/>
        </w:rPr>
        <w:t>Căn cứ Thông tư số 51/2026/TT-BGDĐT sửa đổi, bổ sung một số điều của Điều lệ trường mầm non;</w:t>
      </w:r>
    </w:p>
    <w:p w14:paraId="7D8F3128" w14:textId="77777777" w:rsidR="00EB04EA" w:rsidRPr="00C82E21" w:rsidRDefault="00000000" w:rsidP="00C82E21">
      <w:pPr>
        <w:spacing w:after="0"/>
        <w:ind w:firstLine="720"/>
        <w:jc w:val="both"/>
        <w:rPr>
          <w:rFonts w:cs="Times New Roman"/>
          <w:sz w:val="28"/>
          <w:szCs w:val="28"/>
        </w:rPr>
      </w:pPr>
      <w:r w:rsidRPr="00C82E21">
        <w:rPr>
          <w:rFonts w:cs="Times New Roman"/>
          <w:sz w:val="28"/>
          <w:szCs w:val="28"/>
        </w:rPr>
        <w:t>Căn cứ Văn bản hợp nhất số 09/2026/VBHN-BGDĐT ngày 23 tháng 7 năm 2026 ban hành Điều lệ trường mầm non;</w:t>
      </w:r>
    </w:p>
    <w:p w14:paraId="795DD924" w14:textId="77777777" w:rsidR="00EB04EA" w:rsidRPr="00C82E21" w:rsidRDefault="00000000" w:rsidP="00C82E21">
      <w:pPr>
        <w:spacing w:after="0"/>
        <w:ind w:firstLine="720"/>
        <w:jc w:val="both"/>
        <w:rPr>
          <w:rFonts w:cs="Times New Roman"/>
          <w:sz w:val="28"/>
          <w:szCs w:val="28"/>
        </w:rPr>
      </w:pPr>
      <w:r w:rsidRPr="00C82E21">
        <w:rPr>
          <w:rFonts w:cs="Times New Roman"/>
          <w:sz w:val="28"/>
          <w:szCs w:val="28"/>
        </w:rPr>
        <w:t>Căn cứ Thông tư số 11/2026/TT-BGDĐT ngày 04 tháng 3 năm 2026 quy định chế độ làm việc đối với giáo viên mầm non;</w:t>
      </w:r>
    </w:p>
    <w:p w14:paraId="206045F9" w14:textId="77777777" w:rsidR="00EB04EA" w:rsidRPr="00C82E21" w:rsidRDefault="00000000" w:rsidP="00C82E21">
      <w:pPr>
        <w:spacing w:after="0"/>
        <w:ind w:firstLine="720"/>
        <w:jc w:val="both"/>
        <w:rPr>
          <w:rFonts w:cs="Times New Roman"/>
          <w:sz w:val="28"/>
          <w:szCs w:val="28"/>
        </w:rPr>
      </w:pPr>
      <w:r w:rsidRPr="00C82E21">
        <w:rPr>
          <w:rFonts w:cs="Times New Roman"/>
          <w:sz w:val="28"/>
          <w:szCs w:val="28"/>
        </w:rPr>
        <w:t>Căn cứ Thông tư số 03/2026/TT-BGDĐT ngày 30 tháng 01 năm 2026 quy định quy tắc ứng xử của nhà giáo;</w:t>
      </w:r>
    </w:p>
    <w:p w14:paraId="4BC7C8C8" w14:textId="0C442177" w:rsidR="00C54624" w:rsidRPr="00C82E21" w:rsidRDefault="00000000" w:rsidP="00C54624">
      <w:pPr>
        <w:spacing w:after="0"/>
        <w:ind w:firstLine="720"/>
        <w:jc w:val="both"/>
        <w:rPr>
          <w:rFonts w:cs="Times New Roman"/>
          <w:sz w:val="28"/>
          <w:szCs w:val="28"/>
        </w:rPr>
      </w:pPr>
      <w:r w:rsidRPr="00C82E21">
        <w:rPr>
          <w:rFonts w:cs="Times New Roman"/>
          <w:sz w:val="28"/>
          <w:szCs w:val="28"/>
        </w:rPr>
        <w:t>Căn cứ Thông tư số 28/2026/TT-BGDĐT ngày 09 tháng 4 năm 2026 quy định Chuẩn nghề nghiệp giáo viên mầm non;</w:t>
      </w:r>
    </w:p>
    <w:p w14:paraId="630CDE38" w14:textId="77777777" w:rsidR="00EB04EA" w:rsidRPr="00C82E21" w:rsidRDefault="00000000" w:rsidP="00C82E21">
      <w:pPr>
        <w:spacing w:after="0"/>
        <w:ind w:firstLine="720"/>
        <w:jc w:val="both"/>
        <w:rPr>
          <w:rFonts w:cs="Times New Roman"/>
          <w:sz w:val="28"/>
          <w:szCs w:val="28"/>
        </w:rPr>
      </w:pPr>
      <w:r w:rsidRPr="00C82E21">
        <w:rPr>
          <w:rFonts w:cs="Times New Roman"/>
          <w:sz w:val="28"/>
          <w:szCs w:val="28"/>
        </w:rPr>
        <w:t xml:space="preserve">Căn cứ các quy định hiện hành về vị trí việc làm, viên chức, tài chính, tài sản, </w:t>
      </w:r>
      <w:proofErr w:type="gramStart"/>
      <w:r w:rsidRPr="00C82E21">
        <w:rPr>
          <w:rFonts w:cs="Times New Roman"/>
          <w:sz w:val="28"/>
          <w:szCs w:val="28"/>
        </w:rPr>
        <w:t>an</w:t>
      </w:r>
      <w:proofErr w:type="gramEnd"/>
      <w:r w:rsidRPr="00C82E21">
        <w:rPr>
          <w:rFonts w:cs="Times New Roman"/>
          <w:sz w:val="28"/>
          <w:szCs w:val="28"/>
        </w:rPr>
        <w:t xml:space="preserve"> toàn trường học, </w:t>
      </w:r>
      <w:proofErr w:type="gramStart"/>
      <w:r w:rsidRPr="00C82E21">
        <w:rPr>
          <w:rFonts w:cs="Times New Roman"/>
          <w:sz w:val="28"/>
          <w:szCs w:val="28"/>
        </w:rPr>
        <w:t>an</w:t>
      </w:r>
      <w:proofErr w:type="gramEnd"/>
      <w:r w:rsidRPr="00C82E21">
        <w:rPr>
          <w:rFonts w:cs="Times New Roman"/>
          <w:sz w:val="28"/>
          <w:szCs w:val="28"/>
        </w:rPr>
        <w:t xml:space="preserve"> toàn thực phẩm, phòng cháy chữa cháy, bảo vệ trẻ em và chuyển đổi số;</w:t>
      </w:r>
    </w:p>
    <w:p w14:paraId="7FB5E886" w14:textId="77777777" w:rsidR="00EB04EA" w:rsidRDefault="00000000" w:rsidP="00C82E21">
      <w:pPr>
        <w:spacing w:after="0"/>
        <w:ind w:firstLine="720"/>
        <w:jc w:val="both"/>
        <w:rPr>
          <w:rFonts w:cs="Times New Roman"/>
          <w:sz w:val="28"/>
          <w:szCs w:val="28"/>
        </w:rPr>
      </w:pPr>
      <w:r w:rsidRPr="00C82E21">
        <w:rPr>
          <w:rFonts w:cs="Times New Roman"/>
          <w:sz w:val="28"/>
          <w:szCs w:val="28"/>
        </w:rPr>
        <w:t>Căn cứ Quyết định số 02/QĐ-MNSM ngày 28 tháng 8 năm 2026 về phân công nhiệm vụ cán bộ, giáo viên và nhân viên;</w:t>
      </w:r>
    </w:p>
    <w:p w14:paraId="0C8EE84E" w14:textId="410B8C58" w:rsidR="00C54624" w:rsidRPr="00C82E21" w:rsidRDefault="00C54624" w:rsidP="00BE22F5">
      <w:pPr>
        <w:spacing w:after="0"/>
        <w:ind w:firstLine="720"/>
        <w:jc w:val="both"/>
        <w:rPr>
          <w:rFonts w:cs="Times New Roman"/>
          <w:sz w:val="28"/>
          <w:szCs w:val="28"/>
        </w:rPr>
      </w:pPr>
      <w:r w:rsidRPr="00C82E21">
        <w:rPr>
          <w:rFonts w:cs="Times New Roman"/>
          <w:sz w:val="28"/>
          <w:szCs w:val="28"/>
        </w:rPr>
        <w:t>Căn cứ Quyết định số 0</w:t>
      </w:r>
      <w:r>
        <w:rPr>
          <w:rFonts w:cs="Times New Roman"/>
          <w:sz w:val="28"/>
          <w:szCs w:val="28"/>
        </w:rPr>
        <w:t>5</w:t>
      </w:r>
      <w:r w:rsidRPr="00C82E21">
        <w:rPr>
          <w:rFonts w:cs="Times New Roman"/>
          <w:sz w:val="28"/>
          <w:szCs w:val="28"/>
        </w:rPr>
        <w:t xml:space="preserve">/QĐ-MNSM ngày </w:t>
      </w:r>
      <w:r>
        <w:rPr>
          <w:rFonts w:cs="Times New Roman"/>
          <w:sz w:val="28"/>
          <w:szCs w:val="28"/>
        </w:rPr>
        <w:t>07</w:t>
      </w:r>
      <w:r w:rsidRPr="00C82E21">
        <w:rPr>
          <w:rFonts w:cs="Times New Roman"/>
          <w:sz w:val="28"/>
          <w:szCs w:val="28"/>
        </w:rPr>
        <w:t xml:space="preserve"> tháng </w:t>
      </w:r>
      <w:r>
        <w:rPr>
          <w:rFonts w:cs="Times New Roman"/>
          <w:sz w:val="28"/>
          <w:szCs w:val="28"/>
        </w:rPr>
        <w:t>9</w:t>
      </w:r>
      <w:r w:rsidRPr="00C82E21">
        <w:rPr>
          <w:rFonts w:cs="Times New Roman"/>
          <w:sz w:val="28"/>
          <w:szCs w:val="28"/>
        </w:rPr>
        <w:t xml:space="preserve"> năm 2026</w:t>
      </w:r>
      <w:r>
        <w:rPr>
          <w:rFonts w:cs="Times New Roman"/>
          <w:sz w:val="28"/>
          <w:szCs w:val="28"/>
        </w:rPr>
        <w:t xml:space="preserve"> v</w:t>
      </w:r>
      <w:r w:rsidRPr="00E73D42">
        <w:rPr>
          <w:rFonts w:cs="Times New Roman"/>
          <w:sz w:val="28"/>
          <w:szCs w:val="28"/>
        </w:rPr>
        <w:t xml:space="preserve">ề việc ban hành Bộ Quy tắc ứng xử của nhà giáo Trường Mầm </w:t>
      </w:r>
      <w:proofErr w:type="gramStart"/>
      <w:r w:rsidRPr="00E73D42">
        <w:rPr>
          <w:rFonts w:cs="Times New Roman"/>
          <w:sz w:val="28"/>
          <w:szCs w:val="28"/>
        </w:rPr>
        <w:t>non Sao Mai</w:t>
      </w:r>
      <w:proofErr w:type="gramEnd"/>
      <w:r w:rsidRPr="00E73D42">
        <w:rPr>
          <w:rFonts w:cs="Times New Roman"/>
          <w:sz w:val="28"/>
          <w:szCs w:val="28"/>
        </w:rPr>
        <w:t xml:space="preserve"> năm 2026</w:t>
      </w:r>
      <w:r>
        <w:rPr>
          <w:rFonts w:cs="Times New Roman"/>
          <w:sz w:val="28"/>
          <w:szCs w:val="28"/>
        </w:rPr>
        <w:t>”</w:t>
      </w:r>
    </w:p>
    <w:p w14:paraId="388943A2" w14:textId="04F46470" w:rsidR="00C82E21" w:rsidRDefault="00000000" w:rsidP="00C82E21">
      <w:pPr>
        <w:spacing w:after="0"/>
        <w:ind w:firstLine="720"/>
        <w:jc w:val="both"/>
        <w:rPr>
          <w:rFonts w:cs="Times New Roman"/>
          <w:sz w:val="28"/>
          <w:szCs w:val="28"/>
        </w:rPr>
      </w:pPr>
      <w:r w:rsidRPr="00C82E21">
        <w:rPr>
          <w:rFonts w:cs="Times New Roman"/>
          <w:sz w:val="28"/>
          <w:szCs w:val="28"/>
        </w:rPr>
        <w:t xml:space="preserve">Căn cứ tình hình thực tế của Trường Mầm </w:t>
      </w:r>
      <w:proofErr w:type="gramStart"/>
      <w:r w:rsidRPr="00C82E21">
        <w:rPr>
          <w:rFonts w:cs="Times New Roman"/>
          <w:sz w:val="28"/>
          <w:szCs w:val="28"/>
        </w:rPr>
        <w:t>non Sao Mai</w:t>
      </w:r>
      <w:proofErr w:type="gramEnd"/>
      <w:r w:rsidRPr="00C82E21">
        <w:rPr>
          <w:rFonts w:cs="Times New Roman"/>
          <w:sz w:val="28"/>
          <w:szCs w:val="28"/>
        </w:rPr>
        <w:t>;</w:t>
      </w:r>
    </w:p>
    <w:p w14:paraId="59A4DF11" w14:textId="77777777" w:rsidR="00325F33" w:rsidRPr="00C82E21" w:rsidRDefault="00325F33" w:rsidP="00C82E21">
      <w:pPr>
        <w:spacing w:after="0"/>
        <w:ind w:firstLine="720"/>
        <w:jc w:val="both"/>
        <w:rPr>
          <w:rFonts w:cs="Times New Roman"/>
          <w:sz w:val="28"/>
          <w:szCs w:val="28"/>
        </w:rPr>
      </w:pPr>
    </w:p>
    <w:p w14:paraId="75069447" w14:textId="64183ABE" w:rsidR="00EB04EA" w:rsidRPr="00C82E21" w:rsidRDefault="00994761" w:rsidP="00994761">
      <w:pPr>
        <w:spacing w:after="0"/>
        <w:ind w:firstLine="720"/>
        <w:rPr>
          <w:rFonts w:cs="Times New Roman"/>
          <w:sz w:val="28"/>
          <w:szCs w:val="28"/>
        </w:rPr>
      </w:pPr>
      <w:r>
        <w:rPr>
          <w:rFonts w:cs="Times New Roman"/>
          <w:b/>
          <w:sz w:val="28"/>
          <w:szCs w:val="28"/>
        </w:rPr>
        <w:t xml:space="preserve">                                             </w:t>
      </w:r>
      <w:r w:rsidRPr="00C82E21">
        <w:rPr>
          <w:rFonts w:cs="Times New Roman"/>
          <w:b/>
          <w:sz w:val="28"/>
          <w:szCs w:val="28"/>
        </w:rPr>
        <w:t>QUYẾT ĐỊNH:</w:t>
      </w:r>
    </w:p>
    <w:p w14:paraId="187358FA" w14:textId="77777777" w:rsidR="00EB04EA" w:rsidRPr="00C82E21" w:rsidRDefault="00000000" w:rsidP="00C82E21">
      <w:pPr>
        <w:spacing w:after="0"/>
        <w:ind w:firstLine="720"/>
        <w:jc w:val="both"/>
        <w:rPr>
          <w:rFonts w:cs="Times New Roman"/>
          <w:sz w:val="28"/>
          <w:szCs w:val="28"/>
        </w:rPr>
      </w:pPr>
      <w:r w:rsidRPr="00C82E21">
        <w:rPr>
          <w:rFonts w:cs="Times New Roman"/>
          <w:sz w:val="28"/>
          <w:szCs w:val="28"/>
        </w:rPr>
        <w:t xml:space="preserve">Điều 1. Ban hành kèm theo Quyết định này Quy chế làm việc của Trường Mầm </w:t>
      </w:r>
      <w:proofErr w:type="gramStart"/>
      <w:r w:rsidRPr="00C82E21">
        <w:rPr>
          <w:rFonts w:cs="Times New Roman"/>
          <w:sz w:val="28"/>
          <w:szCs w:val="28"/>
        </w:rPr>
        <w:t>non Sao Mai</w:t>
      </w:r>
      <w:proofErr w:type="gramEnd"/>
      <w:r w:rsidRPr="00C82E21">
        <w:rPr>
          <w:rFonts w:cs="Times New Roman"/>
          <w:sz w:val="28"/>
          <w:szCs w:val="28"/>
        </w:rPr>
        <w:t xml:space="preserve"> năm học 2026–2027.</w:t>
      </w:r>
    </w:p>
    <w:p w14:paraId="1C291D5A" w14:textId="77777777" w:rsidR="00EB04EA" w:rsidRPr="00C82E21" w:rsidRDefault="00000000" w:rsidP="00C82E21">
      <w:pPr>
        <w:spacing w:after="0"/>
        <w:ind w:firstLine="720"/>
        <w:jc w:val="both"/>
        <w:rPr>
          <w:rFonts w:cs="Times New Roman"/>
          <w:sz w:val="28"/>
          <w:szCs w:val="28"/>
        </w:rPr>
      </w:pPr>
      <w:r w:rsidRPr="00C82E21">
        <w:rPr>
          <w:rFonts w:cs="Times New Roman"/>
          <w:sz w:val="28"/>
          <w:szCs w:val="28"/>
        </w:rPr>
        <w:lastRenderedPageBreak/>
        <w:t>Điều 2. Quy chế là căn cứ để cán bộ quản lý, giáo viên, nhân viên và các bộ phận thuộc nhà trường tổ chức, phối hợp và thực hiện nhiệm vụ; đồng thời là căn cứ kiểm tra, đánh giá việc thực hiện trách nhiệm, kỷ luật, kỷ cương và chất lượng công việc.</w:t>
      </w:r>
    </w:p>
    <w:p w14:paraId="7057D7D0" w14:textId="77777777" w:rsidR="00EB04EA" w:rsidRPr="00C82E21" w:rsidRDefault="00000000" w:rsidP="00C82E21">
      <w:pPr>
        <w:spacing w:after="0"/>
        <w:ind w:firstLine="720"/>
        <w:jc w:val="both"/>
        <w:rPr>
          <w:rFonts w:cs="Times New Roman"/>
          <w:sz w:val="28"/>
          <w:szCs w:val="28"/>
        </w:rPr>
      </w:pPr>
      <w:r w:rsidRPr="00C82E21">
        <w:rPr>
          <w:rFonts w:cs="Times New Roman"/>
          <w:sz w:val="28"/>
          <w:szCs w:val="28"/>
        </w:rPr>
        <w:t>Điều 3. Quyết định có hiệu lực kể từ ngày ký. Các quy định trước đây trái với Quy chế này đều không còn áp dụng.</w:t>
      </w:r>
    </w:p>
    <w:p w14:paraId="74FF49C2" w14:textId="77777777" w:rsidR="00EB04EA" w:rsidRPr="00C82E21" w:rsidRDefault="00000000" w:rsidP="00C82E21">
      <w:pPr>
        <w:spacing w:after="0"/>
        <w:ind w:firstLine="720"/>
        <w:jc w:val="both"/>
        <w:rPr>
          <w:rFonts w:cs="Times New Roman"/>
          <w:sz w:val="28"/>
          <w:szCs w:val="28"/>
        </w:rPr>
      </w:pPr>
      <w:r w:rsidRPr="00C82E21">
        <w:rPr>
          <w:rFonts w:cs="Times New Roman"/>
          <w:sz w:val="28"/>
          <w:szCs w:val="28"/>
        </w:rPr>
        <w:t>Điều 4. Phó Hiệu trưởng, tổ trưởng chuyên môn, tổ trưởng tổ văn phòng, cán bộ quản lý, giáo viên, nhân viên và các cá nhân có liên quan chịu trách nhiệm thi hành Quyết định này.</w:t>
      </w:r>
    </w:p>
    <w:p w14:paraId="76B05E49" w14:textId="70F0CF1B" w:rsidR="00CC168E" w:rsidRPr="00BA4406" w:rsidRDefault="00CC168E" w:rsidP="005E0D51">
      <w:pPr>
        <w:spacing w:after="0"/>
        <w:ind w:firstLine="720"/>
        <w:rPr>
          <w:rFonts w:cs="Times New Roman"/>
        </w:rPr>
      </w:pPr>
      <w:r w:rsidRPr="00BA4406">
        <w:rPr>
          <w:rFonts w:cs="Times New Roman"/>
          <w:i/>
        </w:rPr>
        <w:t xml:space="preserve">  </w:t>
      </w:r>
      <w:r w:rsidRPr="005E0D51">
        <w:rPr>
          <w:rFonts w:cs="Times New Roman"/>
          <w:b/>
          <w:bCs/>
          <w:i/>
        </w:rPr>
        <w:t xml:space="preserve">Nơi nhận:                                                                               </w:t>
      </w:r>
      <w:r w:rsidRPr="00BA4406">
        <w:rPr>
          <w:rFonts w:cs="Times New Roman"/>
          <w:b/>
        </w:rPr>
        <w:t>HIỆU TRƯỞNG</w:t>
      </w:r>
    </w:p>
    <w:p w14:paraId="065ADFFA" w14:textId="087F282A" w:rsidR="00CC168E" w:rsidRPr="00BA4406" w:rsidRDefault="005E0D51" w:rsidP="005E0D51">
      <w:pPr>
        <w:spacing w:after="0"/>
        <w:ind w:firstLine="630"/>
        <w:jc w:val="both"/>
        <w:rPr>
          <w:rFonts w:cs="Times New Roman"/>
          <w:iCs/>
        </w:rPr>
      </w:pPr>
      <w:r>
        <w:rPr>
          <w:rFonts w:cs="Times New Roman"/>
          <w:i/>
        </w:rPr>
        <w:t xml:space="preserve"> </w:t>
      </w:r>
      <w:r w:rsidR="009C0935" w:rsidRPr="00BA4406">
        <w:rPr>
          <w:rFonts w:cs="Times New Roman"/>
          <w:i/>
        </w:rPr>
        <w:t xml:space="preserve">- </w:t>
      </w:r>
      <w:r w:rsidRPr="00BA4406">
        <w:rPr>
          <w:rFonts w:cs="Times New Roman"/>
          <w:i/>
        </w:rPr>
        <w:t xml:space="preserve"> </w:t>
      </w:r>
      <w:r w:rsidRPr="00BA4406">
        <w:rPr>
          <w:rFonts w:cs="Times New Roman"/>
          <w:iCs/>
        </w:rPr>
        <w:t>UBND xã Krông Nô (b/c);</w:t>
      </w:r>
    </w:p>
    <w:p w14:paraId="6535DB02" w14:textId="137C11ED" w:rsidR="00CC168E" w:rsidRPr="00BA4406" w:rsidRDefault="00000000" w:rsidP="005E0D51">
      <w:pPr>
        <w:spacing w:after="0"/>
        <w:ind w:firstLine="630"/>
        <w:jc w:val="both"/>
        <w:rPr>
          <w:rFonts w:cs="Times New Roman"/>
          <w:iCs/>
        </w:rPr>
      </w:pPr>
      <w:r w:rsidRPr="00BA4406">
        <w:rPr>
          <w:rFonts w:cs="Times New Roman"/>
          <w:iCs/>
        </w:rPr>
        <w:t xml:space="preserve"> </w:t>
      </w:r>
      <w:r w:rsidR="009C0935" w:rsidRPr="00BA4406">
        <w:rPr>
          <w:rFonts w:cs="Times New Roman"/>
          <w:iCs/>
        </w:rPr>
        <w:t xml:space="preserve">- </w:t>
      </w:r>
      <w:r w:rsidRPr="00BA4406">
        <w:rPr>
          <w:rFonts w:cs="Times New Roman"/>
          <w:iCs/>
        </w:rPr>
        <w:t>Phòng Văn hóa - Xã hội;</w:t>
      </w:r>
    </w:p>
    <w:p w14:paraId="072B2C4D" w14:textId="11348E3B" w:rsidR="00CC168E" w:rsidRPr="00BA4406" w:rsidRDefault="005E0D51" w:rsidP="005E0D51">
      <w:pPr>
        <w:spacing w:after="0"/>
        <w:ind w:firstLine="630"/>
        <w:jc w:val="both"/>
        <w:rPr>
          <w:rFonts w:cs="Times New Roman"/>
          <w:iCs/>
        </w:rPr>
      </w:pPr>
      <w:r>
        <w:rPr>
          <w:rFonts w:cs="Times New Roman"/>
          <w:iCs/>
        </w:rPr>
        <w:t xml:space="preserve"> </w:t>
      </w:r>
      <w:r w:rsidR="009C0935" w:rsidRPr="00BA4406">
        <w:rPr>
          <w:rFonts w:cs="Times New Roman"/>
          <w:iCs/>
        </w:rPr>
        <w:t xml:space="preserve">- </w:t>
      </w:r>
      <w:r w:rsidRPr="00BA4406">
        <w:rPr>
          <w:rFonts w:cs="Times New Roman"/>
          <w:iCs/>
        </w:rPr>
        <w:t xml:space="preserve"> Như Điều 4</w:t>
      </w:r>
      <w:r w:rsidR="00BD2FFF" w:rsidRPr="00BA4406">
        <w:rPr>
          <w:rFonts w:cs="Times New Roman"/>
          <w:iCs/>
        </w:rPr>
        <w:t>;</w:t>
      </w:r>
    </w:p>
    <w:p w14:paraId="00BD99C8" w14:textId="3C044B48" w:rsidR="00EB04EA" w:rsidRPr="00BA4406" w:rsidRDefault="00000000" w:rsidP="005E0D51">
      <w:pPr>
        <w:spacing w:after="0"/>
        <w:ind w:firstLine="630"/>
        <w:jc w:val="both"/>
        <w:rPr>
          <w:rFonts w:cs="Times New Roman"/>
          <w:iCs/>
        </w:rPr>
      </w:pPr>
      <w:r w:rsidRPr="00BA4406">
        <w:rPr>
          <w:rFonts w:cs="Times New Roman"/>
          <w:iCs/>
        </w:rPr>
        <w:t xml:space="preserve"> </w:t>
      </w:r>
      <w:r w:rsidR="009C0935" w:rsidRPr="00BA4406">
        <w:rPr>
          <w:rFonts w:cs="Times New Roman"/>
          <w:iCs/>
        </w:rPr>
        <w:t xml:space="preserve">- </w:t>
      </w:r>
      <w:r w:rsidRPr="00BA4406">
        <w:rPr>
          <w:rFonts w:cs="Times New Roman"/>
          <w:iCs/>
        </w:rPr>
        <w:t>Lưu: VT.</w:t>
      </w:r>
    </w:p>
    <w:p w14:paraId="04348F4E" w14:textId="6146374B" w:rsidR="00EB04EA" w:rsidRPr="00BA4406" w:rsidRDefault="00CC168E" w:rsidP="005E0D51">
      <w:pPr>
        <w:ind w:firstLine="630"/>
        <w:jc w:val="center"/>
        <w:rPr>
          <w:rFonts w:cs="Times New Roman"/>
        </w:rPr>
      </w:pPr>
      <w:r w:rsidRPr="00BA4406">
        <w:rPr>
          <w:rFonts w:cs="Times New Roman"/>
          <w:b/>
        </w:rPr>
        <w:t xml:space="preserve">                                                                                      Trần Thị Ngọc Sương</w:t>
      </w:r>
    </w:p>
    <w:p w14:paraId="6F6A5D10" w14:textId="77777777" w:rsidR="00EB04EA" w:rsidRPr="00BA4406" w:rsidRDefault="00000000">
      <w:pPr>
        <w:rPr>
          <w:rFonts w:cs="Times New Roman"/>
        </w:rPr>
      </w:pPr>
      <w:r w:rsidRPr="00BA4406">
        <w:rPr>
          <w:rFonts w:cs="Times New Roman"/>
        </w:rPr>
        <w:br w:type="page"/>
      </w:r>
    </w:p>
    <w:p w14:paraId="5E811271" w14:textId="77777777" w:rsidR="00EB04EA" w:rsidRPr="009D26FD" w:rsidRDefault="00000000" w:rsidP="009D26FD">
      <w:pPr>
        <w:spacing w:after="0"/>
        <w:jc w:val="center"/>
        <w:rPr>
          <w:rFonts w:cs="Times New Roman"/>
          <w:sz w:val="28"/>
          <w:szCs w:val="28"/>
        </w:rPr>
      </w:pPr>
      <w:r w:rsidRPr="009D26FD">
        <w:rPr>
          <w:rFonts w:cs="Times New Roman"/>
          <w:b/>
          <w:sz w:val="28"/>
          <w:szCs w:val="28"/>
        </w:rPr>
        <w:lastRenderedPageBreak/>
        <w:t>QUY CHẾ LÀM VIỆC</w:t>
      </w:r>
    </w:p>
    <w:p w14:paraId="18AD6985" w14:textId="77777777" w:rsidR="00EB04EA" w:rsidRPr="009D26FD" w:rsidRDefault="00000000" w:rsidP="009D26FD">
      <w:pPr>
        <w:spacing w:after="0"/>
        <w:jc w:val="center"/>
        <w:rPr>
          <w:rFonts w:cs="Times New Roman"/>
          <w:sz w:val="28"/>
          <w:szCs w:val="28"/>
        </w:rPr>
      </w:pPr>
      <w:r w:rsidRPr="009D26FD">
        <w:rPr>
          <w:rFonts w:cs="Times New Roman"/>
          <w:b/>
          <w:sz w:val="28"/>
          <w:szCs w:val="28"/>
        </w:rPr>
        <w:t xml:space="preserve">TRƯỜNG MẦM </w:t>
      </w:r>
      <w:proofErr w:type="gramStart"/>
      <w:r w:rsidRPr="009D26FD">
        <w:rPr>
          <w:rFonts w:cs="Times New Roman"/>
          <w:b/>
          <w:sz w:val="28"/>
          <w:szCs w:val="28"/>
        </w:rPr>
        <w:t>NON SAO MAI</w:t>
      </w:r>
      <w:proofErr w:type="gramEnd"/>
      <w:r w:rsidRPr="009D26FD">
        <w:rPr>
          <w:rFonts w:cs="Times New Roman"/>
          <w:b/>
          <w:sz w:val="28"/>
          <w:szCs w:val="28"/>
        </w:rPr>
        <w:t xml:space="preserve"> NĂM HỌC 2026–2027</w:t>
      </w:r>
    </w:p>
    <w:p w14:paraId="4FB5DF71" w14:textId="46D0FB99" w:rsidR="00EB04EA" w:rsidRPr="00BA4406" w:rsidRDefault="00000000">
      <w:pPr>
        <w:jc w:val="center"/>
        <w:rPr>
          <w:rFonts w:cs="Times New Roman"/>
        </w:rPr>
      </w:pPr>
      <w:r w:rsidRPr="00BA4406">
        <w:rPr>
          <w:rFonts w:cs="Times New Roman"/>
          <w:i/>
        </w:rPr>
        <w:t>(Ban hành kèm theo Quyết định số 06/QĐ-MNSM ngày</w:t>
      </w:r>
      <w:r w:rsidR="00E94E66">
        <w:rPr>
          <w:rFonts w:cs="Times New Roman"/>
          <w:i/>
        </w:rPr>
        <w:t xml:space="preserve"> </w:t>
      </w:r>
      <w:r w:rsidR="00B877DB">
        <w:rPr>
          <w:rFonts w:cs="Times New Roman"/>
          <w:i/>
        </w:rPr>
        <w:t>9</w:t>
      </w:r>
      <w:r w:rsidR="00325F33">
        <w:rPr>
          <w:rFonts w:cs="Times New Roman"/>
          <w:i/>
        </w:rPr>
        <w:t xml:space="preserve"> </w:t>
      </w:r>
      <w:r w:rsidRPr="00BA4406">
        <w:rPr>
          <w:rFonts w:cs="Times New Roman"/>
          <w:i/>
        </w:rPr>
        <w:t xml:space="preserve">tháng 9 năm 2026 của Hiệu trưởng Trường Mầm </w:t>
      </w:r>
      <w:proofErr w:type="gramStart"/>
      <w:r w:rsidRPr="00BA4406">
        <w:rPr>
          <w:rFonts w:cs="Times New Roman"/>
          <w:i/>
        </w:rPr>
        <w:t>non Sao Mai</w:t>
      </w:r>
      <w:proofErr w:type="gramEnd"/>
      <w:r w:rsidRPr="00BA4406">
        <w:rPr>
          <w:rFonts w:cs="Times New Roman"/>
          <w:i/>
        </w:rPr>
        <w:t>)</w:t>
      </w:r>
    </w:p>
    <w:p w14:paraId="0F49E0DF" w14:textId="77777777" w:rsidR="00EB04EA" w:rsidRPr="009D26FD" w:rsidRDefault="00000000" w:rsidP="009D26FD">
      <w:pPr>
        <w:pStyle w:val="Heading1"/>
        <w:spacing w:before="0"/>
        <w:ind w:firstLine="720"/>
        <w:jc w:val="both"/>
        <w:rPr>
          <w:rFonts w:ascii="Times New Roman" w:hAnsi="Times New Roman" w:cs="Times New Roman"/>
          <w:color w:val="auto"/>
          <w:sz w:val="28"/>
        </w:rPr>
      </w:pPr>
      <w:r w:rsidRPr="009D26FD">
        <w:rPr>
          <w:rFonts w:ascii="Times New Roman" w:hAnsi="Times New Roman" w:cs="Times New Roman"/>
          <w:color w:val="auto"/>
          <w:sz w:val="28"/>
        </w:rPr>
        <w:t>Chương I. QUY ĐỊNH CHUNG</w:t>
      </w:r>
    </w:p>
    <w:p w14:paraId="2044974A"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1. Phạm vi điều chỉnh và đối tượng áp dụng</w:t>
      </w:r>
    </w:p>
    <w:p w14:paraId="026CC847"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 xml:space="preserve">Quy chế này quy định nguyên tắc làm việc, tổ chức bộ máy, trách nhiệm và quyền hạn của cán bộ quản lý, giáo viên, nhân viên; chế độ làm việc, hội họp, thông tin báo cáo, phối hợp công tác, kiểm tra, đánh giá và tổ chức thực hiện tại Trường Mầm </w:t>
      </w:r>
      <w:proofErr w:type="gramStart"/>
      <w:r w:rsidRPr="009D26FD">
        <w:rPr>
          <w:rFonts w:cs="Times New Roman"/>
          <w:sz w:val="28"/>
          <w:szCs w:val="28"/>
        </w:rPr>
        <w:t>non Sao Mai</w:t>
      </w:r>
      <w:proofErr w:type="gramEnd"/>
      <w:r w:rsidRPr="009D26FD">
        <w:rPr>
          <w:rFonts w:cs="Times New Roman"/>
          <w:sz w:val="28"/>
          <w:szCs w:val="28"/>
        </w:rPr>
        <w:t>.</w:t>
      </w:r>
    </w:p>
    <w:p w14:paraId="224C0FD4" w14:textId="7BF22AA1" w:rsidR="00EB04EA" w:rsidRPr="009D26FD" w:rsidRDefault="00000000" w:rsidP="009D26FD">
      <w:pPr>
        <w:spacing w:after="0"/>
        <w:ind w:firstLine="720"/>
        <w:jc w:val="both"/>
        <w:rPr>
          <w:rFonts w:cs="Times New Roman"/>
          <w:sz w:val="28"/>
          <w:szCs w:val="28"/>
        </w:rPr>
      </w:pPr>
      <w:r w:rsidRPr="009D26FD">
        <w:rPr>
          <w:rFonts w:cs="Times New Roman"/>
          <w:sz w:val="28"/>
          <w:szCs w:val="28"/>
        </w:rPr>
        <w:t xml:space="preserve">Đối tượng áp dụng gồm Hiệu trưởng, Phó Hiệu trưởng, tổ </w:t>
      </w:r>
      <w:r w:rsidR="00F41B8E" w:rsidRPr="009D26FD">
        <w:rPr>
          <w:rFonts w:cs="Times New Roman"/>
          <w:sz w:val="28"/>
          <w:szCs w:val="28"/>
        </w:rPr>
        <w:t xml:space="preserve">khối </w:t>
      </w:r>
      <w:r w:rsidRPr="009D26FD">
        <w:rPr>
          <w:rFonts w:cs="Times New Roman"/>
          <w:sz w:val="28"/>
          <w:szCs w:val="28"/>
        </w:rPr>
        <w:t xml:space="preserve">trưởng, tổ </w:t>
      </w:r>
      <w:r w:rsidR="00F41B8E" w:rsidRPr="009D26FD">
        <w:rPr>
          <w:rFonts w:cs="Times New Roman"/>
          <w:sz w:val="28"/>
          <w:szCs w:val="28"/>
        </w:rPr>
        <w:t xml:space="preserve">khối </w:t>
      </w:r>
      <w:r w:rsidRPr="009D26FD">
        <w:rPr>
          <w:rFonts w:cs="Times New Roman"/>
          <w:sz w:val="28"/>
          <w:szCs w:val="28"/>
        </w:rPr>
        <w:t>phó, giáo viên, nhân viên, người lao động và các cá nhân có liên quan trong quá trình thực hiện nhiệm vụ tại nhà trường.</w:t>
      </w:r>
    </w:p>
    <w:p w14:paraId="5B080F29"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2. Nguyên tắc làm việc</w:t>
      </w:r>
    </w:p>
    <w:p w14:paraId="5F3A6BE3"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Nhà trường làm việc theo nguyên tắc tập trung dân chủ, bảo đảm sự lãnh đạo thống nhất của Hiệu trưởng, phát huy trách nhiệm cá nhân, quyền tham gia và giám sát của tập thể.</w:t>
      </w:r>
    </w:p>
    <w:p w14:paraId="5F49D50E"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Hiệu trưởng chịu trách nhiệm chung và cuối cùng trước cấp có thẩm quyền, trước pháp luật về toàn bộ hoạt động của nhà trường. Phó Hiệu trưởng chịu trách nhiệm về lĩnh vực được phân công và chịu sự chỉ đạo của Hiệu trưởng.</w:t>
      </w:r>
    </w:p>
    <w:p w14:paraId="2E7F6203"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Việc giao nhiệm vụ phải rõ người, rõ việc, rõ trách nhiệm, rõ thời gian và rõ kết quả. Người được giao nhiệm vụ chịu trách nhiệm trực tiếp; không đùn đẩy, né tránh hoặc tự ý chuyển giao nhiệm vụ.</w:t>
      </w:r>
    </w:p>
    <w:p w14:paraId="67DFE474" w14:textId="78FA9B38" w:rsidR="00EB04EA" w:rsidRPr="009D26FD" w:rsidRDefault="00000000" w:rsidP="009D26FD">
      <w:pPr>
        <w:spacing w:after="0"/>
        <w:ind w:firstLine="720"/>
        <w:jc w:val="both"/>
        <w:rPr>
          <w:rFonts w:cs="Times New Roman"/>
          <w:sz w:val="28"/>
          <w:szCs w:val="28"/>
        </w:rPr>
      </w:pPr>
      <w:r w:rsidRPr="009D26FD">
        <w:rPr>
          <w:rFonts w:cs="Times New Roman"/>
          <w:sz w:val="28"/>
          <w:szCs w:val="28"/>
        </w:rPr>
        <w:t>Mọi hoạt động phải đặt sự an toàn, quyền và lợi ích hợp pháp, chính đáng của</w:t>
      </w:r>
      <w:r w:rsidR="00F41B8E" w:rsidRPr="009D26FD">
        <w:rPr>
          <w:rFonts w:cs="Times New Roman"/>
          <w:sz w:val="28"/>
          <w:szCs w:val="28"/>
        </w:rPr>
        <w:t xml:space="preserve"> tập thể, của </w:t>
      </w:r>
      <w:r w:rsidRPr="009D26FD">
        <w:rPr>
          <w:rFonts w:cs="Times New Roman"/>
          <w:sz w:val="28"/>
          <w:szCs w:val="28"/>
        </w:rPr>
        <w:t>trẻ em làm trọng tâm; bảo đảm dân chủ, công khai, minh bạch, phối hợp và hiệu quả.</w:t>
      </w:r>
    </w:p>
    <w:p w14:paraId="134C2E67"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Thực hiện đúng quy định pháp luật, Điều lệ trường mầm non, chế độ làm việc giáo viên mầm non, Bộ Quy tắc ứng xử của nhà giáo và các kế hoạch, quy định nội bộ của nhà trường.</w:t>
      </w:r>
    </w:p>
    <w:p w14:paraId="6C9CED59"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3. Quan hệ công tác</w:t>
      </w:r>
    </w:p>
    <w:p w14:paraId="5B4A578E" w14:textId="31032F70" w:rsidR="00EB04EA" w:rsidRPr="009D26FD" w:rsidRDefault="00000000" w:rsidP="009D26FD">
      <w:pPr>
        <w:spacing w:after="0"/>
        <w:ind w:firstLine="720"/>
        <w:jc w:val="both"/>
        <w:rPr>
          <w:rFonts w:cs="Times New Roman"/>
          <w:sz w:val="28"/>
          <w:szCs w:val="28"/>
        </w:rPr>
      </w:pPr>
      <w:r w:rsidRPr="009D26FD">
        <w:rPr>
          <w:rFonts w:cs="Times New Roman"/>
          <w:sz w:val="28"/>
          <w:szCs w:val="28"/>
        </w:rPr>
        <w:t>Quan hệ giữa cấp trên và cấp dưới là quan hệ chỉ đạo, hướng dẫn, phối hợp, kiểm tra và chịu trách nhiệm; bảo đảm tôn trọng, dân chủ, khách quan, không áp đặt</w:t>
      </w:r>
      <w:r w:rsidR="00F41B8E" w:rsidRPr="009D26FD">
        <w:rPr>
          <w:rFonts w:cs="Times New Roman"/>
          <w:sz w:val="28"/>
          <w:szCs w:val="28"/>
        </w:rPr>
        <w:t xml:space="preserve">. </w:t>
      </w:r>
    </w:p>
    <w:p w14:paraId="4E0DD5E6"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Quan hệ giữa các bộ phận là phối hợp, hỗ trợ, chia sẻ thông tin kịp thời vì chất lượng nuôi dưỡng, chăm sóc, giáo dục và bảo vệ trẻ.</w:t>
      </w:r>
    </w:p>
    <w:p w14:paraId="03D3C74D"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Ý kiến, kiến nghị được phản ánh đúng cấp, đúng thẩm quyền, có căn cứ, có trách nhiệm; không khiếu kiện nặc danh, phát tán thông tin chưa kiểm chứng hoặc làm ảnh hưởng uy tín tập thể.</w:t>
      </w:r>
    </w:p>
    <w:p w14:paraId="6E919A47" w14:textId="77777777" w:rsidR="00EB04EA" w:rsidRPr="009D26FD" w:rsidRDefault="00000000" w:rsidP="009D26FD">
      <w:pPr>
        <w:pStyle w:val="Heading1"/>
        <w:spacing w:before="0"/>
        <w:ind w:firstLine="720"/>
        <w:jc w:val="both"/>
        <w:rPr>
          <w:rFonts w:ascii="Times New Roman" w:hAnsi="Times New Roman" w:cs="Times New Roman"/>
          <w:color w:val="auto"/>
          <w:sz w:val="28"/>
        </w:rPr>
      </w:pPr>
      <w:r w:rsidRPr="009D26FD">
        <w:rPr>
          <w:rFonts w:ascii="Times New Roman" w:hAnsi="Times New Roman" w:cs="Times New Roman"/>
          <w:color w:val="auto"/>
          <w:sz w:val="28"/>
        </w:rPr>
        <w:lastRenderedPageBreak/>
        <w:t>Chương II. TỔ CHỨC BỘ MÁY VÀ PHÂN CÔNG TRÁCH NHIỆM</w:t>
      </w:r>
    </w:p>
    <w:p w14:paraId="62D896AB"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4. Cơ cấu tổ chức</w:t>
      </w:r>
    </w:p>
    <w:p w14:paraId="2A190825" w14:textId="760F3906" w:rsidR="00EB04EA" w:rsidRPr="009D26FD" w:rsidRDefault="00000000" w:rsidP="009D26FD">
      <w:pPr>
        <w:spacing w:after="0"/>
        <w:ind w:firstLine="720"/>
        <w:jc w:val="both"/>
        <w:rPr>
          <w:rFonts w:cs="Times New Roman"/>
          <w:sz w:val="28"/>
          <w:szCs w:val="28"/>
        </w:rPr>
      </w:pPr>
      <w:r w:rsidRPr="009D26FD">
        <w:rPr>
          <w:rFonts w:cs="Times New Roman"/>
          <w:sz w:val="28"/>
          <w:szCs w:val="28"/>
        </w:rPr>
        <w:t xml:space="preserve">Nhà trường gồm </w:t>
      </w:r>
      <w:r w:rsidR="00F41B8E" w:rsidRPr="009D26FD">
        <w:rPr>
          <w:rFonts w:cs="Times New Roman"/>
          <w:sz w:val="28"/>
          <w:szCs w:val="28"/>
        </w:rPr>
        <w:t xml:space="preserve">1 </w:t>
      </w:r>
      <w:r w:rsidRPr="009D26FD">
        <w:rPr>
          <w:rFonts w:cs="Times New Roman"/>
          <w:sz w:val="28"/>
          <w:szCs w:val="28"/>
        </w:rPr>
        <w:t xml:space="preserve">Hiệu trưởng, </w:t>
      </w:r>
      <w:r w:rsidR="00F41B8E" w:rsidRPr="009D26FD">
        <w:rPr>
          <w:rFonts w:cs="Times New Roman"/>
          <w:sz w:val="28"/>
          <w:szCs w:val="28"/>
        </w:rPr>
        <w:t>2</w:t>
      </w:r>
      <w:r w:rsidRPr="009D26FD">
        <w:rPr>
          <w:rFonts w:cs="Times New Roman"/>
          <w:sz w:val="28"/>
          <w:szCs w:val="28"/>
        </w:rPr>
        <w:t xml:space="preserve"> Phó Hiệu trưởng; </w:t>
      </w:r>
      <w:r w:rsidR="00F41B8E" w:rsidRPr="009D26FD">
        <w:rPr>
          <w:rFonts w:cs="Times New Roman"/>
          <w:sz w:val="28"/>
          <w:szCs w:val="28"/>
        </w:rPr>
        <w:t>4</w:t>
      </w:r>
      <w:r w:rsidRPr="009D26FD">
        <w:rPr>
          <w:rFonts w:cs="Times New Roman"/>
          <w:sz w:val="28"/>
          <w:szCs w:val="28"/>
        </w:rPr>
        <w:t xml:space="preserve"> tổ chuyên môn, </w:t>
      </w:r>
      <w:r w:rsidR="00F41B8E" w:rsidRPr="009D26FD">
        <w:rPr>
          <w:rFonts w:cs="Times New Roman"/>
          <w:sz w:val="28"/>
          <w:szCs w:val="28"/>
        </w:rPr>
        <w:t xml:space="preserve">1 </w:t>
      </w:r>
      <w:r w:rsidRPr="009D26FD">
        <w:rPr>
          <w:rFonts w:cs="Times New Roman"/>
          <w:sz w:val="28"/>
          <w:szCs w:val="28"/>
        </w:rPr>
        <w:t>tổ văn phòng; các hội đồng tư vấn, hội đồng thi đua - khen thưởng, hội đồng kỷ luật và các tổ chức đoàn thể theo quy định.</w:t>
      </w:r>
    </w:p>
    <w:p w14:paraId="1D5A4E1B" w14:textId="50504304" w:rsidR="00EB04EA" w:rsidRPr="009D26FD" w:rsidRDefault="00000000" w:rsidP="009D26FD">
      <w:pPr>
        <w:spacing w:after="0"/>
        <w:ind w:firstLine="720"/>
        <w:jc w:val="both"/>
        <w:rPr>
          <w:rFonts w:cs="Times New Roman"/>
          <w:sz w:val="28"/>
          <w:szCs w:val="28"/>
        </w:rPr>
      </w:pPr>
      <w:r w:rsidRPr="009D26FD">
        <w:rPr>
          <w:rFonts w:cs="Times New Roman"/>
          <w:sz w:val="28"/>
          <w:szCs w:val="28"/>
        </w:rPr>
        <w:t>Trẻ em được tổ chức theo nhóm, lớp phù hợp độ tuổi và điều kiện thực tế; mỗi nhóm, lớp được bố trí giáo viên theo quy định</w:t>
      </w:r>
      <w:r w:rsidR="00F41B8E" w:rsidRPr="009D26FD">
        <w:rPr>
          <w:rFonts w:cs="Times New Roman"/>
          <w:sz w:val="28"/>
          <w:szCs w:val="28"/>
        </w:rPr>
        <w:t xml:space="preserve"> định mức thông tư đồng thời phù hợp tình hình thực tế của nhà trường</w:t>
      </w:r>
      <w:r w:rsidRPr="009D26FD">
        <w:rPr>
          <w:rFonts w:cs="Times New Roman"/>
          <w:sz w:val="28"/>
          <w:szCs w:val="28"/>
        </w:rPr>
        <w:t xml:space="preserve"> và phương án nhân sự được cấp có thẩm quyền phê duyệt</w:t>
      </w:r>
      <w:r w:rsidR="00F41B8E" w:rsidRPr="009D26FD">
        <w:rPr>
          <w:rFonts w:cs="Times New Roman"/>
          <w:sz w:val="28"/>
          <w:szCs w:val="28"/>
        </w:rPr>
        <w:t>, hiệu trưởng có quyền sắp xếp nhân sự trong trường cho phù hợp.</w:t>
      </w:r>
    </w:p>
    <w:p w14:paraId="2C733368" w14:textId="5A9BF525"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5. Trách nhiệm của Hiệu trưởng</w:t>
      </w:r>
      <w:r w:rsidR="0020403D" w:rsidRPr="009D26FD">
        <w:rPr>
          <w:rFonts w:ascii="Times New Roman" w:hAnsi="Times New Roman" w:cs="Times New Roman"/>
          <w:color w:val="auto"/>
          <w:szCs w:val="28"/>
        </w:rPr>
        <w:t xml:space="preserve"> đ/c Trần Thị Ngọc Sương</w:t>
      </w:r>
    </w:p>
    <w:p w14:paraId="5A87EF33" w14:textId="77777777" w:rsidR="00EB04EA" w:rsidRDefault="00000000" w:rsidP="008F15CF">
      <w:pPr>
        <w:spacing w:after="0" w:line="240" w:lineRule="auto"/>
        <w:ind w:firstLine="720"/>
        <w:jc w:val="both"/>
        <w:rPr>
          <w:rFonts w:cs="Times New Roman"/>
          <w:sz w:val="28"/>
          <w:szCs w:val="28"/>
        </w:rPr>
      </w:pPr>
      <w:r w:rsidRPr="009D26FD">
        <w:rPr>
          <w:rFonts w:cs="Times New Roman"/>
          <w:sz w:val="28"/>
          <w:szCs w:val="28"/>
        </w:rPr>
        <w:t>Chỉ đạo, quản lý, điều hành toàn bộ hoạt động; xây dựng chiến lược, kế hoạch phát triển và kế hoạch năm học; tổ chức thực hiện, kiểm tra, đánh giá và báo cáo cấp có thẩm quyền.</w:t>
      </w:r>
    </w:p>
    <w:p w14:paraId="6AF76DF1" w14:textId="0539E4E1" w:rsidR="00B13707" w:rsidRDefault="008F15CF" w:rsidP="005B5FD9">
      <w:pPr>
        <w:spacing w:after="0" w:line="240" w:lineRule="auto"/>
        <w:ind w:firstLine="720"/>
        <w:jc w:val="both"/>
        <w:rPr>
          <w:rFonts w:cs="Times New Roman"/>
          <w:sz w:val="28"/>
          <w:szCs w:val="28"/>
        </w:rPr>
      </w:pPr>
      <w:r>
        <w:rPr>
          <w:rFonts w:cs="Times New Roman"/>
          <w:sz w:val="28"/>
          <w:szCs w:val="28"/>
        </w:rPr>
        <w:t xml:space="preserve"> Nghiêm túc thực hiện đúng theo quyết định số 02/MNSM ngày 28/8/2026 về phân công nhiệm vụ cán bộ, giáo viên và nhân viên năm học 2026-202</w:t>
      </w:r>
      <w:bookmarkStart w:id="0" w:name="_Hlk240448719"/>
      <w:r>
        <w:rPr>
          <w:rFonts w:cs="Times New Roman"/>
          <w:sz w:val="28"/>
          <w:szCs w:val="28"/>
        </w:rPr>
        <w:t>7</w:t>
      </w:r>
    </w:p>
    <w:p w14:paraId="0C571843" w14:textId="777D0899" w:rsidR="005B5FD9" w:rsidRDefault="005B5FD9" w:rsidP="005B5FD9">
      <w:pPr>
        <w:spacing w:after="0" w:line="240" w:lineRule="auto"/>
        <w:ind w:firstLine="720"/>
        <w:jc w:val="both"/>
        <w:rPr>
          <w:rFonts w:cs="Times New Roman"/>
          <w:sz w:val="28"/>
          <w:szCs w:val="28"/>
        </w:rPr>
      </w:pPr>
      <w:r w:rsidRPr="009D26FD">
        <w:rPr>
          <w:rFonts w:cs="Times New Roman"/>
          <w:sz w:val="28"/>
          <w:szCs w:val="28"/>
        </w:rPr>
        <w:t xml:space="preserve">Nghiêm túc thực </w:t>
      </w:r>
      <w:r w:rsidRPr="009D26FD">
        <w:rPr>
          <w:rFonts w:cs="Times New Roman"/>
          <w:color w:val="000000" w:themeColor="text1"/>
          <w:sz w:val="28"/>
          <w:szCs w:val="28"/>
        </w:rPr>
        <w:t xml:space="preserve">hiện đúng Bộ Quy tắc ứng xử số 05/MNSM ngày </w:t>
      </w:r>
      <w:r>
        <w:rPr>
          <w:rFonts w:cs="Times New Roman"/>
          <w:color w:val="000000" w:themeColor="text1"/>
          <w:sz w:val="28"/>
          <w:szCs w:val="28"/>
        </w:rPr>
        <w:t>07</w:t>
      </w:r>
      <w:r w:rsidRPr="009D26FD">
        <w:rPr>
          <w:rFonts w:cs="Times New Roman"/>
          <w:color w:val="000000" w:themeColor="text1"/>
          <w:sz w:val="28"/>
          <w:szCs w:val="28"/>
        </w:rPr>
        <w:t xml:space="preserve">/9/2026 của nhà giáo Trường Mầm </w:t>
      </w:r>
      <w:proofErr w:type="gramStart"/>
      <w:r w:rsidRPr="009D26FD">
        <w:rPr>
          <w:rFonts w:cs="Times New Roman"/>
          <w:color w:val="000000" w:themeColor="text1"/>
          <w:sz w:val="28"/>
          <w:szCs w:val="28"/>
        </w:rPr>
        <w:t>non Sao Mai</w:t>
      </w:r>
      <w:proofErr w:type="gramEnd"/>
      <w:r w:rsidRPr="009D26FD">
        <w:rPr>
          <w:rFonts w:cs="Times New Roman"/>
          <w:color w:val="000000" w:themeColor="text1"/>
          <w:sz w:val="28"/>
          <w:szCs w:val="28"/>
        </w:rPr>
        <w:t xml:space="preserve"> năm 2026;</w:t>
      </w:r>
    </w:p>
    <w:bookmarkEnd w:id="0"/>
    <w:p w14:paraId="5A75388F" w14:textId="62040D71" w:rsidR="00B13707" w:rsidRDefault="00B13707" w:rsidP="005B5FD9">
      <w:pPr>
        <w:shd w:val="clear" w:color="auto" w:fill="FFFFFF"/>
        <w:suppressAutoHyphens/>
        <w:spacing w:after="0" w:line="240" w:lineRule="auto"/>
        <w:textDirection w:val="btLr"/>
        <w:textAlignment w:val="top"/>
        <w:outlineLvl w:val="0"/>
        <w:rPr>
          <w:rFonts w:cs="Times New Roman"/>
          <w:b/>
          <w:position w:val="-1"/>
          <w:sz w:val="28"/>
          <w:szCs w:val="28"/>
        </w:rPr>
      </w:pPr>
    </w:p>
    <w:p w14:paraId="2BF0703D" w14:textId="04AD15D1" w:rsidR="00EB04EA" w:rsidRPr="009D26FD" w:rsidRDefault="00B13707" w:rsidP="005B5FD9">
      <w:pPr>
        <w:spacing w:after="0" w:line="240" w:lineRule="auto"/>
        <w:jc w:val="both"/>
        <w:rPr>
          <w:rFonts w:cs="Times New Roman"/>
          <w:sz w:val="28"/>
          <w:szCs w:val="28"/>
        </w:rPr>
      </w:pPr>
      <w:r>
        <w:rPr>
          <w:rFonts w:cs="Times New Roman"/>
          <w:sz w:val="28"/>
          <w:szCs w:val="28"/>
        </w:rPr>
        <w:t xml:space="preserve">         </w:t>
      </w:r>
      <w:r w:rsidRPr="009D26FD">
        <w:rPr>
          <w:rFonts w:cs="Times New Roman"/>
          <w:sz w:val="28"/>
          <w:szCs w:val="28"/>
        </w:rPr>
        <w:t>Quyết định hoặc trình cấp có thẩm quyền quyết định việc tổ chức bộ máy</w:t>
      </w:r>
      <w:r w:rsidR="005545EB" w:rsidRPr="009D26FD">
        <w:rPr>
          <w:rFonts w:cs="Times New Roman"/>
          <w:sz w:val="28"/>
          <w:szCs w:val="28"/>
        </w:rPr>
        <w:t xml:space="preserve"> nhà trường</w:t>
      </w:r>
      <w:r w:rsidRPr="009D26FD">
        <w:rPr>
          <w:rFonts w:cs="Times New Roman"/>
          <w:sz w:val="28"/>
          <w:szCs w:val="28"/>
        </w:rPr>
        <w:t>, phân công nhiệm vụ</w:t>
      </w:r>
      <w:r w:rsidR="005545EB" w:rsidRPr="009D26FD">
        <w:rPr>
          <w:rFonts w:cs="Times New Roman"/>
          <w:sz w:val="28"/>
          <w:szCs w:val="28"/>
        </w:rPr>
        <w:t xml:space="preserve"> cấp phó và các tổ trưởng, tổ phó</w:t>
      </w:r>
      <w:r w:rsidRPr="009D26FD">
        <w:rPr>
          <w:rFonts w:cs="Times New Roman"/>
          <w:sz w:val="28"/>
          <w:szCs w:val="28"/>
        </w:rPr>
        <w:t xml:space="preserve">, </w:t>
      </w:r>
      <w:r w:rsidR="005545EB" w:rsidRPr="009D26FD">
        <w:rPr>
          <w:rFonts w:cs="Times New Roman"/>
          <w:sz w:val="28"/>
          <w:szCs w:val="28"/>
        </w:rPr>
        <w:t xml:space="preserve">giáo viên đứng lớp, nhân viên, </w:t>
      </w:r>
      <w:r w:rsidRPr="009D26FD">
        <w:rPr>
          <w:rFonts w:cs="Times New Roman"/>
          <w:sz w:val="28"/>
          <w:szCs w:val="28"/>
        </w:rPr>
        <w:t xml:space="preserve">thành lập </w:t>
      </w:r>
      <w:r w:rsidR="005545EB" w:rsidRPr="009D26FD">
        <w:rPr>
          <w:rFonts w:cs="Times New Roman"/>
          <w:sz w:val="28"/>
          <w:szCs w:val="28"/>
        </w:rPr>
        <w:t xml:space="preserve">các </w:t>
      </w:r>
      <w:r w:rsidRPr="009D26FD">
        <w:rPr>
          <w:rFonts w:cs="Times New Roman"/>
          <w:sz w:val="28"/>
          <w:szCs w:val="28"/>
        </w:rPr>
        <w:t>tổ, hội đồng; quản lý đội ngũ, tài chính, tài sản, cơ sở vật chất và các nguồn lực.</w:t>
      </w:r>
    </w:p>
    <w:p w14:paraId="420E9F8A" w14:textId="77777777" w:rsidR="00EB04EA" w:rsidRPr="009D26FD" w:rsidRDefault="00000000" w:rsidP="005B5FD9">
      <w:pPr>
        <w:spacing w:after="0" w:line="240" w:lineRule="auto"/>
        <w:ind w:firstLine="720"/>
        <w:jc w:val="both"/>
        <w:rPr>
          <w:rFonts w:cs="Times New Roman"/>
          <w:sz w:val="28"/>
          <w:szCs w:val="28"/>
        </w:rPr>
      </w:pPr>
      <w:r w:rsidRPr="009D26FD">
        <w:rPr>
          <w:rFonts w:cs="Times New Roman"/>
          <w:sz w:val="28"/>
          <w:szCs w:val="28"/>
        </w:rPr>
        <w:t>Chỉ đạo thực hiện chương trình giáo dục mầm non; bảo đảm an toàn trường học, phòng chống bạo lực, tai nạn thương tích, dịch bệnh, cháy nổ và mất an toàn thực phẩm.</w:t>
      </w:r>
    </w:p>
    <w:p w14:paraId="460B40A2" w14:textId="5497C377" w:rsidR="00EB04EA" w:rsidRPr="009D26FD" w:rsidRDefault="00000000" w:rsidP="009D26FD">
      <w:pPr>
        <w:spacing w:after="0"/>
        <w:ind w:firstLine="720"/>
        <w:jc w:val="both"/>
        <w:rPr>
          <w:rFonts w:cs="Times New Roman"/>
          <w:sz w:val="28"/>
          <w:szCs w:val="28"/>
        </w:rPr>
      </w:pPr>
      <w:r w:rsidRPr="009D26FD">
        <w:rPr>
          <w:rFonts w:cs="Times New Roman"/>
          <w:sz w:val="28"/>
          <w:szCs w:val="28"/>
        </w:rPr>
        <w:t>Thực hiện dân chủ, công khai, minh bạch; tạo điều kiện cho đoàn thanh niên và các tổ chức trong nhà trường hoạt động đúng chức năng.</w:t>
      </w:r>
    </w:p>
    <w:p w14:paraId="38BB55FA"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Thực hiện chế độ làm việc, giảng dạy, bồi dưỡng và các chính sách đối với nhà giáo theo văn bản hiện hành và phân công được phê duyệt.</w:t>
      </w:r>
    </w:p>
    <w:p w14:paraId="44EA22BB" w14:textId="0489B680" w:rsidR="00915ACC" w:rsidRPr="009D26FD" w:rsidRDefault="00915ACC" w:rsidP="009D26FD">
      <w:pPr>
        <w:spacing w:after="0"/>
        <w:ind w:firstLine="720"/>
        <w:jc w:val="both"/>
        <w:rPr>
          <w:rFonts w:cs="Times New Roman"/>
          <w:sz w:val="28"/>
          <w:szCs w:val="28"/>
        </w:rPr>
      </w:pPr>
      <w:r w:rsidRPr="009D26FD">
        <w:rPr>
          <w:rFonts w:cs="Times New Roman"/>
          <w:sz w:val="28"/>
          <w:szCs w:val="28"/>
        </w:rPr>
        <w:t>Hiệu trưởng chịu trách nhiệm trước các cấp có thẩm quyền</w:t>
      </w:r>
      <w:r w:rsidR="007C5244" w:rsidRPr="009D26FD">
        <w:rPr>
          <w:rFonts w:cs="Times New Roman"/>
          <w:sz w:val="28"/>
          <w:szCs w:val="28"/>
        </w:rPr>
        <w:t xml:space="preserve"> về toàn bộ công việc của nhà trường.</w:t>
      </w:r>
    </w:p>
    <w:p w14:paraId="05DE2A78"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6. Trách nhiệm của Phó Hiệu trưởng</w:t>
      </w:r>
    </w:p>
    <w:p w14:paraId="4881B4EF" w14:textId="4299293D" w:rsidR="008F15CF" w:rsidRPr="009D26FD" w:rsidRDefault="00000000" w:rsidP="008F15CF">
      <w:pPr>
        <w:spacing w:after="0"/>
        <w:ind w:firstLine="720"/>
        <w:jc w:val="both"/>
        <w:rPr>
          <w:rFonts w:cs="Times New Roman"/>
          <w:sz w:val="28"/>
          <w:szCs w:val="28"/>
        </w:rPr>
      </w:pPr>
      <w:r w:rsidRPr="009D26FD">
        <w:rPr>
          <w:rFonts w:cs="Times New Roman"/>
          <w:sz w:val="28"/>
          <w:szCs w:val="28"/>
        </w:rPr>
        <w:t>Giúp Hiệu trưởng quản lý, điều hành lĩnh vực được phân công; chịu trách nhiệm trước Hiệu trưởng và trước pháp luật về kết quả thực hiện nhiệm vụ.</w:t>
      </w:r>
    </w:p>
    <w:p w14:paraId="5E7C68EE" w14:textId="078F7645" w:rsidR="00212873" w:rsidRDefault="00212873" w:rsidP="008F15CF">
      <w:pPr>
        <w:spacing w:after="0" w:line="240" w:lineRule="auto"/>
        <w:ind w:firstLine="720"/>
        <w:jc w:val="both"/>
        <w:rPr>
          <w:rFonts w:cs="Times New Roman"/>
          <w:sz w:val="28"/>
          <w:szCs w:val="28"/>
        </w:rPr>
      </w:pPr>
      <w:r>
        <w:rPr>
          <w:rFonts w:cs="Times New Roman"/>
          <w:sz w:val="28"/>
          <w:szCs w:val="28"/>
        </w:rPr>
        <w:t xml:space="preserve">* </w:t>
      </w:r>
      <w:r w:rsidRPr="009D26FD">
        <w:rPr>
          <w:rFonts w:cs="Times New Roman"/>
          <w:sz w:val="28"/>
          <w:szCs w:val="28"/>
        </w:rPr>
        <w:t>Phó Hiệu trưởng Nguyễn Thị Thu Huyền phụ trách chuyên môn giáo dục trẻ toàn trường; kiểm tra, đánh giá công tác bán trú, chăm sóc, nuôi dưỡng tại điểm trung tâm; chỉ đạo sinh hoạt chuyên môn, nghiên cứu bài học, hồ sơ và chất lượng giáo dục</w:t>
      </w:r>
      <w:r w:rsidR="00563397" w:rsidRPr="009D26FD">
        <w:rPr>
          <w:rFonts w:cs="Times New Roman"/>
          <w:sz w:val="28"/>
          <w:szCs w:val="28"/>
        </w:rPr>
        <w:t>, thực hiện các báo cáo có liên quan</w:t>
      </w:r>
      <w:r w:rsidR="008F15CF">
        <w:rPr>
          <w:rFonts w:cs="Times New Roman"/>
          <w:sz w:val="28"/>
          <w:szCs w:val="28"/>
        </w:rPr>
        <w:t xml:space="preserve">. </w:t>
      </w:r>
    </w:p>
    <w:p w14:paraId="7BA29A0F" w14:textId="73D8C7F8" w:rsidR="00EB04EA" w:rsidRDefault="008F15CF" w:rsidP="008F15CF">
      <w:pPr>
        <w:spacing w:after="0" w:line="240" w:lineRule="auto"/>
        <w:ind w:firstLine="720"/>
        <w:jc w:val="both"/>
        <w:rPr>
          <w:rFonts w:cs="Times New Roman"/>
          <w:sz w:val="28"/>
          <w:szCs w:val="28"/>
        </w:rPr>
      </w:pPr>
      <w:r>
        <w:rPr>
          <w:rFonts w:cs="Times New Roman"/>
          <w:sz w:val="28"/>
          <w:szCs w:val="28"/>
        </w:rPr>
        <w:t>Nghiêm túc thực hiện đúng theo quyết định số 02/MNSM ngày 28/8/2026 về phân công nhiệm vụ cán bộ, giáo viên và nhân viên năm học 2026-2027</w:t>
      </w:r>
    </w:p>
    <w:p w14:paraId="5295CB94" w14:textId="0CB3A1DF" w:rsidR="005B5FD9" w:rsidRPr="009D26FD" w:rsidRDefault="005B5FD9" w:rsidP="005B5FD9">
      <w:pPr>
        <w:spacing w:after="0"/>
        <w:ind w:firstLine="720"/>
        <w:jc w:val="both"/>
        <w:rPr>
          <w:rFonts w:cs="Times New Roman"/>
          <w:sz w:val="28"/>
          <w:szCs w:val="28"/>
        </w:rPr>
      </w:pPr>
      <w:r w:rsidRPr="009D26FD">
        <w:rPr>
          <w:rFonts w:cs="Times New Roman"/>
          <w:sz w:val="28"/>
          <w:szCs w:val="28"/>
        </w:rPr>
        <w:lastRenderedPageBreak/>
        <w:t xml:space="preserve">Nghiêm túc thực </w:t>
      </w:r>
      <w:r w:rsidRPr="009D26FD">
        <w:rPr>
          <w:rFonts w:cs="Times New Roman"/>
          <w:color w:val="000000" w:themeColor="text1"/>
          <w:sz w:val="28"/>
          <w:szCs w:val="28"/>
        </w:rPr>
        <w:t xml:space="preserve">hiện đúng Bộ Quy tắc ứng xử số 05/MNSM ngày </w:t>
      </w:r>
      <w:r>
        <w:rPr>
          <w:rFonts w:cs="Times New Roman"/>
          <w:color w:val="000000" w:themeColor="text1"/>
          <w:sz w:val="28"/>
          <w:szCs w:val="28"/>
        </w:rPr>
        <w:t>07</w:t>
      </w:r>
      <w:r w:rsidRPr="009D26FD">
        <w:rPr>
          <w:rFonts w:cs="Times New Roman"/>
          <w:color w:val="000000" w:themeColor="text1"/>
          <w:sz w:val="28"/>
          <w:szCs w:val="28"/>
        </w:rPr>
        <w:t xml:space="preserve">/9/2026 của nhà giáo Trường Mầm </w:t>
      </w:r>
      <w:proofErr w:type="gramStart"/>
      <w:r w:rsidRPr="009D26FD">
        <w:rPr>
          <w:rFonts w:cs="Times New Roman"/>
          <w:color w:val="000000" w:themeColor="text1"/>
          <w:sz w:val="28"/>
          <w:szCs w:val="28"/>
        </w:rPr>
        <w:t>non Sao Mai</w:t>
      </w:r>
      <w:proofErr w:type="gramEnd"/>
      <w:r w:rsidRPr="009D26FD">
        <w:rPr>
          <w:rFonts w:cs="Times New Roman"/>
          <w:color w:val="000000" w:themeColor="text1"/>
          <w:sz w:val="28"/>
          <w:szCs w:val="28"/>
        </w:rPr>
        <w:t xml:space="preserve"> năm 2026;</w:t>
      </w:r>
    </w:p>
    <w:p w14:paraId="547D4154" w14:textId="4F9F064E" w:rsidR="00212873" w:rsidRDefault="00212873" w:rsidP="008F15CF">
      <w:pPr>
        <w:spacing w:after="0" w:line="240" w:lineRule="auto"/>
        <w:ind w:firstLine="720"/>
        <w:jc w:val="both"/>
        <w:rPr>
          <w:rFonts w:cs="Times New Roman"/>
          <w:sz w:val="28"/>
          <w:szCs w:val="28"/>
        </w:rPr>
      </w:pPr>
      <w:r>
        <w:rPr>
          <w:rFonts w:cs="Times New Roman"/>
          <w:sz w:val="28"/>
          <w:szCs w:val="28"/>
        </w:rPr>
        <w:t xml:space="preserve">* </w:t>
      </w:r>
      <w:r w:rsidRPr="009D26FD">
        <w:rPr>
          <w:rFonts w:cs="Times New Roman"/>
          <w:sz w:val="28"/>
          <w:szCs w:val="28"/>
        </w:rPr>
        <w:t>Phó Hiệu trưởng Nguyễn Thị Sinh phụ trách chăm sóc, nuôi dưỡng, bán trú và cơ sở vật chất toàn trường; hỗ trợ kiểm tra chuyên môn tại điểm phân hiệu thôn Tân Thành; chỉ đạo an toàn thực phẩm, vệ sinh, dinh dưỡng và cơ sở vật chất</w:t>
      </w:r>
      <w:r w:rsidR="00D257E2">
        <w:rPr>
          <w:rFonts w:cs="Times New Roman"/>
          <w:sz w:val="28"/>
          <w:szCs w:val="28"/>
        </w:rPr>
        <w:t>,</w:t>
      </w:r>
      <w:r w:rsidR="00D257E2" w:rsidRPr="00D257E2">
        <w:rPr>
          <w:rFonts w:cs="Times New Roman"/>
          <w:color w:val="0D0D0D"/>
          <w:sz w:val="28"/>
          <w:szCs w:val="28"/>
        </w:rPr>
        <w:t xml:space="preserve"> thực hiện các quy định về </w:t>
      </w:r>
      <w:r w:rsidR="00D257E2">
        <w:rPr>
          <w:rFonts w:cs="Times New Roman"/>
          <w:color w:val="0D0D0D"/>
          <w:sz w:val="28"/>
          <w:szCs w:val="28"/>
        </w:rPr>
        <w:t xml:space="preserve">hồ sơ </w:t>
      </w:r>
      <w:r w:rsidR="00D257E2" w:rsidRPr="00D257E2">
        <w:rPr>
          <w:rFonts w:cs="Times New Roman"/>
          <w:color w:val="0D0D0D"/>
          <w:sz w:val="28"/>
          <w:szCs w:val="28"/>
        </w:rPr>
        <w:t>phòng cháy, chữa cháy và cứu nạn, cứu hộ theo quy định.</w:t>
      </w:r>
      <w:r w:rsidR="008F15CF">
        <w:rPr>
          <w:rFonts w:cs="Times New Roman"/>
          <w:sz w:val="28"/>
          <w:szCs w:val="28"/>
        </w:rPr>
        <w:t xml:space="preserve"> </w:t>
      </w:r>
    </w:p>
    <w:p w14:paraId="7F680C08" w14:textId="65D26BC5" w:rsidR="00D257E2" w:rsidRDefault="008F15CF" w:rsidP="008F15CF">
      <w:pPr>
        <w:spacing w:after="0" w:line="240" w:lineRule="auto"/>
        <w:ind w:firstLine="720"/>
        <w:jc w:val="both"/>
        <w:rPr>
          <w:rFonts w:cs="Times New Roman"/>
          <w:sz w:val="28"/>
          <w:szCs w:val="28"/>
        </w:rPr>
      </w:pPr>
      <w:r>
        <w:rPr>
          <w:rFonts w:cs="Times New Roman"/>
          <w:sz w:val="28"/>
          <w:szCs w:val="28"/>
        </w:rPr>
        <w:t>Nghiêm túc thực hiện đúng theo quyết định số 02/MNSM ngày 28/8/2026 về phân công nhiệm vụ cán bộ, giáo viên và nhân viên năm học 2026-2027</w:t>
      </w:r>
    </w:p>
    <w:p w14:paraId="3CEDE5BB" w14:textId="5BFA847E" w:rsidR="005B5FD9" w:rsidRPr="008F15CF" w:rsidRDefault="005B5FD9" w:rsidP="005B5FD9">
      <w:pPr>
        <w:spacing w:after="0"/>
        <w:ind w:firstLine="720"/>
        <w:jc w:val="both"/>
        <w:rPr>
          <w:rFonts w:cs="Times New Roman"/>
          <w:sz w:val="28"/>
          <w:szCs w:val="28"/>
        </w:rPr>
      </w:pPr>
      <w:r w:rsidRPr="009D26FD">
        <w:rPr>
          <w:rFonts w:cs="Times New Roman"/>
          <w:sz w:val="28"/>
          <w:szCs w:val="28"/>
        </w:rPr>
        <w:t xml:space="preserve">Nghiêm túc thực </w:t>
      </w:r>
      <w:r w:rsidRPr="009D26FD">
        <w:rPr>
          <w:rFonts w:cs="Times New Roman"/>
          <w:color w:val="000000" w:themeColor="text1"/>
          <w:sz w:val="28"/>
          <w:szCs w:val="28"/>
        </w:rPr>
        <w:t xml:space="preserve">hiện đúng Bộ Quy tắc ứng xử số 05/MNSM ngày </w:t>
      </w:r>
      <w:r>
        <w:rPr>
          <w:rFonts w:cs="Times New Roman"/>
          <w:color w:val="000000" w:themeColor="text1"/>
          <w:sz w:val="28"/>
          <w:szCs w:val="28"/>
        </w:rPr>
        <w:t>07</w:t>
      </w:r>
      <w:r w:rsidRPr="009D26FD">
        <w:rPr>
          <w:rFonts w:cs="Times New Roman"/>
          <w:color w:val="000000" w:themeColor="text1"/>
          <w:sz w:val="28"/>
          <w:szCs w:val="28"/>
        </w:rPr>
        <w:t xml:space="preserve">/9/2026 của nhà giáo Trường Mầm </w:t>
      </w:r>
      <w:proofErr w:type="gramStart"/>
      <w:r w:rsidRPr="009D26FD">
        <w:rPr>
          <w:rFonts w:cs="Times New Roman"/>
          <w:color w:val="000000" w:themeColor="text1"/>
          <w:sz w:val="28"/>
          <w:szCs w:val="28"/>
        </w:rPr>
        <w:t>non Sao Mai</w:t>
      </w:r>
      <w:proofErr w:type="gramEnd"/>
      <w:r w:rsidRPr="009D26FD">
        <w:rPr>
          <w:rFonts w:cs="Times New Roman"/>
          <w:color w:val="000000" w:themeColor="text1"/>
          <w:sz w:val="28"/>
          <w:szCs w:val="28"/>
        </w:rPr>
        <w:t xml:space="preserve"> năm 2026;</w:t>
      </w:r>
    </w:p>
    <w:p w14:paraId="55A291A8" w14:textId="77777777" w:rsidR="00D257E2" w:rsidRPr="00D257E2" w:rsidRDefault="00D257E2" w:rsidP="00D257E2">
      <w:pPr>
        <w:shd w:val="clear" w:color="auto" w:fill="FFFFFF"/>
        <w:spacing w:after="0" w:line="240" w:lineRule="auto"/>
        <w:ind w:firstLine="567"/>
        <w:jc w:val="both"/>
        <w:rPr>
          <w:rFonts w:cs="Times New Roman"/>
          <w:color w:val="0D0D0D"/>
          <w:sz w:val="28"/>
          <w:szCs w:val="28"/>
        </w:rPr>
      </w:pPr>
      <w:r w:rsidRPr="00D257E2">
        <w:rPr>
          <w:rFonts w:cs="Times New Roman"/>
          <w:color w:val="0D0D0D"/>
          <w:sz w:val="28"/>
          <w:szCs w:val="28"/>
        </w:rPr>
        <w:t>- Kiểm tra hệ thống điện, thiết bị phòng cháy, chữa cháy và các điều kiện bảo đảm an toàn trong trường.</w:t>
      </w:r>
    </w:p>
    <w:p w14:paraId="27FD2870" w14:textId="536DC6A8" w:rsidR="00EB04EA" w:rsidRPr="00D257E2" w:rsidRDefault="00D257E2" w:rsidP="00D257E2">
      <w:pPr>
        <w:shd w:val="clear" w:color="auto" w:fill="FFFFFF"/>
        <w:spacing w:after="0" w:line="240" w:lineRule="auto"/>
        <w:ind w:firstLine="567"/>
        <w:jc w:val="both"/>
        <w:rPr>
          <w:rFonts w:cs="Times New Roman"/>
          <w:sz w:val="28"/>
          <w:szCs w:val="28"/>
        </w:rPr>
      </w:pPr>
      <w:r w:rsidRPr="00D257E2">
        <w:rPr>
          <w:rFonts w:cs="Times New Roman"/>
          <w:color w:val="0D0D0D"/>
          <w:sz w:val="28"/>
          <w:szCs w:val="28"/>
        </w:rPr>
        <w:t>- Thực hiện xây dựng kế hoạch, đánh giá quy định, các tiêu chí về xây dựng trường học an toàn, phòng chống tai nạn thương tích theo thông tư 45/2021/TT-BGDĐT, chủ động phối hợp tham mưu Hiệu trưởng thực hiện các biện pháp phòng ngừa tai nạn thương tích, bảo đảm an toàn cho trẻ trong khuôn viên trường</w:t>
      </w:r>
      <w:r>
        <w:rPr>
          <w:rFonts w:cs="Times New Roman"/>
          <w:color w:val="0D0D0D"/>
          <w:sz w:val="28"/>
          <w:szCs w:val="28"/>
        </w:rPr>
        <w:t xml:space="preserve">, </w:t>
      </w:r>
      <w:r w:rsidR="00563397" w:rsidRPr="00D257E2">
        <w:rPr>
          <w:rFonts w:cs="Times New Roman"/>
          <w:sz w:val="28"/>
          <w:szCs w:val="28"/>
        </w:rPr>
        <w:t>thực hiện các báo cáo có liên quan.</w:t>
      </w:r>
    </w:p>
    <w:p w14:paraId="3605153F" w14:textId="6D16CF19" w:rsidR="00EB04EA" w:rsidRPr="009D26FD" w:rsidRDefault="00563397" w:rsidP="009D26FD">
      <w:pPr>
        <w:spacing w:after="0"/>
        <w:ind w:firstLine="720"/>
        <w:jc w:val="both"/>
        <w:rPr>
          <w:rFonts w:cs="Times New Roman"/>
          <w:sz w:val="28"/>
          <w:szCs w:val="28"/>
        </w:rPr>
      </w:pPr>
      <w:r w:rsidRPr="009D26FD">
        <w:rPr>
          <w:rFonts w:cs="Times New Roman"/>
          <w:sz w:val="28"/>
          <w:szCs w:val="28"/>
        </w:rPr>
        <w:t xml:space="preserve">2 </w:t>
      </w:r>
      <w:r w:rsidR="00E4135F" w:rsidRPr="009D26FD">
        <w:rPr>
          <w:rFonts w:cs="Times New Roman"/>
          <w:sz w:val="28"/>
          <w:szCs w:val="28"/>
        </w:rPr>
        <w:t>P</w:t>
      </w:r>
      <w:r w:rsidRPr="009D26FD">
        <w:rPr>
          <w:rFonts w:cs="Times New Roman"/>
          <w:sz w:val="28"/>
          <w:szCs w:val="28"/>
        </w:rPr>
        <w:t>hó Hiệu trưởng thực hiện báo cáo định kỳ, đột xuất; chủ động tham mưu giải pháp; khi được ủy quyền, điều hành hoạt động nhà trường trong phạm vi được giao.</w:t>
      </w:r>
    </w:p>
    <w:p w14:paraId="7C0CF371"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7. Trách nhiệm của tổ trưởng, tổ phó</w:t>
      </w:r>
    </w:p>
    <w:p w14:paraId="17E422ED" w14:textId="5CA662B3" w:rsidR="00EB04EA" w:rsidRDefault="00000000" w:rsidP="009D26FD">
      <w:pPr>
        <w:spacing w:after="0"/>
        <w:ind w:firstLine="720"/>
        <w:jc w:val="both"/>
        <w:rPr>
          <w:rFonts w:cs="Times New Roman"/>
          <w:sz w:val="28"/>
          <w:szCs w:val="28"/>
        </w:rPr>
      </w:pPr>
      <w:r w:rsidRPr="009D26FD">
        <w:rPr>
          <w:rFonts w:cs="Times New Roman"/>
          <w:sz w:val="28"/>
          <w:szCs w:val="28"/>
        </w:rPr>
        <w:t xml:space="preserve">Xây dựng </w:t>
      </w:r>
      <w:r w:rsidR="004A5B28" w:rsidRPr="009D26FD">
        <w:rPr>
          <w:rFonts w:cs="Times New Roman"/>
          <w:sz w:val="28"/>
          <w:szCs w:val="28"/>
        </w:rPr>
        <w:t xml:space="preserve">các </w:t>
      </w:r>
      <w:r w:rsidRPr="009D26FD">
        <w:rPr>
          <w:rFonts w:cs="Times New Roman"/>
          <w:sz w:val="28"/>
          <w:szCs w:val="28"/>
        </w:rPr>
        <w:t>kế hoạch tổ theo năm, tháng, tuần; tổ chức thực hiện chương trình, kế hoạch giáo dục và nhiệm vụ của tổ</w:t>
      </w:r>
      <w:r w:rsidR="006A7482" w:rsidRPr="009D26FD">
        <w:rPr>
          <w:rFonts w:cs="Times New Roman"/>
          <w:sz w:val="28"/>
          <w:szCs w:val="28"/>
        </w:rPr>
        <w:t xml:space="preserve"> theo quy định đã triển khai.</w:t>
      </w:r>
    </w:p>
    <w:p w14:paraId="572E4E3B" w14:textId="0396A769" w:rsidR="008F15CF" w:rsidRDefault="008F15CF" w:rsidP="008F15CF">
      <w:pPr>
        <w:spacing w:after="0" w:line="240" w:lineRule="auto"/>
        <w:ind w:firstLine="720"/>
        <w:jc w:val="both"/>
        <w:rPr>
          <w:rFonts w:cs="Times New Roman"/>
          <w:sz w:val="28"/>
          <w:szCs w:val="28"/>
        </w:rPr>
      </w:pPr>
      <w:r>
        <w:rPr>
          <w:rFonts w:cs="Times New Roman"/>
          <w:sz w:val="28"/>
          <w:szCs w:val="28"/>
        </w:rPr>
        <w:t>Nghiêm túc thực hiện đúng theo quyết định số 02/MNSM ngày 28/8/2026 về phân công nhiệm vụ cán bộ, giáo viên và nhân viên năm học 2026-2027</w:t>
      </w:r>
    </w:p>
    <w:p w14:paraId="476F3C08" w14:textId="7D40D97B" w:rsidR="005B5FD9" w:rsidRPr="009D26FD" w:rsidRDefault="005B5FD9" w:rsidP="005B5FD9">
      <w:pPr>
        <w:spacing w:after="0"/>
        <w:ind w:firstLine="720"/>
        <w:jc w:val="both"/>
        <w:rPr>
          <w:rFonts w:cs="Times New Roman"/>
          <w:sz w:val="28"/>
          <w:szCs w:val="28"/>
        </w:rPr>
      </w:pPr>
      <w:r w:rsidRPr="009D26FD">
        <w:rPr>
          <w:rFonts w:cs="Times New Roman"/>
          <w:sz w:val="28"/>
          <w:szCs w:val="28"/>
        </w:rPr>
        <w:t xml:space="preserve">Nghiêm túc thực </w:t>
      </w:r>
      <w:r w:rsidRPr="009D26FD">
        <w:rPr>
          <w:rFonts w:cs="Times New Roman"/>
          <w:color w:val="000000" w:themeColor="text1"/>
          <w:sz w:val="28"/>
          <w:szCs w:val="28"/>
        </w:rPr>
        <w:t xml:space="preserve">hiện đúng Bộ Quy tắc ứng xử số 05/MNSM ngày </w:t>
      </w:r>
      <w:r>
        <w:rPr>
          <w:rFonts w:cs="Times New Roman"/>
          <w:color w:val="000000" w:themeColor="text1"/>
          <w:sz w:val="28"/>
          <w:szCs w:val="28"/>
        </w:rPr>
        <w:t>07</w:t>
      </w:r>
      <w:r w:rsidRPr="009D26FD">
        <w:rPr>
          <w:rFonts w:cs="Times New Roman"/>
          <w:color w:val="000000" w:themeColor="text1"/>
          <w:sz w:val="28"/>
          <w:szCs w:val="28"/>
        </w:rPr>
        <w:t xml:space="preserve">/9/2026 của nhà giáo Trường Mầm </w:t>
      </w:r>
      <w:proofErr w:type="gramStart"/>
      <w:r w:rsidRPr="009D26FD">
        <w:rPr>
          <w:rFonts w:cs="Times New Roman"/>
          <w:color w:val="000000" w:themeColor="text1"/>
          <w:sz w:val="28"/>
          <w:szCs w:val="28"/>
        </w:rPr>
        <w:t>non Sao Mai</w:t>
      </w:r>
      <w:proofErr w:type="gramEnd"/>
      <w:r w:rsidRPr="009D26FD">
        <w:rPr>
          <w:rFonts w:cs="Times New Roman"/>
          <w:color w:val="000000" w:themeColor="text1"/>
          <w:sz w:val="28"/>
          <w:szCs w:val="28"/>
        </w:rPr>
        <w:t xml:space="preserve"> năm 2026;</w:t>
      </w:r>
    </w:p>
    <w:p w14:paraId="261C8EBA" w14:textId="6483B583" w:rsidR="00EB04EA" w:rsidRPr="009D26FD" w:rsidRDefault="00000000" w:rsidP="009D26FD">
      <w:pPr>
        <w:spacing w:after="0"/>
        <w:ind w:firstLine="720"/>
        <w:jc w:val="both"/>
        <w:rPr>
          <w:rFonts w:cs="Times New Roman"/>
          <w:sz w:val="28"/>
          <w:szCs w:val="28"/>
        </w:rPr>
      </w:pPr>
      <w:r w:rsidRPr="009D26FD">
        <w:rPr>
          <w:rFonts w:cs="Times New Roman"/>
          <w:sz w:val="28"/>
          <w:szCs w:val="28"/>
        </w:rPr>
        <w:t>Điều hành sinh hoạt</w:t>
      </w:r>
      <w:r w:rsidR="004A5B28" w:rsidRPr="009D26FD">
        <w:rPr>
          <w:rFonts w:cs="Times New Roman"/>
          <w:sz w:val="28"/>
          <w:szCs w:val="28"/>
        </w:rPr>
        <w:t xml:space="preserve"> chuyên môn</w:t>
      </w:r>
      <w:r w:rsidRPr="009D26FD">
        <w:rPr>
          <w:rFonts w:cs="Times New Roman"/>
          <w:sz w:val="28"/>
          <w:szCs w:val="28"/>
        </w:rPr>
        <w:t xml:space="preserve"> tổ; theo dõi ngày giờ công, tiến độ, chất lượng công việc; kiểm tra, hỗ trợ và đánh giá thành viên theo phân công</w:t>
      </w:r>
      <w:r w:rsidR="004A5B28" w:rsidRPr="009D26FD">
        <w:rPr>
          <w:rFonts w:cs="Times New Roman"/>
          <w:sz w:val="28"/>
          <w:szCs w:val="28"/>
        </w:rPr>
        <w:t xml:space="preserve"> của nhà trường và báo cáo về nhà trường theo quy định</w:t>
      </w:r>
      <w:r w:rsidRPr="009D26FD">
        <w:rPr>
          <w:rFonts w:cs="Times New Roman"/>
          <w:sz w:val="28"/>
          <w:szCs w:val="28"/>
        </w:rPr>
        <w:t>.</w:t>
      </w:r>
    </w:p>
    <w:p w14:paraId="309C4AFD" w14:textId="42E2BA88" w:rsidR="00EB04EA" w:rsidRPr="009D26FD" w:rsidRDefault="00000000" w:rsidP="009D26FD">
      <w:pPr>
        <w:spacing w:after="0"/>
        <w:ind w:firstLine="720"/>
        <w:jc w:val="both"/>
        <w:rPr>
          <w:rFonts w:cs="Times New Roman"/>
          <w:sz w:val="28"/>
          <w:szCs w:val="28"/>
        </w:rPr>
      </w:pPr>
      <w:r w:rsidRPr="009D26FD">
        <w:rPr>
          <w:rFonts w:cs="Times New Roman"/>
          <w:sz w:val="28"/>
          <w:szCs w:val="28"/>
        </w:rPr>
        <w:t xml:space="preserve">Chủ trì trao đổi </w:t>
      </w:r>
      <w:r w:rsidR="00E4135F" w:rsidRPr="009D26FD">
        <w:rPr>
          <w:rFonts w:cs="Times New Roman"/>
          <w:sz w:val="28"/>
          <w:szCs w:val="28"/>
        </w:rPr>
        <w:t xml:space="preserve">sinh hoạt </w:t>
      </w:r>
      <w:r w:rsidRPr="009D26FD">
        <w:rPr>
          <w:rFonts w:cs="Times New Roman"/>
          <w:sz w:val="28"/>
          <w:szCs w:val="28"/>
        </w:rPr>
        <w:t>chuyên môn, nghiên cứu bài học, chia sẻ kinh nghiệm; kịp thời báo cáo khó khăn, vi phạm và nguy cơ mất an toàn</w:t>
      </w:r>
      <w:r w:rsidR="004A5B28" w:rsidRPr="009D26FD">
        <w:rPr>
          <w:rFonts w:cs="Times New Roman"/>
          <w:sz w:val="28"/>
          <w:szCs w:val="28"/>
        </w:rPr>
        <w:t xml:space="preserve"> về nhà trường</w:t>
      </w:r>
      <w:r w:rsidRPr="009D26FD">
        <w:rPr>
          <w:rFonts w:cs="Times New Roman"/>
          <w:sz w:val="28"/>
          <w:szCs w:val="28"/>
        </w:rPr>
        <w:t>.</w:t>
      </w:r>
    </w:p>
    <w:p w14:paraId="145D2340" w14:textId="03F1F6D4" w:rsidR="00E4135F" w:rsidRPr="009D26FD" w:rsidRDefault="00E4135F" w:rsidP="009D26FD">
      <w:pPr>
        <w:spacing w:after="0"/>
        <w:ind w:firstLine="720"/>
        <w:jc w:val="both"/>
        <w:rPr>
          <w:rFonts w:cs="Times New Roman"/>
          <w:sz w:val="28"/>
          <w:szCs w:val="28"/>
        </w:rPr>
      </w:pPr>
      <w:r w:rsidRPr="009D26FD">
        <w:rPr>
          <w:rFonts w:cs="Times New Roman"/>
          <w:sz w:val="28"/>
          <w:szCs w:val="28"/>
        </w:rPr>
        <w:t>Phối hợp chia sẻ các công việc khi nhà trường phân công nhiệm vụ.</w:t>
      </w:r>
    </w:p>
    <w:p w14:paraId="76F5A872" w14:textId="60EDB66A" w:rsidR="00EB04EA" w:rsidRPr="009D26FD" w:rsidRDefault="00000000" w:rsidP="009D26FD">
      <w:pPr>
        <w:spacing w:after="0"/>
        <w:ind w:firstLine="720"/>
        <w:jc w:val="both"/>
        <w:rPr>
          <w:rFonts w:cs="Times New Roman"/>
          <w:sz w:val="28"/>
          <w:szCs w:val="28"/>
        </w:rPr>
      </w:pPr>
      <w:r w:rsidRPr="009D26FD">
        <w:rPr>
          <w:rFonts w:cs="Times New Roman"/>
          <w:sz w:val="28"/>
          <w:szCs w:val="28"/>
        </w:rPr>
        <w:t xml:space="preserve">Không tự ý thay đổi phân công, thời khóa biểu, chế độ sinh hoạt hoặc nhiệm vụ của thành viên khi chưa được </w:t>
      </w:r>
      <w:r w:rsidR="004A5B28" w:rsidRPr="009D26FD">
        <w:rPr>
          <w:rFonts w:cs="Times New Roman"/>
          <w:sz w:val="28"/>
          <w:szCs w:val="28"/>
        </w:rPr>
        <w:t>nhà trường người</w:t>
      </w:r>
      <w:r w:rsidRPr="009D26FD">
        <w:rPr>
          <w:rFonts w:cs="Times New Roman"/>
          <w:sz w:val="28"/>
          <w:szCs w:val="28"/>
        </w:rPr>
        <w:t xml:space="preserve"> có thẩm quyền đồng ý.</w:t>
      </w:r>
    </w:p>
    <w:p w14:paraId="494C03C4"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8. Trách nhiệm của giáo viên, nhân viên</w:t>
      </w:r>
    </w:p>
    <w:p w14:paraId="6AE68C90" w14:textId="022FAD28" w:rsidR="00E4135F" w:rsidRPr="009D26FD" w:rsidRDefault="00E4135F" w:rsidP="009D26FD">
      <w:pPr>
        <w:spacing w:after="0"/>
        <w:ind w:firstLine="720"/>
        <w:jc w:val="both"/>
        <w:rPr>
          <w:b/>
          <w:bCs/>
          <w:sz w:val="28"/>
          <w:szCs w:val="28"/>
        </w:rPr>
      </w:pPr>
      <w:r w:rsidRPr="009D26FD">
        <w:rPr>
          <w:b/>
          <w:bCs/>
          <w:sz w:val="28"/>
          <w:szCs w:val="28"/>
        </w:rPr>
        <w:t xml:space="preserve">* Đối với giáo viên: </w:t>
      </w:r>
    </w:p>
    <w:p w14:paraId="043954D7" w14:textId="0EB0A58C" w:rsidR="00EB04EA" w:rsidRDefault="00000000" w:rsidP="009D26FD">
      <w:pPr>
        <w:spacing w:after="0"/>
        <w:ind w:firstLine="720"/>
        <w:jc w:val="both"/>
        <w:rPr>
          <w:rFonts w:cs="Times New Roman"/>
          <w:sz w:val="28"/>
          <w:szCs w:val="28"/>
        </w:rPr>
      </w:pPr>
      <w:r w:rsidRPr="009D26FD">
        <w:rPr>
          <w:rFonts w:cs="Times New Roman"/>
          <w:sz w:val="28"/>
          <w:szCs w:val="28"/>
        </w:rPr>
        <w:t xml:space="preserve">Thực hiện đầy đủ </w:t>
      </w:r>
      <w:r w:rsidR="005B160A" w:rsidRPr="009D26FD">
        <w:rPr>
          <w:rFonts w:cs="Times New Roman"/>
          <w:sz w:val="28"/>
          <w:szCs w:val="28"/>
        </w:rPr>
        <w:t xml:space="preserve">nghiêm túc </w:t>
      </w:r>
      <w:r w:rsidRPr="009D26FD">
        <w:rPr>
          <w:rFonts w:cs="Times New Roman"/>
          <w:sz w:val="28"/>
          <w:szCs w:val="28"/>
        </w:rPr>
        <w:t xml:space="preserve">nhiệm vụ theo vị trí việc làm, quyết định phân công, kế hoạch nhà trường và tổ; bảo đảm chất lượng, tiến độ, hồ sơ </w:t>
      </w:r>
      <w:r w:rsidR="008D5ED5" w:rsidRPr="009D26FD">
        <w:rPr>
          <w:rFonts w:cs="Times New Roman"/>
          <w:sz w:val="28"/>
          <w:szCs w:val="28"/>
        </w:rPr>
        <w:t xml:space="preserve">trên hệ thống </w:t>
      </w:r>
      <w:r w:rsidR="005B160A" w:rsidRPr="009D26FD">
        <w:rPr>
          <w:rFonts w:cs="Times New Roman"/>
          <w:sz w:val="28"/>
          <w:szCs w:val="28"/>
        </w:rPr>
        <w:t xml:space="preserve">theo quy định </w:t>
      </w:r>
      <w:r w:rsidRPr="009D26FD">
        <w:rPr>
          <w:rFonts w:cs="Times New Roman"/>
          <w:sz w:val="28"/>
          <w:szCs w:val="28"/>
        </w:rPr>
        <w:t>và an toàn trong công việc.</w:t>
      </w:r>
    </w:p>
    <w:p w14:paraId="4FD4DF73" w14:textId="27B08C23" w:rsidR="008F15CF" w:rsidRPr="009D26FD" w:rsidRDefault="008F15CF" w:rsidP="008F15CF">
      <w:pPr>
        <w:spacing w:after="0" w:line="240" w:lineRule="auto"/>
        <w:ind w:firstLine="720"/>
        <w:jc w:val="both"/>
        <w:rPr>
          <w:rFonts w:cs="Times New Roman"/>
          <w:sz w:val="28"/>
          <w:szCs w:val="28"/>
        </w:rPr>
      </w:pPr>
      <w:r>
        <w:rPr>
          <w:rFonts w:cs="Times New Roman"/>
          <w:sz w:val="28"/>
          <w:szCs w:val="28"/>
        </w:rPr>
        <w:lastRenderedPageBreak/>
        <w:t>Nghiêm túc thực hiện đúng theo quyết định số 02/MNSM ngày 28/8/2026 về phân công nhiệm vụ cán bộ, giáo viên và nhân viên năm học 2026-2027</w:t>
      </w:r>
    </w:p>
    <w:p w14:paraId="1835F445" w14:textId="03E843EF" w:rsidR="00C15488" w:rsidRPr="009D26FD" w:rsidRDefault="00C15488" w:rsidP="009D26FD">
      <w:pPr>
        <w:spacing w:after="0"/>
        <w:ind w:firstLine="720"/>
        <w:jc w:val="both"/>
        <w:rPr>
          <w:rFonts w:cs="Times New Roman"/>
          <w:sz w:val="28"/>
          <w:szCs w:val="28"/>
        </w:rPr>
      </w:pPr>
      <w:r w:rsidRPr="009D26FD">
        <w:rPr>
          <w:rFonts w:cs="Times New Roman"/>
          <w:sz w:val="28"/>
          <w:szCs w:val="28"/>
        </w:rPr>
        <w:t xml:space="preserve">Nghiêm túc thực </w:t>
      </w:r>
      <w:r w:rsidRPr="009D26FD">
        <w:rPr>
          <w:rFonts w:cs="Times New Roman"/>
          <w:color w:val="000000" w:themeColor="text1"/>
          <w:sz w:val="28"/>
          <w:szCs w:val="28"/>
        </w:rPr>
        <w:t xml:space="preserve">hiện đúng Bộ Quy tắc ứng xử số 05/MNSM ngày </w:t>
      </w:r>
      <w:r w:rsidR="00F70090">
        <w:rPr>
          <w:rFonts w:cs="Times New Roman"/>
          <w:color w:val="000000" w:themeColor="text1"/>
          <w:sz w:val="28"/>
          <w:szCs w:val="28"/>
        </w:rPr>
        <w:t>07</w:t>
      </w:r>
      <w:r w:rsidRPr="009D26FD">
        <w:rPr>
          <w:rFonts w:cs="Times New Roman"/>
          <w:color w:val="000000" w:themeColor="text1"/>
          <w:sz w:val="28"/>
          <w:szCs w:val="28"/>
        </w:rPr>
        <w:t xml:space="preserve">/9/2026 của nhà giáo Trường Mầm </w:t>
      </w:r>
      <w:proofErr w:type="gramStart"/>
      <w:r w:rsidRPr="009D26FD">
        <w:rPr>
          <w:rFonts w:cs="Times New Roman"/>
          <w:color w:val="000000" w:themeColor="text1"/>
          <w:sz w:val="28"/>
          <w:szCs w:val="28"/>
        </w:rPr>
        <w:t>non Sao Mai</w:t>
      </w:r>
      <w:proofErr w:type="gramEnd"/>
      <w:r w:rsidRPr="009D26FD">
        <w:rPr>
          <w:rFonts w:cs="Times New Roman"/>
          <w:color w:val="000000" w:themeColor="text1"/>
          <w:sz w:val="28"/>
          <w:szCs w:val="28"/>
        </w:rPr>
        <w:t xml:space="preserve"> năm 2026;</w:t>
      </w:r>
    </w:p>
    <w:p w14:paraId="26787F65" w14:textId="095DE5CB" w:rsidR="00EB04EA" w:rsidRPr="009D26FD" w:rsidRDefault="00000000" w:rsidP="009D26FD">
      <w:pPr>
        <w:spacing w:after="0"/>
        <w:ind w:firstLine="720"/>
        <w:jc w:val="both"/>
        <w:rPr>
          <w:rFonts w:cs="Times New Roman"/>
          <w:sz w:val="28"/>
          <w:szCs w:val="28"/>
        </w:rPr>
      </w:pPr>
      <w:r w:rsidRPr="009D26FD">
        <w:rPr>
          <w:rFonts w:cs="Times New Roman"/>
          <w:sz w:val="28"/>
          <w:szCs w:val="28"/>
        </w:rPr>
        <w:t>Giáo viên chịu trách nhiệm trực tiếp về chăm sóc, nuôi dưỡng, giáo dục,</w:t>
      </w:r>
      <w:r w:rsidR="004B47F2" w:rsidRPr="009D26FD">
        <w:rPr>
          <w:rFonts w:cs="Times New Roman"/>
          <w:sz w:val="28"/>
          <w:szCs w:val="28"/>
        </w:rPr>
        <w:t xml:space="preserve"> đánh giá trẻ,</w:t>
      </w:r>
      <w:r w:rsidRPr="009D26FD">
        <w:rPr>
          <w:rFonts w:cs="Times New Roman"/>
          <w:sz w:val="28"/>
          <w:szCs w:val="28"/>
        </w:rPr>
        <w:t xml:space="preserve"> quản lý</w:t>
      </w:r>
      <w:r w:rsidR="004B47F2" w:rsidRPr="009D26FD">
        <w:rPr>
          <w:rFonts w:cs="Times New Roman"/>
          <w:sz w:val="28"/>
          <w:szCs w:val="28"/>
        </w:rPr>
        <w:t xml:space="preserve"> trẻ</w:t>
      </w:r>
      <w:r w:rsidRPr="009D26FD">
        <w:rPr>
          <w:rFonts w:cs="Times New Roman"/>
          <w:sz w:val="28"/>
          <w:szCs w:val="28"/>
        </w:rPr>
        <w:t xml:space="preserve"> và bảo đảm an toàn trẻ trong thời gian được giao; không bỏ lớp, bỏ vị trí </w:t>
      </w:r>
      <w:r w:rsidR="00E4135F" w:rsidRPr="009D26FD">
        <w:rPr>
          <w:rFonts w:cs="Times New Roman"/>
          <w:sz w:val="28"/>
          <w:szCs w:val="28"/>
        </w:rPr>
        <w:t>khi thực hiện nhiệm vụ.</w:t>
      </w:r>
    </w:p>
    <w:p w14:paraId="79E8A6D6" w14:textId="065BA582" w:rsidR="00E4135F" w:rsidRPr="009D26FD" w:rsidRDefault="00E4135F" w:rsidP="009D26FD">
      <w:pPr>
        <w:spacing w:after="0"/>
        <w:ind w:firstLine="720"/>
        <w:jc w:val="both"/>
        <w:rPr>
          <w:rFonts w:cs="Times New Roman"/>
          <w:sz w:val="28"/>
          <w:szCs w:val="28"/>
        </w:rPr>
      </w:pPr>
      <w:r w:rsidRPr="009D26FD">
        <w:rPr>
          <w:rFonts w:cs="Times New Roman"/>
          <w:sz w:val="28"/>
          <w:szCs w:val="28"/>
        </w:rPr>
        <w:t>Khi lên lớp chuẩn bị đầy đủ đồ dùng, kế hoạch giáo dục và các loại hồ sơ có liên quan, đảm bảo giờ giấc theo quy định</w:t>
      </w:r>
    </w:p>
    <w:p w14:paraId="7F078756" w14:textId="06B2F131" w:rsidR="00E4135F" w:rsidRPr="009D26FD" w:rsidRDefault="00E4135F" w:rsidP="009D26FD">
      <w:pPr>
        <w:spacing w:after="0"/>
        <w:ind w:firstLine="720"/>
        <w:jc w:val="both"/>
        <w:rPr>
          <w:rFonts w:cs="Times New Roman"/>
          <w:sz w:val="28"/>
          <w:szCs w:val="28"/>
        </w:rPr>
      </w:pPr>
      <w:r w:rsidRPr="009D26FD">
        <w:rPr>
          <w:rFonts w:cs="Times New Roman"/>
          <w:sz w:val="28"/>
          <w:szCs w:val="28"/>
        </w:rPr>
        <w:t>Đảm bảo an toàn tuyệt đối cho trẻ trong suốt thời gian trẻ trên lớp.</w:t>
      </w:r>
    </w:p>
    <w:p w14:paraId="1B088F77" w14:textId="63A58FB0" w:rsidR="00E4135F" w:rsidRPr="009D26FD" w:rsidRDefault="00E4135F" w:rsidP="009D26FD">
      <w:pPr>
        <w:spacing w:after="0"/>
        <w:ind w:firstLine="720"/>
        <w:jc w:val="both"/>
        <w:rPr>
          <w:rFonts w:cs="Times New Roman"/>
          <w:sz w:val="28"/>
          <w:szCs w:val="28"/>
        </w:rPr>
      </w:pPr>
      <w:r w:rsidRPr="009D26FD">
        <w:rPr>
          <w:rFonts w:cs="Times New Roman"/>
          <w:sz w:val="28"/>
          <w:szCs w:val="28"/>
        </w:rPr>
        <w:t>Thực hiện các nhiệm vụ khác khi được nhà trường phân công.</w:t>
      </w:r>
    </w:p>
    <w:p w14:paraId="3DFCEA94" w14:textId="7D721EBD" w:rsidR="00805AEB" w:rsidRPr="009D26FD" w:rsidRDefault="00805AEB" w:rsidP="009D26FD">
      <w:pPr>
        <w:spacing w:after="0"/>
        <w:ind w:firstLine="720"/>
        <w:jc w:val="both"/>
        <w:rPr>
          <w:sz w:val="28"/>
          <w:szCs w:val="28"/>
        </w:rPr>
      </w:pPr>
      <w:r w:rsidRPr="009D26FD">
        <w:rPr>
          <w:rFonts w:cs="Times New Roman"/>
          <w:sz w:val="28"/>
          <w:szCs w:val="28"/>
        </w:rPr>
        <w:t>Giáo viên thực hiện các công việc, nhiệm vụ chung của nhà trường khi được BGH phân công</w:t>
      </w:r>
      <w:r w:rsidR="001C10AD" w:rsidRPr="009D26FD">
        <w:rPr>
          <w:rFonts w:cs="Times New Roman"/>
          <w:sz w:val="28"/>
          <w:szCs w:val="28"/>
        </w:rPr>
        <w:t xml:space="preserve"> theo chức trách nhiệm vụ</w:t>
      </w:r>
      <w:r w:rsidRPr="009D26FD">
        <w:rPr>
          <w:rFonts w:cs="Times New Roman"/>
          <w:sz w:val="28"/>
          <w:szCs w:val="28"/>
        </w:rPr>
        <w:t>, Hiệu trưởng chỉ đạo nhằm mục đích phát triển nhà trường, lan tỏa các giá trị tích cực</w:t>
      </w:r>
      <w:r w:rsidR="00922570" w:rsidRPr="009D26FD">
        <w:rPr>
          <w:rFonts w:cs="Times New Roman"/>
          <w:sz w:val="28"/>
          <w:szCs w:val="28"/>
        </w:rPr>
        <w:t xml:space="preserve"> trong chăm sóc, nuôi dưỡng và giáo dục trẻ, các hoạt động của nhà trường</w:t>
      </w:r>
      <w:r w:rsidRPr="009D26FD">
        <w:rPr>
          <w:rFonts w:cs="Times New Roman"/>
          <w:sz w:val="28"/>
          <w:szCs w:val="28"/>
        </w:rPr>
        <w:t xml:space="preserve"> </w:t>
      </w:r>
      <w:r w:rsidR="00122D4F" w:rsidRPr="009D26FD">
        <w:rPr>
          <w:rFonts w:cs="Times New Roman"/>
          <w:sz w:val="28"/>
          <w:szCs w:val="28"/>
        </w:rPr>
        <w:t xml:space="preserve">để </w:t>
      </w:r>
      <w:r w:rsidRPr="009D26FD">
        <w:rPr>
          <w:rFonts w:cs="Times New Roman"/>
          <w:sz w:val="28"/>
          <w:szCs w:val="28"/>
        </w:rPr>
        <w:t>kết nối cộng đồng giáo dục</w:t>
      </w:r>
      <w:r w:rsidR="001C10AD" w:rsidRPr="009D26FD">
        <w:rPr>
          <w:rFonts w:cs="Times New Roman"/>
          <w:sz w:val="28"/>
          <w:szCs w:val="28"/>
        </w:rPr>
        <w:t>, xây dựng uy tín trong thực hiện nhiệm vụ qua các</w:t>
      </w:r>
      <w:r w:rsidRPr="009D26FD">
        <w:rPr>
          <w:rFonts w:cs="Times New Roman"/>
          <w:sz w:val="28"/>
          <w:szCs w:val="28"/>
        </w:rPr>
        <w:t xml:space="preserve"> thông tin chính thống trên </w:t>
      </w:r>
      <w:r w:rsidR="00922570" w:rsidRPr="009D26FD">
        <w:rPr>
          <w:sz w:val="28"/>
          <w:szCs w:val="28"/>
        </w:rPr>
        <w:t>trang fanpage (facebook chính thức) của nhà trường để lan tỏa nội dung, hình ảnh hoạt động của nhà trường.</w:t>
      </w:r>
    </w:p>
    <w:p w14:paraId="00EACCC4" w14:textId="618634B8" w:rsidR="00E4135F" w:rsidRPr="009D26FD" w:rsidRDefault="00E4135F" w:rsidP="009D26FD">
      <w:pPr>
        <w:spacing w:after="0"/>
        <w:ind w:firstLine="720"/>
        <w:jc w:val="both"/>
        <w:rPr>
          <w:b/>
          <w:bCs/>
          <w:sz w:val="28"/>
          <w:szCs w:val="28"/>
        </w:rPr>
      </w:pPr>
      <w:r w:rsidRPr="009D26FD">
        <w:rPr>
          <w:b/>
          <w:bCs/>
          <w:sz w:val="28"/>
          <w:szCs w:val="28"/>
        </w:rPr>
        <w:t xml:space="preserve">* Đối với nhân viên: </w:t>
      </w:r>
    </w:p>
    <w:p w14:paraId="77BBFD83" w14:textId="77777777" w:rsidR="00EB04EA" w:rsidRDefault="00000000" w:rsidP="009D26FD">
      <w:pPr>
        <w:spacing w:after="0"/>
        <w:ind w:firstLine="720"/>
        <w:jc w:val="both"/>
        <w:rPr>
          <w:rFonts w:cs="Times New Roman"/>
          <w:sz w:val="28"/>
          <w:szCs w:val="28"/>
        </w:rPr>
      </w:pPr>
      <w:r w:rsidRPr="009D26FD">
        <w:rPr>
          <w:rFonts w:cs="Times New Roman"/>
          <w:sz w:val="28"/>
          <w:szCs w:val="28"/>
        </w:rPr>
        <w:t>Nhân viên thực hiện nhiệm vụ chuyên môn theo vị trí việc làm: kế toán, y tế, văn thư, nuôi dưỡng, cấp dưỡng, bảo vệ và các nhiệm vụ khác được phân công; bảo đảm đúng quy trình, hồ sơ và chế độ báo cáo.</w:t>
      </w:r>
    </w:p>
    <w:p w14:paraId="115C2A02" w14:textId="60128C37" w:rsidR="008F15CF" w:rsidRPr="009D26FD" w:rsidRDefault="008F15CF" w:rsidP="008F15CF">
      <w:pPr>
        <w:spacing w:after="0" w:line="240" w:lineRule="auto"/>
        <w:ind w:firstLine="720"/>
        <w:jc w:val="both"/>
        <w:rPr>
          <w:rFonts w:cs="Times New Roman"/>
          <w:sz w:val="28"/>
          <w:szCs w:val="28"/>
        </w:rPr>
      </w:pPr>
      <w:r>
        <w:rPr>
          <w:rFonts w:cs="Times New Roman"/>
          <w:sz w:val="28"/>
          <w:szCs w:val="28"/>
        </w:rPr>
        <w:t>Nghiêm túc thực hiện đúng theo quyết định số 02/MNSM ngày 28/8/2026 về phân công nhiệm vụ cán bộ, giáo viên và nhân viên năm học 2026-2027</w:t>
      </w:r>
    </w:p>
    <w:p w14:paraId="162F516D" w14:textId="491E2DD6" w:rsidR="00C15488" w:rsidRPr="009D26FD" w:rsidRDefault="00C15488" w:rsidP="009D26FD">
      <w:pPr>
        <w:spacing w:after="0"/>
        <w:ind w:firstLine="720"/>
        <w:jc w:val="both"/>
        <w:rPr>
          <w:rFonts w:cs="Times New Roman"/>
          <w:sz w:val="28"/>
          <w:szCs w:val="28"/>
        </w:rPr>
      </w:pPr>
      <w:r w:rsidRPr="009D26FD">
        <w:rPr>
          <w:rFonts w:cs="Times New Roman"/>
          <w:sz w:val="28"/>
          <w:szCs w:val="28"/>
        </w:rPr>
        <w:t xml:space="preserve">Nghiêm túc thực </w:t>
      </w:r>
      <w:r w:rsidRPr="009D26FD">
        <w:rPr>
          <w:rFonts w:cs="Times New Roman"/>
          <w:color w:val="000000" w:themeColor="text1"/>
          <w:sz w:val="28"/>
          <w:szCs w:val="28"/>
        </w:rPr>
        <w:t xml:space="preserve">hiện đúng Bộ Quy tắc ứng xử số 05/MNSM ngày </w:t>
      </w:r>
      <w:r w:rsidR="00F70090">
        <w:rPr>
          <w:rFonts w:cs="Times New Roman"/>
          <w:color w:val="000000" w:themeColor="text1"/>
          <w:sz w:val="28"/>
          <w:szCs w:val="28"/>
        </w:rPr>
        <w:t>07</w:t>
      </w:r>
      <w:r w:rsidRPr="009D26FD">
        <w:rPr>
          <w:rFonts w:cs="Times New Roman"/>
          <w:color w:val="000000" w:themeColor="text1"/>
          <w:sz w:val="28"/>
          <w:szCs w:val="28"/>
        </w:rPr>
        <w:t xml:space="preserve">/9/2026 của nhà giáo Trường Mầm </w:t>
      </w:r>
      <w:proofErr w:type="gramStart"/>
      <w:r w:rsidRPr="009D26FD">
        <w:rPr>
          <w:rFonts w:cs="Times New Roman"/>
          <w:color w:val="000000" w:themeColor="text1"/>
          <w:sz w:val="28"/>
          <w:szCs w:val="28"/>
        </w:rPr>
        <w:t>non Sao Mai</w:t>
      </w:r>
      <w:proofErr w:type="gramEnd"/>
      <w:r w:rsidRPr="009D26FD">
        <w:rPr>
          <w:rFonts w:cs="Times New Roman"/>
          <w:color w:val="000000" w:themeColor="text1"/>
          <w:sz w:val="28"/>
          <w:szCs w:val="28"/>
        </w:rPr>
        <w:t xml:space="preserve"> năm 2026;</w:t>
      </w:r>
    </w:p>
    <w:p w14:paraId="01F970CC"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Chủ động phối hợp, hỗ trợ đồng nghiệp; sử dụng tiết kiệm, bảo quản tài sản; báo cáo ngay nguy cơ, sự cố, sai phạm hoặc vấn đề vượt thẩm quyền.</w:t>
      </w:r>
    </w:p>
    <w:p w14:paraId="60C7FA03" w14:textId="20E60A84" w:rsidR="00DC75EB" w:rsidRPr="009D26FD" w:rsidRDefault="00DC75EB" w:rsidP="009D26FD">
      <w:pPr>
        <w:spacing w:after="0"/>
        <w:ind w:firstLine="720"/>
        <w:jc w:val="both"/>
        <w:rPr>
          <w:rFonts w:cs="Times New Roman"/>
          <w:sz w:val="28"/>
          <w:szCs w:val="28"/>
        </w:rPr>
      </w:pPr>
      <w:r w:rsidRPr="009D26FD">
        <w:rPr>
          <w:rFonts w:cs="Times New Roman"/>
          <w:sz w:val="28"/>
          <w:szCs w:val="28"/>
        </w:rPr>
        <w:t xml:space="preserve">Nhân viên thực hiện các công việc, nhiệm vụ chung của nhà trường khi được BGH phân công theo chức trách nhiệm vụ, Hiệu trưởng chỉ đạo nhằm mục đích phát triển nhà trường, lan tỏa các giá trị tích cực trong chăm sóc, nuôi dưỡng và giáo dục trẻ, các hoạt động của nhà trường để kết nối cộng đồng giáo dục, xây dựng uy tín trong thực hiện nhiệm vụ qua các thông tin chính thống trên </w:t>
      </w:r>
      <w:r w:rsidRPr="009D26FD">
        <w:rPr>
          <w:sz w:val="28"/>
          <w:szCs w:val="28"/>
        </w:rPr>
        <w:t>trang fanpage (facebook chính thức) của nhà trường để lan tỏa nội dung, hình ảnh hoạt động của nhà trường.</w:t>
      </w:r>
    </w:p>
    <w:p w14:paraId="5968EC4B" w14:textId="77777777" w:rsidR="00EB04EA" w:rsidRPr="009D26FD" w:rsidRDefault="00000000" w:rsidP="009D26FD">
      <w:pPr>
        <w:pStyle w:val="Heading1"/>
        <w:spacing w:before="0"/>
        <w:ind w:firstLine="720"/>
        <w:jc w:val="both"/>
        <w:rPr>
          <w:rFonts w:ascii="Times New Roman" w:hAnsi="Times New Roman" w:cs="Times New Roman"/>
          <w:color w:val="auto"/>
          <w:sz w:val="28"/>
        </w:rPr>
      </w:pPr>
      <w:r w:rsidRPr="009D26FD">
        <w:rPr>
          <w:rFonts w:ascii="Times New Roman" w:hAnsi="Times New Roman" w:cs="Times New Roman"/>
          <w:color w:val="auto"/>
          <w:sz w:val="28"/>
        </w:rPr>
        <w:t>Chương III. CHẾ ĐỘ LÀM VIỆC VÀ KỶ LUẬT, KỶ CƯƠNG</w:t>
      </w:r>
    </w:p>
    <w:p w14:paraId="293DDD34"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9. Thời gian và giờ làm việc</w:t>
      </w:r>
    </w:p>
    <w:p w14:paraId="455BEA35" w14:textId="18723CF8" w:rsidR="00EB04EA" w:rsidRPr="009D26FD" w:rsidRDefault="00000000" w:rsidP="009D26FD">
      <w:pPr>
        <w:spacing w:after="0"/>
        <w:ind w:firstLine="720"/>
        <w:jc w:val="both"/>
        <w:rPr>
          <w:rFonts w:cs="Times New Roman"/>
          <w:sz w:val="28"/>
          <w:szCs w:val="28"/>
        </w:rPr>
      </w:pPr>
      <w:r w:rsidRPr="009D26FD">
        <w:rPr>
          <w:rFonts w:cs="Times New Roman"/>
          <w:sz w:val="28"/>
          <w:szCs w:val="28"/>
        </w:rPr>
        <w:t xml:space="preserve">Cán bộ, giáo viên, nhân viên thực hiện thời gian làm việc theo quy định </w:t>
      </w:r>
      <w:r w:rsidR="009B3548" w:rsidRPr="009D26FD">
        <w:rPr>
          <w:rFonts w:cs="Times New Roman"/>
          <w:sz w:val="28"/>
          <w:szCs w:val="28"/>
        </w:rPr>
        <w:t xml:space="preserve">tại thông tư 11/2026/TT-BGDĐT và theo các quy định </w:t>
      </w:r>
      <w:r w:rsidR="002B0CF3" w:rsidRPr="009D26FD">
        <w:rPr>
          <w:rFonts w:cs="Times New Roman"/>
          <w:sz w:val="28"/>
          <w:szCs w:val="28"/>
        </w:rPr>
        <w:t xml:space="preserve">pháp luật </w:t>
      </w:r>
      <w:r w:rsidR="009B3548" w:rsidRPr="009D26FD">
        <w:rPr>
          <w:rFonts w:cs="Times New Roman"/>
          <w:sz w:val="28"/>
          <w:szCs w:val="28"/>
        </w:rPr>
        <w:t>hiện hành, theo</w:t>
      </w:r>
      <w:r w:rsidRPr="009D26FD">
        <w:rPr>
          <w:rFonts w:cs="Times New Roman"/>
          <w:sz w:val="28"/>
          <w:szCs w:val="28"/>
        </w:rPr>
        <w:t xml:space="preserve"> kế hoạch năm </w:t>
      </w:r>
      <w:r w:rsidRPr="009D26FD">
        <w:rPr>
          <w:rFonts w:cs="Times New Roman"/>
          <w:sz w:val="28"/>
          <w:szCs w:val="28"/>
        </w:rPr>
        <w:lastRenderedPageBreak/>
        <w:t xml:space="preserve">học, </w:t>
      </w:r>
      <w:r w:rsidR="009B3548" w:rsidRPr="009D26FD">
        <w:rPr>
          <w:rFonts w:cs="Times New Roman"/>
          <w:sz w:val="28"/>
          <w:szCs w:val="28"/>
        </w:rPr>
        <w:t xml:space="preserve">khung thời gian năm học, </w:t>
      </w:r>
      <w:r w:rsidRPr="009D26FD">
        <w:rPr>
          <w:rFonts w:cs="Times New Roman"/>
          <w:sz w:val="28"/>
          <w:szCs w:val="28"/>
        </w:rPr>
        <w:t>lịch hoạt động của nhà trường và phân công cụ thể từng vị trí.</w:t>
      </w:r>
    </w:p>
    <w:p w14:paraId="7234D6AE" w14:textId="25A848C7" w:rsidR="00EB04EA" w:rsidRPr="009D26FD" w:rsidRDefault="00000000" w:rsidP="009D26FD">
      <w:pPr>
        <w:spacing w:after="0"/>
        <w:ind w:firstLine="720"/>
        <w:jc w:val="both"/>
        <w:rPr>
          <w:rFonts w:cs="Times New Roman"/>
          <w:sz w:val="28"/>
          <w:szCs w:val="28"/>
        </w:rPr>
      </w:pPr>
      <w:r w:rsidRPr="009D26FD">
        <w:rPr>
          <w:rFonts w:cs="Times New Roman"/>
          <w:sz w:val="28"/>
          <w:szCs w:val="28"/>
        </w:rPr>
        <w:t xml:space="preserve">Giáo viên phải có mặt </w:t>
      </w:r>
      <w:r w:rsidR="00E4135F" w:rsidRPr="009D26FD">
        <w:rPr>
          <w:rFonts w:cs="Times New Roman"/>
          <w:sz w:val="28"/>
          <w:szCs w:val="28"/>
        </w:rPr>
        <w:t xml:space="preserve">đúng </w:t>
      </w:r>
      <w:r w:rsidRPr="009D26FD">
        <w:rPr>
          <w:rFonts w:cs="Times New Roman"/>
          <w:sz w:val="28"/>
          <w:szCs w:val="28"/>
        </w:rPr>
        <w:t xml:space="preserve">giờ đón trẻ </w:t>
      </w:r>
      <w:r w:rsidR="00E4135F" w:rsidRPr="009D26FD">
        <w:rPr>
          <w:rFonts w:cs="Times New Roman"/>
          <w:sz w:val="28"/>
          <w:szCs w:val="28"/>
        </w:rPr>
        <w:t xml:space="preserve">theo </w:t>
      </w:r>
      <w:r w:rsidR="00003E65" w:rsidRPr="009D26FD">
        <w:rPr>
          <w:rFonts w:cs="Times New Roman"/>
          <w:sz w:val="28"/>
          <w:szCs w:val="28"/>
        </w:rPr>
        <w:t>quy định</w:t>
      </w:r>
      <w:r w:rsidR="00E4135F" w:rsidRPr="009D26FD">
        <w:rPr>
          <w:rFonts w:cs="Times New Roman"/>
          <w:sz w:val="28"/>
          <w:szCs w:val="28"/>
        </w:rPr>
        <w:t xml:space="preserve">, </w:t>
      </w:r>
      <w:r w:rsidRPr="009D26FD">
        <w:rPr>
          <w:rFonts w:cs="Times New Roman"/>
          <w:sz w:val="28"/>
          <w:szCs w:val="28"/>
        </w:rPr>
        <w:t>không đi muộn, về sớm, cắt xén thời gian chăm sóc,</w:t>
      </w:r>
      <w:r w:rsidR="00C15488" w:rsidRPr="009D26FD">
        <w:rPr>
          <w:rFonts w:cs="Times New Roman"/>
          <w:sz w:val="28"/>
          <w:szCs w:val="28"/>
        </w:rPr>
        <w:t xml:space="preserve"> nuôi dưỡng,</w:t>
      </w:r>
      <w:r w:rsidRPr="009D26FD">
        <w:rPr>
          <w:rFonts w:cs="Times New Roman"/>
          <w:sz w:val="28"/>
          <w:szCs w:val="28"/>
        </w:rPr>
        <w:t xml:space="preserve"> giáo dục trẻ.</w:t>
      </w:r>
    </w:p>
    <w:p w14:paraId="701CD2D6"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Thời gian đón, trả trẻ, ăn, ngủ, vệ sinh, hoạt động học, hoạt động chơi và hoạt động ngoài trời thực hiện theo chế độ sinh hoạt của từng độ tuổi và kế hoạch nhà trường.</w:t>
      </w:r>
    </w:p>
    <w:p w14:paraId="1CD13EE0" w14:textId="5920278A" w:rsidR="00EB04EA" w:rsidRPr="009D26FD" w:rsidRDefault="00000000" w:rsidP="009D26FD">
      <w:pPr>
        <w:spacing w:after="0"/>
        <w:ind w:firstLine="720"/>
        <w:jc w:val="both"/>
        <w:rPr>
          <w:rFonts w:cs="Times New Roman"/>
          <w:sz w:val="28"/>
          <w:szCs w:val="28"/>
        </w:rPr>
      </w:pPr>
      <w:r w:rsidRPr="009D26FD">
        <w:rPr>
          <w:rFonts w:cs="Times New Roman"/>
          <w:sz w:val="28"/>
          <w:szCs w:val="28"/>
        </w:rPr>
        <w:t>Việc nghỉ, đổi giờ, đổi lớp, đi công tác, tham gia tập huấn hoặc vắng mặt phải được báo cáo, xin phép và bố trí người thay thế theo thẩm quyền</w:t>
      </w:r>
      <w:r w:rsidR="00003E65" w:rsidRPr="009D26FD">
        <w:rPr>
          <w:rFonts w:cs="Times New Roman"/>
          <w:sz w:val="28"/>
          <w:szCs w:val="28"/>
        </w:rPr>
        <w:t xml:space="preserve"> nhà trường</w:t>
      </w:r>
      <w:r w:rsidRPr="009D26FD">
        <w:rPr>
          <w:rFonts w:cs="Times New Roman"/>
          <w:sz w:val="28"/>
          <w:szCs w:val="28"/>
        </w:rPr>
        <w:t>; không tự ý nghỉ hoặc tự ý nhờ người không được phân công trông trẻ.</w:t>
      </w:r>
    </w:p>
    <w:p w14:paraId="2265D6D7"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10. Thực hiện nhiệm vụ chuyên môn</w:t>
      </w:r>
    </w:p>
    <w:p w14:paraId="37EFCA2D" w14:textId="7DCD55EC" w:rsidR="00EB04EA" w:rsidRPr="009D26FD" w:rsidRDefault="00000000" w:rsidP="009D26FD">
      <w:pPr>
        <w:spacing w:after="0"/>
        <w:ind w:firstLine="720"/>
        <w:jc w:val="both"/>
        <w:rPr>
          <w:rFonts w:cs="Times New Roman"/>
          <w:sz w:val="28"/>
          <w:szCs w:val="28"/>
        </w:rPr>
      </w:pPr>
      <w:r w:rsidRPr="009D26FD">
        <w:rPr>
          <w:rFonts w:cs="Times New Roman"/>
          <w:sz w:val="28"/>
          <w:szCs w:val="28"/>
        </w:rPr>
        <w:t>Thực hiện Chương trình giáo dục mầm non</w:t>
      </w:r>
      <w:r w:rsidR="00C76011" w:rsidRPr="009D26FD">
        <w:rPr>
          <w:rFonts w:cs="Times New Roman"/>
          <w:sz w:val="28"/>
          <w:szCs w:val="28"/>
        </w:rPr>
        <w:t xml:space="preserve"> do BGD&amp;ĐT quy định</w:t>
      </w:r>
      <w:r w:rsidRPr="009D26FD">
        <w:rPr>
          <w:rFonts w:cs="Times New Roman"/>
          <w:sz w:val="28"/>
          <w:szCs w:val="28"/>
        </w:rPr>
        <w:t>,</w:t>
      </w:r>
      <w:r w:rsidR="00C76011" w:rsidRPr="009D26FD">
        <w:rPr>
          <w:rFonts w:cs="Times New Roman"/>
          <w:sz w:val="28"/>
          <w:szCs w:val="28"/>
        </w:rPr>
        <w:t xml:space="preserve"> các</w:t>
      </w:r>
      <w:r w:rsidRPr="009D26FD">
        <w:rPr>
          <w:rFonts w:cs="Times New Roman"/>
          <w:sz w:val="28"/>
          <w:szCs w:val="28"/>
        </w:rPr>
        <w:t xml:space="preserve"> kế hoạch giáo dục nhà trường, </w:t>
      </w:r>
      <w:r w:rsidR="00C76011" w:rsidRPr="009D26FD">
        <w:rPr>
          <w:rFonts w:cs="Times New Roman"/>
          <w:sz w:val="28"/>
          <w:szCs w:val="28"/>
        </w:rPr>
        <w:t xml:space="preserve">các kế hoạch chuyên đề nhà trường, </w:t>
      </w:r>
      <w:r w:rsidRPr="009D26FD">
        <w:rPr>
          <w:rFonts w:cs="Times New Roman"/>
          <w:sz w:val="28"/>
          <w:szCs w:val="28"/>
        </w:rPr>
        <w:t>kế hoạch tổ và kế hoạch giáo dục nhóm/lớp; bảo đảm phù hợp độ tuổi, điều kiện thực tế và quan điểm lấy trẻ làm trung tâm</w:t>
      </w:r>
      <w:r w:rsidR="00C76011" w:rsidRPr="009D26FD">
        <w:rPr>
          <w:rFonts w:cs="Times New Roman"/>
          <w:sz w:val="28"/>
          <w:szCs w:val="28"/>
        </w:rPr>
        <w:t xml:space="preserve">, khuyến khích lồng ghép tiếp cận giáo dục mầm non mới </w:t>
      </w:r>
      <w:r w:rsidR="00C15488" w:rsidRPr="009D26FD">
        <w:rPr>
          <w:rFonts w:cs="Times New Roman"/>
          <w:sz w:val="28"/>
          <w:szCs w:val="28"/>
        </w:rPr>
        <w:t xml:space="preserve">vào </w:t>
      </w:r>
      <w:r w:rsidR="00C76011" w:rsidRPr="009D26FD">
        <w:rPr>
          <w:rFonts w:cs="Times New Roman"/>
          <w:sz w:val="28"/>
          <w:szCs w:val="28"/>
        </w:rPr>
        <w:t>các hoạt động một cách phù hợp.</w:t>
      </w:r>
    </w:p>
    <w:p w14:paraId="052BF28C" w14:textId="61B25D0E" w:rsidR="00EB04EA" w:rsidRPr="009D26FD" w:rsidRDefault="00000000" w:rsidP="009D26FD">
      <w:pPr>
        <w:spacing w:after="0"/>
        <w:ind w:firstLine="720"/>
        <w:jc w:val="both"/>
        <w:rPr>
          <w:rFonts w:cs="Times New Roman"/>
          <w:sz w:val="28"/>
          <w:szCs w:val="28"/>
        </w:rPr>
      </w:pPr>
      <w:r w:rsidRPr="009D26FD">
        <w:rPr>
          <w:rFonts w:cs="Times New Roman"/>
          <w:sz w:val="28"/>
          <w:szCs w:val="28"/>
        </w:rPr>
        <w:t>Thực hiện nghiêm túc chế độ sinh hoạt</w:t>
      </w:r>
      <w:r w:rsidR="00927433" w:rsidRPr="009D26FD">
        <w:rPr>
          <w:rFonts w:cs="Times New Roman"/>
          <w:sz w:val="28"/>
          <w:szCs w:val="28"/>
        </w:rPr>
        <w:t xml:space="preserve"> chuyên môn</w:t>
      </w:r>
      <w:r w:rsidRPr="009D26FD">
        <w:rPr>
          <w:rFonts w:cs="Times New Roman"/>
          <w:sz w:val="28"/>
          <w:szCs w:val="28"/>
        </w:rPr>
        <w:t>, hồ sơ</w:t>
      </w:r>
      <w:r w:rsidR="00927433" w:rsidRPr="009D26FD">
        <w:rPr>
          <w:rFonts w:cs="Times New Roman"/>
          <w:sz w:val="28"/>
          <w:szCs w:val="28"/>
        </w:rPr>
        <w:t xml:space="preserve"> số, áp dụng công nghệ thông tin, chuyển đổi số</w:t>
      </w:r>
      <w:r w:rsidRPr="009D26FD">
        <w:rPr>
          <w:rFonts w:cs="Times New Roman"/>
          <w:sz w:val="28"/>
          <w:szCs w:val="28"/>
        </w:rPr>
        <w:t>, đánh giá sự phát triển của trẻ, công tác phổ cập</w:t>
      </w:r>
      <w:r w:rsidR="00927433" w:rsidRPr="009D26FD">
        <w:rPr>
          <w:rFonts w:cs="Times New Roman"/>
          <w:sz w:val="28"/>
          <w:szCs w:val="28"/>
        </w:rPr>
        <w:t xml:space="preserve"> xóa mù</w:t>
      </w:r>
      <w:r w:rsidRPr="009D26FD">
        <w:rPr>
          <w:rFonts w:cs="Times New Roman"/>
          <w:sz w:val="28"/>
          <w:szCs w:val="28"/>
        </w:rPr>
        <w:t>, huy động trẻ ra lớp, giáo dục hòa nhập và phối hợp với cha mẹ trẻ.</w:t>
      </w:r>
    </w:p>
    <w:p w14:paraId="0204A24E" w14:textId="2CFEBC06" w:rsidR="00EB04EA" w:rsidRPr="009D26FD" w:rsidRDefault="00000000" w:rsidP="009D26FD">
      <w:pPr>
        <w:spacing w:after="0"/>
        <w:ind w:firstLine="720"/>
        <w:jc w:val="both"/>
        <w:rPr>
          <w:rFonts w:cs="Times New Roman"/>
          <w:sz w:val="28"/>
          <w:szCs w:val="28"/>
        </w:rPr>
      </w:pPr>
      <w:r w:rsidRPr="009D26FD">
        <w:rPr>
          <w:rFonts w:cs="Times New Roman"/>
          <w:sz w:val="28"/>
          <w:szCs w:val="28"/>
        </w:rPr>
        <w:t>Không làm hồ sơ hình thức, sao chép thiếu thực chất, báo cáo sai sự thật hoặc đánh giá trẻ</w:t>
      </w:r>
      <w:r w:rsidR="00927433" w:rsidRPr="009D26FD">
        <w:rPr>
          <w:rFonts w:cs="Times New Roman"/>
          <w:sz w:val="28"/>
          <w:szCs w:val="28"/>
        </w:rPr>
        <w:t xml:space="preserve">, </w:t>
      </w:r>
      <w:r w:rsidR="000607A4" w:rsidRPr="009D26FD">
        <w:rPr>
          <w:rFonts w:cs="Times New Roman"/>
          <w:sz w:val="28"/>
          <w:szCs w:val="28"/>
        </w:rPr>
        <w:t>đ</w:t>
      </w:r>
      <w:r w:rsidR="00927433" w:rsidRPr="009D26FD">
        <w:rPr>
          <w:rFonts w:cs="Times New Roman"/>
          <w:sz w:val="28"/>
          <w:szCs w:val="28"/>
        </w:rPr>
        <w:t>ánh giá giáo viên trong tổ</w:t>
      </w:r>
      <w:r w:rsidRPr="009D26FD">
        <w:rPr>
          <w:rFonts w:cs="Times New Roman"/>
          <w:sz w:val="28"/>
          <w:szCs w:val="28"/>
        </w:rPr>
        <w:t xml:space="preserve"> không khách quan.</w:t>
      </w:r>
    </w:p>
    <w:p w14:paraId="06D33BB8" w14:textId="212AEBCF" w:rsidR="00EB04EA" w:rsidRPr="009D26FD" w:rsidRDefault="00000000" w:rsidP="009D26FD">
      <w:pPr>
        <w:spacing w:after="0"/>
        <w:ind w:firstLine="720"/>
        <w:jc w:val="both"/>
        <w:rPr>
          <w:rFonts w:cs="Times New Roman"/>
          <w:sz w:val="28"/>
          <w:szCs w:val="28"/>
        </w:rPr>
      </w:pPr>
      <w:r w:rsidRPr="009D26FD">
        <w:rPr>
          <w:rFonts w:cs="Times New Roman"/>
          <w:sz w:val="28"/>
          <w:szCs w:val="28"/>
        </w:rPr>
        <w:t>Ứng dụng công nghệ thông tin, hồ sơ số và học liệu số phù hợp; bảo đảm bảo mật thông tin cá nhân của trẻ, gia đình, đồng nghiệp và nhà trường</w:t>
      </w:r>
      <w:r w:rsidR="000607A4" w:rsidRPr="009D26FD">
        <w:rPr>
          <w:rFonts w:cs="Times New Roman"/>
          <w:sz w:val="28"/>
          <w:szCs w:val="28"/>
        </w:rPr>
        <w:t xml:space="preserve"> một cách nghiêm túc</w:t>
      </w:r>
      <w:r w:rsidR="004B1F58" w:rsidRPr="009D26FD">
        <w:rPr>
          <w:rFonts w:cs="Times New Roman"/>
          <w:sz w:val="28"/>
          <w:szCs w:val="28"/>
        </w:rPr>
        <w:t>, nếu vi phạm bị mức xử lý theo quy định của nhà trường.</w:t>
      </w:r>
    </w:p>
    <w:p w14:paraId="70A6A9DB"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11. Chế độ nghỉ và xử lý vắng mặt</w:t>
      </w:r>
    </w:p>
    <w:p w14:paraId="44CF273E"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Thực hiện chế độ nghỉ hằng năm, nghỉ lễ, nghỉ việc riêng, nghỉ ốm, nghỉ thai sản và các chế độ khác theo pháp luật hiện hành.</w:t>
      </w:r>
    </w:p>
    <w:p w14:paraId="5A21476B"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Trường hợp đột xuất phải báo ngay cho Hiệu trưởng hoặc Phó Hiệu trưởng được phân công; đồng thời cung cấp thông tin cần thiết để nhà trường bố trí thay thế, bảo đảm an toàn cho trẻ.</w:t>
      </w:r>
    </w:p>
    <w:p w14:paraId="49BDC22A"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Vắng mặt không phép, tự ý bỏ vị trí, bỏ lớp, không bàn giao nhiệm vụ hoặc gây ảnh hưởng đến an toàn, hoạt động của nhà trường được xem xét xử lý theo quy định.</w:t>
      </w:r>
    </w:p>
    <w:p w14:paraId="08C759FB" w14:textId="70D11AE1" w:rsidR="00BB1B01" w:rsidRPr="009D26FD" w:rsidRDefault="00BB1B01" w:rsidP="009D26FD">
      <w:pPr>
        <w:spacing w:after="0"/>
        <w:ind w:firstLine="720"/>
        <w:jc w:val="both"/>
        <w:rPr>
          <w:rFonts w:cs="Times New Roman"/>
          <w:sz w:val="28"/>
          <w:szCs w:val="28"/>
        </w:rPr>
      </w:pPr>
      <w:r w:rsidRPr="009D26FD">
        <w:rPr>
          <w:rFonts w:cs="Times New Roman"/>
          <w:sz w:val="28"/>
          <w:szCs w:val="28"/>
        </w:rPr>
        <w:t xml:space="preserve">Nghỉ bất kỳ lý do gì phải có giấy xin phép gửi </w:t>
      </w:r>
      <w:r w:rsidR="00C15488" w:rsidRPr="009D26FD">
        <w:rPr>
          <w:rFonts w:cs="Times New Roman"/>
          <w:sz w:val="28"/>
          <w:szCs w:val="28"/>
        </w:rPr>
        <w:t>về</w:t>
      </w:r>
      <w:r w:rsidRPr="009D26FD">
        <w:rPr>
          <w:rFonts w:cs="Times New Roman"/>
          <w:sz w:val="28"/>
          <w:szCs w:val="28"/>
        </w:rPr>
        <w:t xml:space="preserve"> nhà trường</w:t>
      </w:r>
    </w:p>
    <w:p w14:paraId="7BD1FF57" w14:textId="77777777" w:rsidR="00EB04EA" w:rsidRPr="009D26FD" w:rsidRDefault="00000000" w:rsidP="009D26FD">
      <w:pPr>
        <w:pStyle w:val="Heading1"/>
        <w:spacing w:before="0"/>
        <w:ind w:firstLine="720"/>
        <w:jc w:val="both"/>
        <w:rPr>
          <w:rFonts w:ascii="Times New Roman" w:hAnsi="Times New Roman" w:cs="Times New Roman"/>
          <w:color w:val="auto"/>
          <w:sz w:val="28"/>
        </w:rPr>
      </w:pPr>
      <w:r w:rsidRPr="009D26FD">
        <w:rPr>
          <w:rFonts w:ascii="Times New Roman" w:hAnsi="Times New Roman" w:cs="Times New Roman"/>
          <w:color w:val="auto"/>
          <w:sz w:val="28"/>
        </w:rPr>
        <w:t>Chương IV. CHẾ ĐỘ HỘI HỌP, SINH HOẠT VÀ THÔNG TIN BÁO CÁO</w:t>
      </w:r>
    </w:p>
    <w:p w14:paraId="423DA2B1" w14:textId="4F8A5A31"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1</w:t>
      </w:r>
      <w:r w:rsidR="00C15488" w:rsidRPr="009D26FD">
        <w:rPr>
          <w:rFonts w:ascii="Times New Roman" w:hAnsi="Times New Roman" w:cs="Times New Roman"/>
          <w:color w:val="auto"/>
          <w:szCs w:val="28"/>
        </w:rPr>
        <w:t>2</w:t>
      </w:r>
      <w:r w:rsidRPr="009D26FD">
        <w:rPr>
          <w:rFonts w:ascii="Times New Roman" w:hAnsi="Times New Roman" w:cs="Times New Roman"/>
          <w:color w:val="auto"/>
          <w:szCs w:val="28"/>
        </w:rPr>
        <w:t>. Chế độ hội họp</w:t>
      </w:r>
    </w:p>
    <w:p w14:paraId="51974454" w14:textId="244F1F0A" w:rsidR="00EB04EA" w:rsidRPr="009D26FD" w:rsidRDefault="00000000" w:rsidP="009D26FD">
      <w:pPr>
        <w:spacing w:after="0"/>
        <w:ind w:firstLine="720"/>
        <w:jc w:val="both"/>
        <w:rPr>
          <w:rFonts w:cs="Times New Roman"/>
          <w:sz w:val="28"/>
          <w:szCs w:val="28"/>
        </w:rPr>
      </w:pPr>
      <w:r w:rsidRPr="009D26FD">
        <w:rPr>
          <w:rFonts w:cs="Times New Roman"/>
          <w:sz w:val="28"/>
          <w:szCs w:val="28"/>
        </w:rPr>
        <w:t>Ban Giám hiệu giao ban định kỳ hằng tuần hoặc khi cần thiết để đánh giá tiến độ, giải quyết công việc và thống nhất chỉ đạo</w:t>
      </w:r>
      <w:r w:rsidR="00F57646" w:rsidRPr="009D26FD">
        <w:rPr>
          <w:rFonts w:cs="Times New Roman"/>
          <w:sz w:val="28"/>
          <w:szCs w:val="28"/>
        </w:rPr>
        <w:t xml:space="preserve"> chung</w:t>
      </w:r>
      <w:r w:rsidRPr="009D26FD">
        <w:rPr>
          <w:rFonts w:cs="Times New Roman"/>
          <w:sz w:val="28"/>
          <w:szCs w:val="28"/>
        </w:rPr>
        <w:t>.</w:t>
      </w:r>
    </w:p>
    <w:p w14:paraId="3325372A" w14:textId="05CE4E2C" w:rsidR="00EB04EA" w:rsidRPr="009D26FD" w:rsidRDefault="00000000" w:rsidP="009D26FD">
      <w:pPr>
        <w:spacing w:after="0"/>
        <w:ind w:firstLine="720"/>
        <w:jc w:val="both"/>
        <w:rPr>
          <w:rFonts w:cs="Times New Roman"/>
          <w:sz w:val="28"/>
          <w:szCs w:val="28"/>
        </w:rPr>
      </w:pPr>
      <w:r w:rsidRPr="009D26FD">
        <w:rPr>
          <w:rFonts w:cs="Times New Roman"/>
          <w:sz w:val="28"/>
          <w:szCs w:val="28"/>
        </w:rPr>
        <w:lastRenderedPageBreak/>
        <w:t>Họp hội đồng nhà trường, hội đồng sư phạm thực hiện định kỳ theo kế hoạch; thành viên tham dự đầy đủ, đúng giờ, chuẩn bị ý kiến và thực hiện kết luận</w:t>
      </w:r>
      <w:r w:rsidR="00F57646" w:rsidRPr="009D26FD">
        <w:rPr>
          <w:rFonts w:cs="Times New Roman"/>
          <w:sz w:val="28"/>
          <w:szCs w:val="28"/>
        </w:rPr>
        <w:t xml:space="preserve"> Hiệu trưởng</w:t>
      </w:r>
      <w:r w:rsidRPr="009D26FD">
        <w:rPr>
          <w:rFonts w:cs="Times New Roman"/>
          <w:sz w:val="28"/>
          <w:szCs w:val="28"/>
        </w:rPr>
        <w:t>.</w:t>
      </w:r>
    </w:p>
    <w:p w14:paraId="35C20845" w14:textId="0016285C" w:rsidR="00EB04EA" w:rsidRPr="009D26FD" w:rsidRDefault="00000000" w:rsidP="009D26FD">
      <w:pPr>
        <w:spacing w:after="0"/>
        <w:ind w:firstLine="720"/>
        <w:jc w:val="both"/>
        <w:rPr>
          <w:rFonts w:cs="Times New Roman"/>
          <w:sz w:val="28"/>
          <w:szCs w:val="28"/>
        </w:rPr>
      </w:pPr>
      <w:r w:rsidRPr="009D26FD">
        <w:rPr>
          <w:rFonts w:cs="Times New Roman"/>
          <w:sz w:val="28"/>
          <w:szCs w:val="28"/>
        </w:rPr>
        <w:t>Sinh hoạt tổ chuyên môn và tổ văn phòng thực hiện ít nhất 02 lần/tháng hoặc theo yêu cầu nhiệm vụ</w:t>
      </w:r>
      <w:r w:rsidR="00F57646" w:rsidRPr="009D26FD">
        <w:rPr>
          <w:rFonts w:cs="Times New Roman"/>
          <w:sz w:val="28"/>
          <w:szCs w:val="28"/>
        </w:rPr>
        <w:t xml:space="preserve"> bộ phận</w:t>
      </w:r>
      <w:r w:rsidRPr="009D26FD">
        <w:rPr>
          <w:rFonts w:cs="Times New Roman"/>
          <w:sz w:val="28"/>
          <w:szCs w:val="28"/>
        </w:rPr>
        <w:t>; nội dung phải thiết thực, có biên bản, kết luận và phân công thực hiện</w:t>
      </w:r>
      <w:r w:rsidR="00F57646" w:rsidRPr="009D26FD">
        <w:rPr>
          <w:rFonts w:cs="Times New Roman"/>
          <w:sz w:val="28"/>
          <w:szCs w:val="28"/>
        </w:rPr>
        <w:t xml:space="preserve"> hiệu quả</w:t>
      </w:r>
      <w:r w:rsidRPr="009D26FD">
        <w:rPr>
          <w:rFonts w:cs="Times New Roman"/>
          <w:sz w:val="28"/>
          <w:szCs w:val="28"/>
        </w:rPr>
        <w:t>.</w:t>
      </w:r>
    </w:p>
    <w:p w14:paraId="6FC419E0"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Sinh hoạt chuyên môn theo nghiên cứu bài học, dự giờ, thao giảng, chuyên đề, tập huấn và các cuộc họp đột xuất thực hiện theo kế hoạch hoặc triệu tập của người có thẩm quyền.</w:t>
      </w:r>
    </w:p>
    <w:p w14:paraId="5121AC45" w14:textId="303E0BF5"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1</w:t>
      </w:r>
      <w:r w:rsidR="00C15488" w:rsidRPr="009D26FD">
        <w:rPr>
          <w:rFonts w:ascii="Times New Roman" w:hAnsi="Times New Roman" w:cs="Times New Roman"/>
          <w:color w:val="auto"/>
          <w:szCs w:val="28"/>
        </w:rPr>
        <w:t>3</w:t>
      </w:r>
      <w:r w:rsidRPr="009D26FD">
        <w:rPr>
          <w:rFonts w:ascii="Times New Roman" w:hAnsi="Times New Roman" w:cs="Times New Roman"/>
          <w:color w:val="auto"/>
          <w:szCs w:val="28"/>
        </w:rPr>
        <w:t>. Chế độ lập và thực hiện kế hoạch</w:t>
      </w:r>
    </w:p>
    <w:p w14:paraId="13DAC3B0"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Kế hoạch nhà trường được xây dựng trên cơ sở nhiệm vụ năm học, chỉ đạo của cấp có thẩm quyền, điều kiện thực tế, nhu cầu của trẻ và nguồn lực nhà trường.</w:t>
      </w:r>
    </w:p>
    <w:p w14:paraId="4A91EAA3" w14:textId="575D7ADD" w:rsidR="00EB04EA" w:rsidRPr="009D26FD" w:rsidRDefault="00000000" w:rsidP="009D26FD">
      <w:pPr>
        <w:spacing w:after="0"/>
        <w:ind w:firstLine="720"/>
        <w:jc w:val="both"/>
        <w:rPr>
          <w:rFonts w:cs="Times New Roman"/>
          <w:sz w:val="28"/>
          <w:szCs w:val="28"/>
        </w:rPr>
      </w:pPr>
      <w:r w:rsidRPr="009D26FD">
        <w:rPr>
          <w:rFonts w:cs="Times New Roman"/>
          <w:sz w:val="28"/>
          <w:szCs w:val="28"/>
        </w:rPr>
        <w:t>Các bộ phận, tổ chuyên môn, giáo viên, nhân viên xây dựng kế hoạch the</w:t>
      </w:r>
      <w:r w:rsidR="00C15488" w:rsidRPr="009D26FD">
        <w:rPr>
          <w:rFonts w:cs="Times New Roman"/>
          <w:sz w:val="28"/>
          <w:szCs w:val="28"/>
        </w:rPr>
        <w:t>o</w:t>
      </w:r>
      <w:r w:rsidRPr="009D26FD">
        <w:rPr>
          <w:rFonts w:cs="Times New Roman"/>
          <w:sz w:val="28"/>
          <w:szCs w:val="28"/>
        </w:rPr>
        <w:t xml:space="preserve"> tuần, tháng, học kỳ, năm; xác định mục tiêu, nội dung, biện pháp, người thực hiện, thời gian và sản phẩm.</w:t>
      </w:r>
    </w:p>
    <w:p w14:paraId="5AE355CA"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Kế hoạch phải được trao đổi, góp ý, phê duyệt hoặc ban hành đúng thẩm quyền; khi có thay đổi phải báo cáo và điều chỉnh kịp thời.</w:t>
      </w:r>
    </w:p>
    <w:p w14:paraId="5E5F19C5" w14:textId="1AB1606C"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1</w:t>
      </w:r>
      <w:r w:rsidR="00C15488" w:rsidRPr="009D26FD">
        <w:rPr>
          <w:rFonts w:ascii="Times New Roman" w:hAnsi="Times New Roman" w:cs="Times New Roman"/>
          <w:color w:val="auto"/>
          <w:szCs w:val="28"/>
        </w:rPr>
        <w:t>4</w:t>
      </w:r>
      <w:r w:rsidRPr="009D26FD">
        <w:rPr>
          <w:rFonts w:ascii="Times New Roman" w:hAnsi="Times New Roman" w:cs="Times New Roman"/>
          <w:color w:val="auto"/>
          <w:szCs w:val="28"/>
        </w:rPr>
        <w:t>. Thông tin</w:t>
      </w:r>
      <w:r w:rsidR="00C15488" w:rsidRPr="009D26FD">
        <w:rPr>
          <w:rFonts w:ascii="Times New Roman" w:hAnsi="Times New Roman" w:cs="Times New Roman"/>
          <w:color w:val="auto"/>
          <w:szCs w:val="28"/>
        </w:rPr>
        <w:t xml:space="preserve"> tuyên truyền</w:t>
      </w:r>
      <w:r w:rsidRPr="009D26FD">
        <w:rPr>
          <w:rFonts w:ascii="Times New Roman" w:hAnsi="Times New Roman" w:cs="Times New Roman"/>
          <w:color w:val="auto"/>
          <w:szCs w:val="28"/>
        </w:rPr>
        <w:t>, báo cáo và quản lý văn bản</w:t>
      </w:r>
    </w:p>
    <w:p w14:paraId="016C9048"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Thực hiện báo cáo đúng biểu mẫu, thời hạn, số liệu trung thực; báo cáo đột xuất ngay khi xảy ra sự cố, nguy cơ mất an toàn, tai nạn, dịch bệnh, mất an toàn thực phẩm hoặc vấn đề vượt thẩm quyền.</w:t>
      </w:r>
    </w:p>
    <w:p w14:paraId="3CE7DB58"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Văn bản đến, đi, hồ sơ, biên bản, dữ liệu số được tiếp nhận, xử lý, lưu trữ và bảo mật theo quy định; không tự ý phát hành văn bản nhân danh nhà trường.</w:t>
      </w:r>
    </w:p>
    <w:p w14:paraId="7FAB16B8" w14:textId="3124CC65" w:rsidR="00C15488" w:rsidRPr="009D26FD" w:rsidRDefault="00000000" w:rsidP="009D26FD">
      <w:pPr>
        <w:spacing w:after="0"/>
        <w:ind w:firstLine="720"/>
        <w:jc w:val="both"/>
        <w:rPr>
          <w:rFonts w:cs="Times New Roman"/>
          <w:sz w:val="28"/>
          <w:szCs w:val="28"/>
        </w:rPr>
      </w:pPr>
      <w:r w:rsidRPr="009D26FD">
        <w:rPr>
          <w:rFonts w:cs="Times New Roman"/>
          <w:sz w:val="28"/>
          <w:szCs w:val="28"/>
        </w:rPr>
        <w:t xml:space="preserve">Thông tin chỉ đạo được truyền đạt qua các kênh chính thức; cá nhân có trách nhiệm </w:t>
      </w:r>
      <w:r w:rsidR="00C15488" w:rsidRPr="009D26FD">
        <w:rPr>
          <w:rFonts w:cs="Times New Roman"/>
          <w:sz w:val="28"/>
          <w:szCs w:val="28"/>
        </w:rPr>
        <w:t xml:space="preserve">quan tâm, </w:t>
      </w:r>
      <w:r w:rsidRPr="009D26FD">
        <w:rPr>
          <w:rFonts w:cs="Times New Roman"/>
          <w:sz w:val="28"/>
          <w:szCs w:val="28"/>
        </w:rPr>
        <w:t>theo dõi,</w:t>
      </w:r>
      <w:r w:rsidR="00C15488" w:rsidRPr="009D26FD">
        <w:rPr>
          <w:rFonts w:cs="Times New Roman"/>
          <w:sz w:val="28"/>
          <w:szCs w:val="28"/>
        </w:rPr>
        <w:t xml:space="preserve"> tương tác, lan tỏa hình ảnh</w:t>
      </w:r>
      <w:r w:rsidRPr="009D26FD">
        <w:rPr>
          <w:rFonts w:cs="Times New Roman"/>
          <w:sz w:val="28"/>
          <w:szCs w:val="28"/>
        </w:rPr>
        <w:t xml:space="preserve"> </w:t>
      </w:r>
      <w:r w:rsidR="00C15488" w:rsidRPr="009D26FD">
        <w:rPr>
          <w:rFonts w:cs="Times New Roman"/>
          <w:sz w:val="28"/>
          <w:szCs w:val="28"/>
        </w:rPr>
        <w:t>của nhà trường.</w:t>
      </w:r>
    </w:p>
    <w:p w14:paraId="34D95887" w14:textId="77777777" w:rsidR="00EB04EA" w:rsidRPr="009D26FD" w:rsidRDefault="00000000" w:rsidP="009D26FD">
      <w:pPr>
        <w:pStyle w:val="Heading1"/>
        <w:spacing w:before="0"/>
        <w:ind w:firstLine="720"/>
        <w:jc w:val="both"/>
        <w:rPr>
          <w:rFonts w:ascii="Times New Roman" w:hAnsi="Times New Roman" w:cs="Times New Roman"/>
          <w:color w:val="auto"/>
          <w:sz w:val="28"/>
        </w:rPr>
      </w:pPr>
      <w:r w:rsidRPr="009D26FD">
        <w:rPr>
          <w:rFonts w:ascii="Times New Roman" w:hAnsi="Times New Roman" w:cs="Times New Roman"/>
          <w:color w:val="auto"/>
          <w:sz w:val="28"/>
        </w:rPr>
        <w:t>Chương V. CÔNG TÁC CHĂM SÓC, NUÔI DƯỠNG, GIÁO DỤC VÀ BẢO ĐẢM AN TOÀN</w:t>
      </w:r>
    </w:p>
    <w:p w14:paraId="1125F116" w14:textId="69B44E6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1</w:t>
      </w:r>
      <w:r w:rsidR="001D6097" w:rsidRPr="009D26FD">
        <w:rPr>
          <w:rFonts w:ascii="Times New Roman" w:hAnsi="Times New Roman" w:cs="Times New Roman"/>
          <w:color w:val="auto"/>
          <w:szCs w:val="28"/>
        </w:rPr>
        <w:t>5</w:t>
      </w:r>
      <w:r w:rsidRPr="009D26FD">
        <w:rPr>
          <w:rFonts w:ascii="Times New Roman" w:hAnsi="Times New Roman" w:cs="Times New Roman"/>
          <w:color w:val="auto"/>
          <w:szCs w:val="28"/>
        </w:rPr>
        <w:t>. Chăm sóc, nuôi dưỡng và bán trú</w:t>
      </w:r>
    </w:p>
    <w:p w14:paraId="779E9BC0"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Thực hiện đúng chế độ ăn, khẩu phần, thực đơn, định lượng, vệ sinh cá nhân, ăn, ngủ, uống nước và chăm sóc trẻ theo quy định.</w:t>
      </w:r>
    </w:p>
    <w:p w14:paraId="1ACA0EE3"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Kiểm soát các khâu tiếp nhận, kiểm tra nguồn gốc, bảo quản, sơ chế, chế biến, chia ăn, kiểm thực ba bước và lưu mẫu thức ăn; kịp thời báo cáo khi có nguy cơ mất an toàn thực phẩm.</w:t>
      </w:r>
    </w:p>
    <w:p w14:paraId="54A9D0F0"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Không ép trẻ ăn, uống, ngủ hoặc đi vệ sinh bằng bạo lực, đe dọa; phối hợp với cha mẹ trẻ và nhân viên y tế khi trẻ có dấu hiệu bất thường.</w:t>
      </w:r>
    </w:p>
    <w:p w14:paraId="11C1630D"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Thực hiện cân, đo, theo dõi biểu đồ tăng trưởng, chăm sóc trẻ suy dinh dưỡng, thừa cân, béo phì và các trường hợp cần hỗ trợ.</w:t>
      </w:r>
    </w:p>
    <w:p w14:paraId="4301B7B9" w14:textId="79C145F3"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lastRenderedPageBreak/>
        <w:t>Điều 1</w:t>
      </w:r>
      <w:r w:rsidR="001D6097" w:rsidRPr="009D26FD">
        <w:rPr>
          <w:rFonts w:ascii="Times New Roman" w:hAnsi="Times New Roman" w:cs="Times New Roman"/>
          <w:color w:val="auto"/>
          <w:szCs w:val="28"/>
        </w:rPr>
        <w:t>6</w:t>
      </w:r>
      <w:r w:rsidRPr="009D26FD">
        <w:rPr>
          <w:rFonts w:ascii="Times New Roman" w:hAnsi="Times New Roman" w:cs="Times New Roman"/>
          <w:color w:val="auto"/>
          <w:szCs w:val="28"/>
        </w:rPr>
        <w:t>. Bảo đảm an toàn và bảo vệ trẻ</w:t>
      </w:r>
    </w:p>
    <w:p w14:paraId="33F2116B"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Thường xuyên rà soát lớp học, sân chơi, đồ dùng, đồ chơi, thiết bị, bếp ăn, nguồn nước, điện, cổng, hàng rào và các khu vực có nguy cơ mất an toàn.</w:t>
      </w:r>
    </w:p>
    <w:p w14:paraId="68930E36"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Giáo viên, nhân viên phải giám sát trẻ liên tục trong thời gian được giao; không để trẻ đi khỏi khu vực, giao trẻ cho người không có trách nhiệm hoặc trả trẻ sai quy định.</w:t>
      </w:r>
    </w:p>
    <w:p w14:paraId="6C950D60"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Khi xảy ra sự cố: ưu tiên bảo vệ trẻ, sơ cứu và xử lý theo quy trình; báo cáo ngay cán bộ quản lý, y tế, cha mẹ trẻ và cơ quan có thẩm quyền khi cần.</w:t>
      </w:r>
    </w:p>
    <w:p w14:paraId="2D2EFAF6"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 xml:space="preserve">Thực hiện phòng cháy chữa cháy, phòng chống tai nạn thương tích, phòng chống dịch bệnh, </w:t>
      </w:r>
      <w:proofErr w:type="gramStart"/>
      <w:r w:rsidRPr="009D26FD">
        <w:rPr>
          <w:rFonts w:cs="Times New Roman"/>
          <w:sz w:val="28"/>
          <w:szCs w:val="28"/>
        </w:rPr>
        <w:t>an</w:t>
      </w:r>
      <w:proofErr w:type="gramEnd"/>
      <w:r w:rsidRPr="009D26FD">
        <w:rPr>
          <w:rFonts w:cs="Times New Roman"/>
          <w:sz w:val="28"/>
          <w:szCs w:val="28"/>
        </w:rPr>
        <w:t xml:space="preserve"> toàn giao thông, bảo vệ trẻ em và giáo dục kỹ năng an toàn phù hợp độ tuổi.</w:t>
      </w:r>
    </w:p>
    <w:p w14:paraId="7E5E762C" w14:textId="14CCB774"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1</w:t>
      </w:r>
      <w:r w:rsidR="001D6097" w:rsidRPr="009D26FD">
        <w:rPr>
          <w:rFonts w:ascii="Times New Roman" w:hAnsi="Times New Roman" w:cs="Times New Roman"/>
          <w:color w:val="auto"/>
          <w:szCs w:val="28"/>
        </w:rPr>
        <w:t>7</w:t>
      </w:r>
      <w:r w:rsidRPr="009D26FD">
        <w:rPr>
          <w:rFonts w:ascii="Times New Roman" w:hAnsi="Times New Roman" w:cs="Times New Roman"/>
          <w:color w:val="auto"/>
          <w:szCs w:val="28"/>
        </w:rPr>
        <w:t>. Phối hợp với cha mẹ trẻ và cộng đồng</w:t>
      </w:r>
    </w:p>
    <w:p w14:paraId="08E868C7"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Trao đổi thường xuyên, trung thực, khách quan về sức khỏe, ăn, ngủ, vệ sinh, học tập và sự phát triển của trẻ; tôn trọng, lắng nghe và giải thích phù hợp.</w:t>
      </w:r>
    </w:p>
    <w:p w14:paraId="57085842"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Không ép buộc đóng góp, không gây áp lực, không nhận lợi ích trái quy định; việc huy động nguồn lực phải tự nguyện, công khai, đúng quy định.</w:t>
      </w:r>
    </w:p>
    <w:p w14:paraId="762EBE21"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Phối hợp với chính quyền địa phương, y tế, các tổ chức đoàn thể và cộng đồng để nâng cao chất lượng chăm sóc, giáo dục, bảo vệ trẻ.</w:t>
      </w:r>
    </w:p>
    <w:p w14:paraId="7A40F63D" w14:textId="77777777" w:rsidR="00EB04EA" w:rsidRPr="009D26FD" w:rsidRDefault="00000000" w:rsidP="009D26FD">
      <w:pPr>
        <w:pStyle w:val="Heading1"/>
        <w:spacing w:before="0"/>
        <w:ind w:firstLine="720"/>
        <w:jc w:val="both"/>
        <w:rPr>
          <w:rFonts w:ascii="Times New Roman" w:hAnsi="Times New Roman" w:cs="Times New Roman"/>
          <w:color w:val="auto"/>
          <w:sz w:val="28"/>
        </w:rPr>
      </w:pPr>
      <w:r w:rsidRPr="009D26FD">
        <w:rPr>
          <w:rFonts w:ascii="Times New Roman" w:hAnsi="Times New Roman" w:cs="Times New Roman"/>
          <w:color w:val="auto"/>
          <w:sz w:val="28"/>
        </w:rPr>
        <w:t>Chương VI. TÀI CHÍNH, TÀI SẢN, CƠ SỞ VẬT CHẤT VÀ CHUYỂN ĐỔI SỐ</w:t>
      </w:r>
    </w:p>
    <w:p w14:paraId="293384E9" w14:textId="6C0CBA52"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1</w:t>
      </w:r>
      <w:r w:rsidR="001D6097" w:rsidRPr="009D26FD">
        <w:rPr>
          <w:rFonts w:ascii="Times New Roman" w:hAnsi="Times New Roman" w:cs="Times New Roman"/>
          <w:color w:val="auto"/>
          <w:szCs w:val="28"/>
        </w:rPr>
        <w:t>8</w:t>
      </w:r>
      <w:r w:rsidRPr="009D26FD">
        <w:rPr>
          <w:rFonts w:ascii="Times New Roman" w:hAnsi="Times New Roman" w:cs="Times New Roman"/>
          <w:color w:val="auto"/>
          <w:szCs w:val="28"/>
        </w:rPr>
        <w:t>. Quản lý tài chính, tài sản</w:t>
      </w:r>
    </w:p>
    <w:p w14:paraId="387EB723"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Quản lý, sử dụng ngân sách, các nguồn thu, chi, tài sản công, trang thiết bị, đồ dùng, đồ chơi đúng mục đích, tiêu chuẩn, định mức, thẩm quyền và quy định công khai.</w:t>
      </w:r>
    </w:p>
    <w:p w14:paraId="7044810B" w14:textId="0B6C126A" w:rsidR="00EB04EA" w:rsidRPr="009D26FD" w:rsidRDefault="00000000" w:rsidP="009D26FD">
      <w:pPr>
        <w:spacing w:after="0"/>
        <w:ind w:firstLine="720"/>
        <w:jc w:val="both"/>
        <w:rPr>
          <w:rFonts w:cs="Times New Roman"/>
          <w:sz w:val="28"/>
          <w:szCs w:val="28"/>
        </w:rPr>
      </w:pPr>
      <w:r w:rsidRPr="009D26FD">
        <w:rPr>
          <w:rFonts w:cs="Times New Roman"/>
          <w:sz w:val="28"/>
          <w:szCs w:val="28"/>
        </w:rPr>
        <w:t>Cá nhân, bộ phận được giao quản lý tài sản</w:t>
      </w:r>
      <w:r w:rsidR="004003DA" w:rsidRPr="009D26FD">
        <w:rPr>
          <w:rFonts w:cs="Times New Roman"/>
          <w:sz w:val="28"/>
          <w:szCs w:val="28"/>
        </w:rPr>
        <w:t xml:space="preserve">, cơ sở vật chất </w:t>
      </w:r>
      <w:r w:rsidRPr="009D26FD">
        <w:rPr>
          <w:rFonts w:cs="Times New Roman"/>
          <w:sz w:val="28"/>
          <w:szCs w:val="28"/>
        </w:rPr>
        <w:t>phải bảo quản, sử dụng tiết kiệm; báo cáo ngay khi hư hỏng, mất mát hoặc có nguy cơ mất an toàn.</w:t>
      </w:r>
    </w:p>
    <w:p w14:paraId="0F178034" w14:textId="77B8A552" w:rsidR="00EB04EA" w:rsidRPr="009D26FD" w:rsidRDefault="00E85010" w:rsidP="009D26FD">
      <w:pPr>
        <w:spacing w:after="0"/>
        <w:ind w:firstLine="720"/>
        <w:jc w:val="both"/>
        <w:rPr>
          <w:rFonts w:cs="Times New Roman"/>
          <w:sz w:val="28"/>
          <w:szCs w:val="28"/>
        </w:rPr>
      </w:pPr>
      <w:r w:rsidRPr="009D26FD">
        <w:rPr>
          <w:rFonts w:cs="Times New Roman"/>
          <w:sz w:val="28"/>
          <w:szCs w:val="28"/>
        </w:rPr>
        <w:t>Tuyệt đối không tự ý mua sắm, thanh lý, điều chuyển, cho mượn hoặc sử dụng tài sản nhà trường vào việc riêng khi chưa được phép</w:t>
      </w:r>
      <w:r w:rsidR="00F6597A" w:rsidRPr="009D26FD">
        <w:rPr>
          <w:rFonts w:cs="Times New Roman"/>
          <w:sz w:val="28"/>
          <w:szCs w:val="28"/>
        </w:rPr>
        <w:t xml:space="preserve"> sẽ</w:t>
      </w:r>
      <w:r w:rsidR="004003DA" w:rsidRPr="009D26FD">
        <w:rPr>
          <w:rFonts w:cs="Times New Roman"/>
          <w:sz w:val="28"/>
          <w:szCs w:val="28"/>
        </w:rPr>
        <w:t xml:space="preserve"> bị xử lý theo quy định.</w:t>
      </w:r>
    </w:p>
    <w:p w14:paraId="139E1273" w14:textId="78D1FAED"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 xml:space="preserve">Điều </w:t>
      </w:r>
      <w:r w:rsidR="00B1677A" w:rsidRPr="009D26FD">
        <w:rPr>
          <w:rFonts w:ascii="Times New Roman" w:hAnsi="Times New Roman" w:cs="Times New Roman"/>
          <w:color w:val="auto"/>
          <w:szCs w:val="28"/>
        </w:rPr>
        <w:t>19</w:t>
      </w:r>
      <w:r w:rsidRPr="009D26FD">
        <w:rPr>
          <w:rFonts w:ascii="Times New Roman" w:hAnsi="Times New Roman" w:cs="Times New Roman"/>
          <w:color w:val="auto"/>
          <w:szCs w:val="28"/>
        </w:rPr>
        <w:t>. Ứng dụng công nghệ thông tin và bảo mật dữ liệu</w:t>
      </w:r>
    </w:p>
    <w:p w14:paraId="32368B2A" w14:textId="14487467" w:rsidR="00EB04EA" w:rsidRPr="009D26FD" w:rsidRDefault="00000000" w:rsidP="009D26FD">
      <w:pPr>
        <w:spacing w:after="0"/>
        <w:ind w:firstLine="720"/>
        <w:jc w:val="both"/>
        <w:rPr>
          <w:rFonts w:cs="Times New Roman"/>
          <w:sz w:val="28"/>
          <w:szCs w:val="28"/>
        </w:rPr>
      </w:pPr>
      <w:r w:rsidRPr="009D26FD">
        <w:rPr>
          <w:rFonts w:cs="Times New Roman"/>
          <w:sz w:val="28"/>
          <w:szCs w:val="28"/>
        </w:rPr>
        <w:t xml:space="preserve">Thực hiện chuyển đổi số, </w:t>
      </w:r>
      <w:r w:rsidR="00AB4E01" w:rsidRPr="009D26FD">
        <w:rPr>
          <w:rFonts w:cs="Times New Roman"/>
          <w:sz w:val="28"/>
          <w:szCs w:val="28"/>
        </w:rPr>
        <w:t xml:space="preserve">công nghệ thông tin, </w:t>
      </w:r>
      <w:r w:rsidRPr="009D26FD">
        <w:rPr>
          <w:rFonts w:cs="Times New Roman"/>
          <w:sz w:val="28"/>
          <w:szCs w:val="28"/>
        </w:rPr>
        <w:t xml:space="preserve">sử dụng phần mềm quản lý, hồ sơ số, thư điện tử </w:t>
      </w:r>
      <w:r w:rsidR="00AB4E01" w:rsidRPr="009D26FD">
        <w:rPr>
          <w:rFonts w:cs="Times New Roman"/>
          <w:sz w:val="28"/>
          <w:szCs w:val="28"/>
        </w:rPr>
        <w:t xml:space="preserve">các trang </w:t>
      </w:r>
      <w:r w:rsidR="00AB4E01" w:rsidRPr="009D26FD">
        <w:rPr>
          <w:sz w:val="28"/>
          <w:szCs w:val="28"/>
        </w:rPr>
        <w:t>fanpage (facebook chính thức</w:t>
      </w:r>
      <w:r w:rsidR="00AB4E01" w:rsidRPr="009D26FD">
        <w:rPr>
          <w:rFonts w:cs="Times New Roman"/>
          <w:sz w:val="28"/>
          <w:szCs w:val="28"/>
        </w:rPr>
        <w:t xml:space="preserve">) </w:t>
      </w:r>
      <w:r w:rsidRPr="009D26FD">
        <w:rPr>
          <w:rFonts w:cs="Times New Roman"/>
          <w:sz w:val="28"/>
          <w:szCs w:val="28"/>
        </w:rPr>
        <w:t>và các nền tảng được nhà trường cho phép.</w:t>
      </w:r>
    </w:p>
    <w:p w14:paraId="71858560" w14:textId="06A93053" w:rsidR="00EB04EA" w:rsidRPr="009D26FD" w:rsidRDefault="00000000" w:rsidP="009D26FD">
      <w:pPr>
        <w:spacing w:after="0"/>
        <w:ind w:firstLine="720"/>
        <w:jc w:val="both"/>
        <w:rPr>
          <w:rFonts w:cs="Times New Roman"/>
          <w:sz w:val="28"/>
          <w:szCs w:val="28"/>
        </w:rPr>
      </w:pPr>
      <w:r w:rsidRPr="009D26FD">
        <w:rPr>
          <w:rFonts w:cs="Times New Roman"/>
          <w:sz w:val="28"/>
          <w:szCs w:val="28"/>
        </w:rPr>
        <w:t>Bảo vệ tài khoản, mật khẩu, dữ liệu trẻ em, hình ảnh</w:t>
      </w:r>
      <w:r w:rsidR="00523ABC" w:rsidRPr="009D26FD">
        <w:rPr>
          <w:rFonts w:cs="Times New Roman"/>
          <w:sz w:val="28"/>
          <w:szCs w:val="28"/>
        </w:rPr>
        <w:t xml:space="preserve"> nhà trường</w:t>
      </w:r>
      <w:r w:rsidRPr="009D26FD">
        <w:rPr>
          <w:rFonts w:cs="Times New Roman"/>
          <w:sz w:val="28"/>
          <w:szCs w:val="28"/>
        </w:rPr>
        <w:t>, hồ sơ viên chức và thông tin nội bộ</w:t>
      </w:r>
      <w:r w:rsidR="00523ABC" w:rsidRPr="009D26FD">
        <w:rPr>
          <w:rFonts w:cs="Times New Roman"/>
          <w:sz w:val="28"/>
          <w:szCs w:val="28"/>
        </w:rPr>
        <w:t xml:space="preserve"> của trường</w:t>
      </w:r>
      <w:r w:rsidRPr="009D26FD">
        <w:rPr>
          <w:rFonts w:cs="Times New Roman"/>
          <w:sz w:val="28"/>
          <w:szCs w:val="28"/>
        </w:rPr>
        <w:t xml:space="preserve">; không chia sẻ cho người không </w:t>
      </w:r>
      <w:r w:rsidR="00D33DE6" w:rsidRPr="009D26FD">
        <w:rPr>
          <w:rFonts w:cs="Times New Roman"/>
          <w:sz w:val="28"/>
          <w:szCs w:val="28"/>
        </w:rPr>
        <w:t xml:space="preserve">liên quan, không </w:t>
      </w:r>
      <w:r w:rsidRPr="009D26FD">
        <w:rPr>
          <w:rFonts w:cs="Times New Roman"/>
          <w:sz w:val="28"/>
          <w:szCs w:val="28"/>
        </w:rPr>
        <w:t>có thẩm quyền.</w:t>
      </w:r>
    </w:p>
    <w:p w14:paraId="2A5A99C7"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Thông tin đăng tải trên mạng xã hội phải chính xác, phù hợp chuẩn mực nhà giáo, không làm lộ bí mật, không xúc phạm hoặc gây ảnh hưởng uy tín cá nhân, tập thể.</w:t>
      </w:r>
    </w:p>
    <w:p w14:paraId="70CA4254" w14:textId="77777777" w:rsidR="00EB04EA" w:rsidRPr="009D26FD" w:rsidRDefault="00000000" w:rsidP="009D26FD">
      <w:pPr>
        <w:pStyle w:val="Heading1"/>
        <w:spacing w:before="0"/>
        <w:ind w:firstLine="720"/>
        <w:jc w:val="both"/>
        <w:rPr>
          <w:rFonts w:ascii="Times New Roman" w:hAnsi="Times New Roman" w:cs="Times New Roman"/>
          <w:color w:val="auto"/>
          <w:sz w:val="28"/>
        </w:rPr>
      </w:pPr>
      <w:r w:rsidRPr="009D26FD">
        <w:rPr>
          <w:rFonts w:ascii="Times New Roman" w:hAnsi="Times New Roman" w:cs="Times New Roman"/>
          <w:color w:val="auto"/>
          <w:sz w:val="28"/>
        </w:rPr>
        <w:lastRenderedPageBreak/>
        <w:t>Chương VII. KIỂM TRA, ĐÁNH GIÁ, THI ĐUA VÀ XỬ LÝ VI PHẠM</w:t>
      </w:r>
    </w:p>
    <w:p w14:paraId="1A5F84F5"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21. Kiểm tra và đánh giá</w:t>
      </w:r>
    </w:p>
    <w:p w14:paraId="5D7C68F8" w14:textId="54998A16" w:rsidR="00EB04EA" w:rsidRPr="009D26FD" w:rsidRDefault="00000000" w:rsidP="009D26FD">
      <w:pPr>
        <w:spacing w:after="0"/>
        <w:ind w:firstLine="720"/>
        <w:jc w:val="both"/>
        <w:rPr>
          <w:rFonts w:cs="Times New Roman"/>
          <w:sz w:val="28"/>
          <w:szCs w:val="28"/>
        </w:rPr>
      </w:pPr>
      <w:r w:rsidRPr="009D26FD">
        <w:rPr>
          <w:rFonts w:cs="Times New Roman"/>
          <w:sz w:val="28"/>
          <w:szCs w:val="28"/>
        </w:rPr>
        <w:t>Nhà trường kiểm tra thường xuyên, định kỳ, đột xuất việc thực hiện nhiệm vụ, quy chế chuyên môn, hồ sơ</w:t>
      </w:r>
      <w:r w:rsidR="00985A0C" w:rsidRPr="009D26FD">
        <w:rPr>
          <w:rFonts w:cs="Times New Roman"/>
          <w:sz w:val="28"/>
          <w:szCs w:val="28"/>
        </w:rPr>
        <w:t xml:space="preserve"> sổ sách</w:t>
      </w:r>
      <w:r w:rsidRPr="009D26FD">
        <w:rPr>
          <w:rFonts w:cs="Times New Roman"/>
          <w:sz w:val="28"/>
          <w:szCs w:val="28"/>
        </w:rPr>
        <w:t xml:space="preserve">, giờ giấc, </w:t>
      </w:r>
      <w:proofErr w:type="gramStart"/>
      <w:r w:rsidRPr="009D26FD">
        <w:rPr>
          <w:rFonts w:cs="Times New Roman"/>
          <w:sz w:val="28"/>
          <w:szCs w:val="28"/>
        </w:rPr>
        <w:t>an</w:t>
      </w:r>
      <w:proofErr w:type="gramEnd"/>
      <w:r w:rsidRPr="009D26FD">
        <w:rPr>
          <w:rFonts w:cs="Times New Roman"/>
          <w:sz w:val="28"/>
          <w:szCs w:val="28"/>
        </w:rPr>
        <w:t xml:space="preserve"> toàn, bán trú, tài chính, tài sản và quy tắc ứng xử</w:t>
      </w:r>
      <w:r w:rsidR="00985A0C" w:rsidRPr="009D26FD">
        <w:rPr>
          <w:rFonts w:cs="Times New Roman"/>
          <w:sz w:val="28"/>
          <w:szCs w:val="28"/>
        </w:rPr>
        <w:t xml:space="preserve">, </w:t>
      </w:r>
      <w:r w:rsidR="002D5FF0" w:rsidRPr="009D26FD">
        <w:rPr>
          <w:rFonts w:cs="Times New Roman"/>
          <w:sz w:val="28"/>
          <w:szCs w:val="28"/>
        </w:rPr>
        <w:t xml:space="preserve">thực hiện nhiệm vụ trên </w:t>
      </w:r>
      <w:r w:rsidR="00985A0C" w:rsidRPr="009D26FD">
        <w:rPr>
          <w:rFonts w:cs="Times New Roman"/>
          <w:sz w:val="28"/>
          <w:szCs w:val="28"/>
        </w:rPr>
        <w:t xml:space="preserve">các trang </w:t>
      </w:r>
      <w:r w:rsidR="00985A0C" w:rsidRPr="009D26FD">
        <w:rPr>
          <w:sz w:val="28"/>
          <w:szCs w:val="28"/>
        </w:rPr>
        <w:t>fanpage (facebook chính thức của nhà trường</w:t>
      </w:r>
      <w:r w:rsidR="00985A0C" w:rsidRPr="009D26FD">
        <w:rPr>
          <w:rFonts w:cs="Times New Roman"/>
          <w:sz w:val="28"/>
          <w:szCs w:val="28"/>
        </w:rPr>
        <w:t>)</w:t>
      </w:r>
    </w:p>
    <w:p w14:paraId="08D3D441"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Đánh giá phải khách quan, công bằng, dựa trên nhiệm vụ được giao, minh chứng, chất lượng và hiệu quả; kết hợp tự đánh giá, đánh giá của tổ và đánh giá của cán bộ quản lý.</w:t>
      </w:r>
    </w:p>
    <w:p w14:paraId="41827324"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Kết quả kiểm tra được thông báo, góp ý, yêu cầu khắc phục và theo dõi việc thực hiện; trường hợp cần thiết lập biên bản và báo cáo cấp có thẩm quyền.</w:t>
      </w:r>
    </w:p>
    <w:p w14:paraId="44880864"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22. Thi đua, khen thưởng và xử lý vi phạm</w:t>
      </w:r>
    </w:p>
    <w:p w14:paraId="31B6B5C7" w14:textId="3A098ED9" w:rsidR="00EB04EA" w:rsidRPr="009D26FD" w:rsidRDefault="00000000" w:rsidP="009D26FD">
      <w:pPr>
        <w:spacing w:after="0"/>
        <w:ind w:firstLine="720"/>
        <w:jc w:val="both"/>
        <w:rPr>
          <w:rFonts w:cs="Times New Roman"/>
          <w:sz w:val="28"/>
          <w:szCs w:val="28"/>
        </w:rPr>
      </w:pPr>
      <w:r w:rsidRPr="009D26FD">
        <w:rPr>
          <w:rFonts w:cs="Times New Roman"/>
          <w:sz w:val="28"/>
          <w:szCs w:val="28"/>
        </w:rPr>
        <w:t xml:space="preserve">Cá nhân, tập thể thực hiện tốt nhiệm vụ, có sáng kiến, tinh thần trách nhiệm, phối hợp hiệu quả, </w:t>
      </w:r>
      <w:r w:rsidR="0096608A" w:rsidRPr="009D26FD">
        <w:rPr>
          <w:rFonts w:cs="Times New Roman"/>
          <w:sz w:val="28"/>
          <w:szCs w:val="28"/>
        </w:rPr>
        <w:t xml:space="preserve">đoàn kết nội bộ, thực hiện quy tắc ứng xử, </w:t>
      </w:r>
      <w:r w:rsidRPr="009D26FD">
        <w:rPr>
          <w:rFonts w:cs="Times New Roman"/>
          <w:sz w:val="28"/>
          <w:szCs w:val="28"/>
        </w:rPr>
        <w:t xml:space="preserve">bảo đảm an toàn và đóng góp tích cực </w:t>
      </w:r>
      <w:r w:rsidR="0096608A" w:rsidRPr="009D26FD">
        <w:rPr>
          <w:rFonts w:cs="Times New Roman"/>
          <w:sz w:val="28"/>
          <w:szCs w:val="28"/>
        </w:rPr>
        <w:t xml:space="preserve">xây dựng nhà trường </w:t>
      </w:r>
      <w:r w:rsidRPr="009D26FD">
        <w:rPr>
          <w:rFonts w:cs="Times New Roman"/>
          <w:sz w:val="28"/>
          <w:szCs w:val="28"/>
        </w:rPr>
        <w:t>được xem xét biểu dương, khen thưởng theo quy định.</w:t>
      </w:r>
    </w:p>
    <w:p w14:paraId="496857C7" w14:textId="2AB11019" w:rsidR="00EB04EA" w:rsidRPr="009D26FD" w:rsidRDefault="00000000" w:rsidP="009D26FD">
      <w:pPr>
        <w:spacing w:after="0"/>
        <w:ind w:firstLine="720"/>
        <w:jc w:val="both"/>
        <w:rPr>
          <w:rFonts w:cs="Times New Roman"/>
          <w:sz w:val="28"/>
          <w:szCs w:val="28"/>
        </w:rPr>
      </w:pPr>
      <w:r w:rsidRPr="009D26FD">
        <w:rPr>
          <w:rFonts w:cs="Times New Roman"/>
          <w:sz w:val="28"/>
          <w:szCs w:val="28"/>
        </w:rPr>
        <w:t>Vi phạm Quy chế được nhắc nhở, góp ý,</w:t>
      </w:r>
      <w:r w:rsidR="0096608A" w:rsidRPr="009D26FD">
        <w:rPr>
          <w:rFonts w:cs="Times New Roman"/>
          <w:sz w:val="28"/>
          <w:szCs w:val="28"/>
        </w:rPr>
        <w:t xml:space="preserve"> vi phạm quy tắc ứng xử,</w:t>
      </w:r>
      <w:r w:rsidRPr="009D26FD">
        <w:rPr>
          <w:rFonts w:cs="Times New Roman"/>
          <w:sz w:val="28"/>
          <w:szCs w:val="28"/>
        </w:rPr>
        <w:t xml:space="preserve"> yêu cầu khắc phục hoặc xử lý theo tính chất, mức độ, hậu quả và quy định pháp luật</w:t>
      </w:r>
      <w:r w:rsidR="0096608A" w:rsidRPr="009D26FD">
        <w:rPr>
          <w:rFonts w:cs="Times New Roman"/>
          <w:sz w:val="28"/>
          <w:szCs w:val="28"/>
        </w:rPr>
        <w:t>.</w:t>
      </w:r>
    </w:p>
    <w:p w14:paraId="42FC47E2" w14:textId="3CF9499E" w:rsidR="00EB04EA" w:rsidRPr="009D26FD" w:rsidRDefault="00000000" w:rsidP="009D26FD">
      <w:pPr>
        <w:spacing w:after="0"/>
        <w:ind w:firstLine="720"/>
        <w:jc w:val="both"/>
        <w:rPr>
          <w:rFonts w:cs="Times New Roman"/>
          <w:sz w:val="28"/>
          <w:szCs w:val="28"/>
        </w:rPr>
      </w:pPr>
      <w:r w:rsidRPr="009D26FD">
        <w:rPr>
          <w:rFonts w:cs="Times New Roman"/>
          <w:sz w:val="28"/>
          <w:szCs w:val="28"/>
        </w:rPr>
        <w:t xml:space="preserve">Hành vi bạo lực, xâm hại, bỏ mặc trẻ, che giấu nguy cơ mất an toàn, gian dối </w:t>
      </w:r>
      <w:r w:rsidR="0096608A" w:rsidRPr="009D26FD">
        <w:rPr>
          <w:rFonts w:cs="Times New Roman"/>
          <w:sz w:val="28"/>
          <w:szCs w:val="28"/>
        </w:rPr>
        <w:t xml:space="preserve">trong </w:t>
      </w:r>
      <w:r w:rsidRPr="009D26FD">
        <w:rPr>
          <w:rFonts w:cs="Times New Roman"/>
          <w:sz w:val="28"/>
          <w:szCs w:val="28"/>
        </w:rPr>
        <w:t xml:space="preserve">hồ sơ, </w:t>
      </w:r>
      <w:r w:rsidR="0096608A" w:rsidRPr="009D26FD">
        <w:rPr>
          <w:rFonts w:cs="Times New Roman"/>
          <w:sz w:val="28"/>
          <w:szCs w:val="28"/>
        </w:rPr>
        <w:t xml:space="preserve">gây mất đoàn kết nội bộ, chia rẽ, đố kỵ, nói xấu, </w:t>
      </w:r>
      <w:r w:rsidRPr="009D26FD">
        <w:rPr>
          <w:rFonts w:cs="Times New Roman"/>
          <w:sz w:val="28"/>
          <w:szCs w:val="28"/>
        </w:rPr>
        <w:t>vi phạm tài chính, tiết lộ thông tin trái quy định hoặc xúc phạm danh dự người khác phải được báo cáo và xử lý theo quy định.</w:t>
      </w:r>
    </w:p>
    <w:p w14:paraId="635E73BA" w14:textId="77777777" w:rsidR="00EB04EA" w:rsidRPr="009D26FD" w:rsidRDefault="00000000" w:rsidP="009D26FD">
      <w:pPr>
        <w:pStyle w:val="Heading1"/>
        <w:spacing w:before="0"/>
        <w:ind w:firstLine="720"/>
        <w:jc w:val="both"/>
        <w:rPr>
          <w:rFonts w:ascii="Times New Roman" w:hAnsi="Times New Roman" w:cs="Times New Roman"/>
          <w:color w:val="auto"/>
          <w:sz w:val="28"/>
        </w:rPr>
      </w:pPr>
      <w:r w:rsidRPr="009D26FD">
        <w:rPr>
          <w:rFonts w:ascii="Times New Roman" w:hAnsi="Times New Roman" w:cs="Times New Roman"/>
          <w:color w:val="auto"/>
          <w:sz w:val="28"/>
        </w:rPr>
        <w:t>Chương VIII. TỔ CHỨC THỰC HIỆN</w:t>
      </w:r>
    </w:p>
    <w:p w14:paraId="398AA37A"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23. Trách nhiệm tổ chức thực hiện</w:t>
      </w:r>
    </w:p>
    <w:p w14:paraId="16AE514B"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Hiệu trưởng tổ chức phổ biến, công khai, hướng dẫn và kiểm tra việc thực hiện Quy chế; định kỳ rà soát, sửa đổi, bổ sung khi văn bản pháp luật hoặc tình hình thực tế thay đổi.</w:t>
      </w:r>
    </w:p>
    <w:p w14:paraId="38717925" w14:textId="755A947D" w:rsidR="00EB04EA" w:rsidRPr="009D26FD" w:rsidRDefault="00000000" w:rsidP="009D26FD">
      <w:pPr>
        <w:spacing w:after="0"/>
        <w:ind w:firstLine="720"/>
        <w:jc w:val="both"/>
        <w:rPr>
          <w:rFonts w:cs="Times New Roman"/>
          <w:sz w:val="28"/>
          <w:szCs w:val="28"/>
        </w:rPr>
      </w:pPr>
      <w:r w:rsidRPr="009D26FD">
        <w:rPr>
          <w:rFonts w:cs="Times New Roman"/>
          <w:sz w:val="28"/>
          <w:szCs w:val="28"/>
        </w:rPr>
        <w:t xml:space="preserve">Phó Hiệu trưởng, tổ trưởng chuyên môn, </w:t>
      </w:r>
      <w:r w:rsidR="006F0DB0" w:rsidRPr="009D26FD">
        <w:rPr>
          <w:rFonts w:cs="Times New Roman"/>
          <w:sz w:val="28"/>
          <w:szCs w:val="28"/>
        </w:rPr>
        <w:t xml:space="preserve">tổ phó chuyên môn, </w:t>
      </w:r>
      <w:r w:rsidRPr="009D26FD">
        <w:rPr>
          <w:rFonts w:cs="Times New Roman"/>
          <w:sz w:val="28"/>
          <w:szCs w:val="28"/>
        </w:rPr>
        <w:t>tổ trưởng tổ văn phòng cụ thể hóa Quy chế thành kế hoạch, lịch công tác và nhiệm vụ của bộ phận; theo dõi, nhắc nhở và báo cáo kết quả.</w:t>
      </w:r>
    </w:p>
    <w:p w14:paraId="7441648B"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Cán bộ quản lý, giáo viên, nhân viên có trách nhiệm nghiên cứu, thực hiện nghiêm túc và chịu trách nhiệm về nhiệm vụ được giao.</w:t>
      </w:r>
    </w:p>
    <w:p w14:paraId="0BBB1C1D" w14:textId="77777777" w:rsidR="00EB04EA" w:rsidRPr="009D26FD" w:rsidRDefault="00000000" w:rsidP="009D26FD">
      <w:pPr>
        <w:pStyle w:val="Heading2"/>
        <w:spacing w:before="0"/>
        <w:ind w:firstLine="720"/>
        <w:jc w:val="both"/>
        <w:rPr>
          <w:rFonts w:ascii="Times New Roman" w:hAnsi="Times New Roman" w:cs="Times New Roman"/>
          <w:color w:val="auto"/>
          <w:szCs w:val="28"/>
        </w:rPr>
      </w:pPr>
      <w:r w:rsidRPr="009D26FD">
        <w:rPr>
          <w:rFonts w:ascii="Times New Roman" w:hAnsi="Times New Roman" w:cs="Times New Roman"/>
          <w:color w:val="auto"/>
          <w:szCs w:val="28"/>
        </w:rPr>
        <w:t>Điều 24. Điều khoản thi hành</w:t>
      </w:r>
    </w:p>
    <w:p w14:paraId="24324281"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Quy chế này có hiệu lực kể từ ngày ký và áp dụng trong năm học 2026–2027.</w:t>
      </w:r>
    </w:p>
    <w:p w14:paraId="372E0AA8" w14:textId="77777777" w:rsidR="00EB04EA" w:rsidRPr="009D26FD" w:rsidRDefault="00000000" w:rsidP="009D26FD">
      <w:pPr>
        <w:spacing w:after="0"/>
        <w:ind w:firstLine="720"/>
        <w:jc w:val="both"/>
        <w:rPr>
          <w:rFonts w:cs="Times New Roman"/>
          <w:sz w:val="28"/>
          <w:szCs w:val="28"/>
        </w:rPr>
      </w:pPr>
      <w:r w:rsidRPr="009D26FD">
        <w:rPr>
          <w:rFonts w:cs="Times New Roman"/>
          <w:sz w:val="28"/>
          <w:szCs w:val="28"/>
        </w:rPr>
        <w:t>Trong quá trình thực hiện, nếu có khó khăn, vướng mắc, các bộ phận phản ánh bằng văn bản về Hiệu trưởng để xem xét, quyết định hoặc báo cáo cấp có thẩm quyền.</w:t>
      </w:r>
    </w:p>
    <w:p w14:paraId="7C5BA6EB" w14:textId="62AF49F7" w:rsidR="00EB04EA" w:rsidRDefault="00000000" w:rsidP="009D26FD">
      <w:pPr>
        <w:spacing w:after="0"/>
        <w:ind w:firstLine="720"/>
        <w:jc w:val="both"/>
        <w:rPr>
          <w:rFonts w:cs="Times New Roman"/>
          <w:sz w:val="28"/>
          <w:szCs w:val="28"/>
        </w:rPr>
      </w:pPr>
      <w:r w:rsidRPr="009D26FD">
        <w:rPr>
          <w:rFonts w:cs="Times New Roman"/>
          <w:sz w:val="28"/>
          <w:szCs w:val="28"/>
        </w:rPr>
        <w:t>Trường hợp văn bản pháp luật được sửa đổi, bổ sung hoặc thay thế thì thực hiện theo văn bản mới; các nội dung của Quy chế trái với quy định pháp luật hiện hành đương nhiên được điều chỉnh cho phù hợp</w:t>
      </w:r>
      <w:r w:rsidR="00C25E25">
        <w:rPr>
          <w:rFonts w:cs="Times New Roman"/>
          <w:sz w:val="28"/>
          <w:szCs w:val="28"/>
        </w:rPr>
        <w:t>.</w:t>
      </w:r>
    </w:p>
    <w:p w14:paraId="6BE811B0" w14:textId="424E759A" w:rsidR="00291998" w:rsidRPr="00340B0C" w:rsidRDefault="00291998" w:rsidP="00291998">
      <w:pPr>
        <w:spacing w:after="0" w:line="240" w:lineRule="auto"/>
        <w:ind w:firstLine="720"/>
        <w:jc w:val="both"/>
        <w:rPr>
          <w:rFonts w:cs="Times New Roman"/>
          <w:b/>
          <w:bCs/>
          <w:sz w:val="28"/>
          <w:szCs w:val="28"/>
        </w:rPr>
      </w:pPr>
      <w:r>
        <w:rPr>
          <w:rFonts w:cs="Times New Roman"/>
          <w:sz w:val="28"/>
          <w:szCs w:val="28"/>
        </w:rPr>
        <w:lastRenderedPageBreak/>
        <w:t xml:space="preserve">                                                                                  </w:t>
      </w:r>
      <w:r w:rsidRPr="00E73D42">
        <w:rPr>
          <w:rFonts w:cs="Times New Roman"/>
          <w:b/>
          <w:bCs/>
          <w:sz w:val="28"/>
          <w:szCs w:val="28"/>
        </w:rPr>
        <w:t>HIỆU TRƯỞNG</w:t>
      </w:r>
    </w:p>
    <w:p w14:paraId="40FB6F8B" w14:textId="77777777" w:rsidR="00291998" w:rsidRDefault="00291998" w:rsidP="00291998">
      <w:pPr>
        <w:spacing w:after="0" w:line="240" w:lineRule="auto"/>
        <w:ind w:firstLine="720"/>
        <w:jc w:val="both"/>
        <w:rPr>
          <w:rFonts w:cs="Times New Roman"/>
          <w:b/>
          <w:bCs/>
          <w:sz w:val="28"/>
          <w:szCs w:val="28"/>
        </w:rPr>
      </w:pPr>
    </w:p>
    <w:p w14:paraId="08F302D6" w14:textId="77777777" w:rsidR="00291998" w:rsidRDefault="00291998" w:rsidP="00291998">
      <w:pPr>
        <w:spacing w:after="0" w:line="240" w:lineRule="auto"/>
        <w:ind w:firstLine="720"/>
        <w:jc w:val="both"/>
        <w:rPr>
          <w:rFonts w:cs="Times New Roman"/>
          <w:b/>
          <w:bCs/>
          <w:sz w:val="28"/>
          <w:szCs w:val="28"/>
        </w:rPr>
      </w:pPr>
      <w:r>
        <w:rPr>
          <w:rFonts w:cs="Times New Roman"/>
          <w:b/>
          <w:bCs/>
          <w:sz w:val="28"/>
          <w:szCs w:val="28"/>
        </w:rPr>
        <w:t xml:space="preserve"> </w:t>
      </w:r>
    </w:p>
    <w:p w14:paraId="682E0EDC" w14:textId="77777777" w:rsidR="00291998" w:rsidRPr="00340B0C" w:rsidRDefault="00291998" w:rsidP="00291998">
      <w:pPr>
        <w:spacing w:after="0" w:line="240" w:lineRule="auto"/>
        <w:ind w:firstLine="720"/>
        <w:jc w:val="both"/>
        <w:rPr>
          <w:rFonts w:cs="Times New Roman"/>
          <w:b/>
          <w:bCs/>
          <w:sz w:val="28"/>
          <w:szCs w:val="28"/>
        </w:rPr>
      </w:pPr>
    </w:p>
    <w:p w14:paraId="6DC08F53" w14:textId="793A8668" w:rsidR="00291998" w:rsidRDefault="00291998" w:rsidP="00291998">
      <w:pPr>
        <w:spacing w:after="0" w:line="240" w:lineRule="auto"/>
        <w:ind w:firstLine="720"/>
        <w:jc w:val="both"/>
        <w:rPr>
          <w:rFonts w:cs="Times New Roman"/>
          <w:b/>
          <w:bCs/>
          <w:sz w:val="28"/>
          <w:szCs w:val="28"/>
        </w:rPr>
      </w:pPr>
      <w:r>
        <w:rPr>
          <w:rFonts w:cs="Times New Roman"/>
          <w:b/>
          <w:bCs/>
          <w:sz w:val="28"/>
          <w:szCs w:val="28"/>
        </w:rPr>
        <w:t xml:space="preserve">                                                                               </w:t>
      </w:r>
      <w:r w:rsidRPr="00E73D42">
        <w:rPr>
          <w:rFonts w:cs="Times New Roman"/>
          <w:b/>
          <w:bCs/>
          <w:sz w:val="28"/>
          <w:szCs w:val="28"/>
        </w:rPr>
        <w:t>Trần Thị Ngọc Sương</w:t>
      </w:r>
    </w:p>
    <w:p w14:paraId="1CC27AA7" w14:textId="77777777" w:rsidR="00291998" w:rsidRPr="009D26FD" w:rsidRDefault="00291998" w:rsidP="00D50526">
      <w:pPr>
        <w:spacing w:after="0"/>
        <w:jc w:val="both"/>
        <w:rPr>
          <w:rFonts w:cs="Times New Roman"/>
          <w:sz w:val="28"/>
          <w:szCs w:val="28"/>
        </w:rPr>
      </w:pPr>
    </w:p>
    <w:p w14:paraId="4BB305CE" w14:textId="45E2E59C" w:rsidR="00EB04EA" w:rsidRPr="0069577F" w:rsidRDefault="0069577F" w:rsidP="0069577F">
      <w:pPr>
        <w:spacing w:after="0"/>
        <w:jc w:val="both"/>
        <w:rPr>
          <w:rFonts w:cs="Times New Roman"/>
          <w:b/>
          <w:bCs/>
          <w:sz w:val="28"/>
          <w:szCs w:val="28"/>
        </w:rPr>
      </w:pPr>
      <w:r>
        <w:rPr>
          <w:rFonts w:cs="Times New Roman"/>
          <w:sz w:val="28"/>
          <w:szCs w:val="28"/>
        </w:rPr>
        <w:t xml:space="preserve">  </w:t>
      </w:r>
      <w:r w:rsidRPr="0069577F">
        <w:rPr>
          <w:rFonts w:cs="Times New Roman"/>
          <w:b/>
          <w:bCs/>
        </w:rPr>
        <w:t>PHỤ LỤC 1. LỊCH SINH HOẠT, HỘI HỌP VÀ BÁO CÁO</w:t>
      </w:r>
    </w:p>
    <w:tbl>
      <w:tblPr>
        <w:tblStyle w:val="TableGrid"/>
        <w:tblW w:w="9941" w:type="dxa"/>
        <w:jc w:val="center"/>
        <w:tblLook w:val="04A0" w:firstRow="1" w:lastRow="0" w:firstColumn="1" w:lastColumn="0" w:noHBand="0" w:noVBand="1"/>
      </w:tblPr>
      <w:tblGrid>
        <w:gridCol w:w="2079"/>
        <w:gridCol w:w="2520"/>
        <w:gridCol w:w="2520"/>
        <w:gridCol w:w="2822"/>
      </w:tblGrid>
      <w:tr w:rsidR="00BA4406" w:rsidRPr="00BA4406" w14:paraId="5D7A48B2" w14:textId="77777777" w:rsidTr="007D5035">
        <w:trPr>
          <w:jc w:val="center"/>
        </w:trPr>
        <w:tc>
          <w:tcPr>
            <w:tcW w:w="2079" w:type="dxa"/>
          </w:tcPr>
          <w:p w14:paraId="2DF29AAF" w14:textId="77777777" w:rsidR="00EB04EA" w:rsidRPr="00BA4406" w:rsidRDefault="00000000">
            <w:pPr>
              <w:rPr>
                <w:rFonts w:cs="Times New Roman"/>
              </w:rPr>
            </w:pPr>
            <w:r w:rsidRPr="00BA4406">
              <w:rPr>
                <w:rFonts w:cs="Times New Roman"/>
              </w:rPr>
              <w:t>Nội dung</w:t>
            </w:r>
          </w:p>
        </w:tc>
        <w:tc>
          <w:tcPr>
            <w:tcW w:w="2520" w:type="dxa"/>
          </w:tcPr>
          <w:p w14:paraId="4F250629" w14:textId="77777777" w:rsidR="00EB04EA" w:rsidRPr="00BA4406" w:rsidRDefault="00000000">
            <w:pPr>
              <w:rPr>
                <w:rFonts w:cs="Times New Roman"/>
              </w:rPr>
            </w:pPr>
            <w:r w:rsidRPr="00BA4406">
              <w:rPr>
                <w:rFonts w:cs="Times New Roman"/>
              </w:rPr>
              <w:t>Tần suất dự kiến</w:t>
            </w:r>
          </w:p>
        </w:tc>
        <w:tc>
          <w:tcPr>
            <w:tcW w:w="2520" w:type="dxa"/>
          </w:tcPr>
          <w:p w14:paraId="5A6A43E3" w14:textId="77777777" w:rsidR="00EB04EA" w:rsidRPr="00BA4406" w:rsidRDefault="00000000">
            <w:pPr>
              <w:rPr>
                <w:rFonts w:cs="Times New Roman"/>
              </w:rPr>
            </w:pPr>
            <w:r w:rsidRPr="00BA4406">
              <w:rPr>
                <w:rFonts w:cs="Times New Roman"/>
              </w:rPr>
              <w:t>Thành phần</w:t>
            </w:r>
          </w:p>
        </w:tc>
        <w:tc>
          <w:tcPr>
            <w:tcW w:w="2822" w:type="dxa"/>
          </w:tcPr>
          <w:p w14:paraId="39BB3202" w14:textId="77777777" w:rsidR="00EB04EA" w:rsidRPr="00BA4406" w:rsidRDefault="00000000">
            <w:pPr>
              <w:rPr>
                <w:rFonts w:cs="Times New Roman"/>
              </w:rPr>
            </w:pPr>
            <w:r w:rsidRPr="00BA4406">
              <w:rPr>
                <w:rFonts w:cs="Times New Roman"/>
              </w:rPr>
              <w:t>Sản phẩm</w:t>
            </w:r>
          </w:p>
        </w:tc>
      </w:tr>
      <w:tr w:rsidR="00BA4406" w:rsidRPr="00BA4406" w14:paraId="1C5F9612" w14:textId="77777777" w:rsidTr="007D5035">
        <w:trPr>
          <w:jc w:val="center"/>
        </w:trPr>
        <w:tc>
          <w:tcPr>
            <w:tcW w:w="2079" w:type="dxa"/>
          </w:tcPr>
          <w:p w14:paraId="3743C9ED" w14:textId="77777777" w:rsidR="00EB04EA" w:rsidRPr="00BA4406" w:rsidRDefault="00000000">
            <w:pPr>
              <w:rPr>
                <w:rFonts w:cs="Times New Roman"/>
              </w:rPr>
            </w:pPr>
            <w:r w:rsidRPr="00BA4406">
              <w:rPr>
                <w:rFonts w:cs="Times New Roman"/>
              </w:rPr>
              <w:t>Giao ban Ban Giám hiệu</w:t>
            </w:r>
          </w:p>
        </w:tc>
        <w:tc>
          <w:tcPr>
            <w:tcW w:w="2520" w:type="dxa"/>
          </w:tcPr>
          <w:p w14:paraId="3EA66D34" w14:textId="77777777" w:rsidR="00EB04EA" w:rsidRPr="00BA4406" w:rsidRDefault="00000000">
            <w:pPr>
              <w:rPr>
                <w:rFonts w:cs="Times New Roman"/>
              </w:rPr>
            </w:pPr>
            <w:r w:rsidRPr="00BA4406">
              <w:rPr>
                <w:rFonts w:cs="Times New Roman"/>
              </w:rPr>
              <w:t>Hằng tuần/đột xuất</w:t>
            </w:r>
          </w:p>
        </w:tc>
        <w:tc>
          <w:tcPr>
            <w:tcW w:w="2520" w:type="dxa"/>
          </w:tcPr>
          <w:p w14:paraId="11B83125" w14:textId="77777777" w:rsidR="00EB04EA" w:rsidRPr="00BA4406" w:rsidRDefault="00000000">
            <w:pPr>
              <w:rPr>
                <w:rFonts w:cs="Times New Roman"/>
              </w:rPr>
            </w:pPr>
            <w:r w:rsidRPr="00BA4406">
              <w:rPr>
                <w:rFonts w:cs="Times New Roman"/>
              </w:rPr>
              <w:t>Hiệu trưởng, Phó Hiệu trưởng</w:t>
            </w:r>
          </w:p>
        </w:tc>
        <w:tc>
          <w:tcPr>
            <w:tcW w:w="2822" w:type="dxa"/>
          </w:tcPr>
          <w:p w14:paraId="62421655" w14:textId="77777777" w:rsidR="00EB04EA" w:rsidRPr="00BA4406" w:rsidRDefault="00000000">
            <w:pPr>
              <w:rPr>
                <w:rFonts w:cs="Times New Roman"/>
              </w:rPr>
            </w:pPr>
            <w:r w:rsidRPr="00BA4406">
              <w:rPr>
                <w:rFonts w:cs="Times New Roman"/>
              </w:rPr>
              <w:t>Kết luận, phân công</w:t>
            </w:r>
          </w:p>
        </w:tc>
      </w:tr>
      <w:tr w:rsidR="00BA4406" w:rsidRPr="00BA4406" w14:paraId="3756377B" w14:textId="77777777" w:rsidTr="007D5035">
        <w:trPr>
          <w:jc w:val="center"/>
        </w:trPr>
        <w:tc>
          <w:tcPr>
            <w:tcW w:w="2079" w:type="dxa"/>
          </w:tcPr>
          <w:p w14:paraId="1A0CE631" w14:textId="77777777" w:rsidR="00EB04EA" w:rsidRPr="00BA4406" w:rsidRDefault="00000000">
            <w:pPr>
              <w:rPr>
                <w:rFonts w:cs="Times New Roman"/>
              </w:rPr>
            </w:pPr>
            <w:r w:rsidRPr="00BA4406">
              <w:rPr>
                <w:rFonts w:cs="Times New Roman"/>
              </w:rPr>
              <w:t>Họp hội đồng sư phạm</w:t>
            </w:r>
          </w:p>
        </w:tc>
        <w:tc>
          <w:tcPr>
            <w:tcW w:w="2520" w:type="dxa"/>
          </w:tcPr>
          <w:p w14:paraId="7BE79B5F" w14:textId="77777777" w:rsidR="00EB04EA" w:rsidRPr="00BA4406" w:rsidRDefault="00000000">
            <w:pPr>
              <w:rPr>
                <w:rFonts w:cs="Times New Roman"/>
              </w:rPr>
            </w:pPr>
            <w:r w:rsidRPr="00BA4406">
              <w:rPr>
                <w:rFonts w:cs="Times New Roman"/>
              </w:rPr>
              <w:t>Theo kế hoạch tháng</w:t>
            </w:r>
          </w:p>
        </w:tc>
        <w:tc>
          <w:tcPr>
            <w:tcW w:w="2520" w:type="dxa"/>
          </w:tcPr>
          <w:p w14:paraId="7F4086D7" w14:textId="77777777" w:rsidR="00EB04EA" w:rsidRPr="00BA4406" w:rsidRDefault="00000000">
            <w:pPr>
              <w:rPr>
                <w:rFonts w:cs="Times New Roman"/>
              </w:rPr>
            </w:pPr>
            <w:r w:rsidRPr="00BA4406">
              <w:rPr>
                <w:rFonts w:cs="Times New Roman"/>
              </w:rPr>
              <w:t>CBQL, GV, NV</w:t>
            </w:r>
          </w:p>
        </w:tc>
        <w:tc>
          <w:tcPr>
            <w:tcW w:w="2822" w:type="dxa"/>
          </w:tcPr>
          <w:p w14:paraId="6981E5B5" w14:textId="77777777" w:rsidR="00EB04EA" w:rsidRPr="00BA4406" w:rsidRDefault="00000000">
            <w:pPr>
              <w:rPr>
                <w:rFonts w:cs="Times New Roman"/>
              </w:rPr>
            </w:pPr>
            <w:r w:rsidRPr="00BA4406">
              <w:rPr>
                <w:rFonts w:cs="Times New Roman"/>
              </w:rPr>
              <w:t>Biên bản, nghị quyết/kết luận</w:t>
            </w:r>
          </w:p>
        </w:tc>
      </w:tr>
      <w:tr w:rsidR="00BA4406" w:rsidRPr="00BA4406" w14:paraId="1125C3D9" w14:textId="77777777" w:rsidTr="007D5035">
        <w:trPr>
          <w:jc w:val="center"/>
        </w:trPr>
        <w:tc>
          <w:tcPr>
            <w:tcW w:w="2079" w:type="dxa"/>
          </w:tcPr>
          <w:p w14:paraId="019B44A7" w14:textId="77777777" w:rsidR="00EB04EA" w:rsidRPr="00BA4406" w:rsidRDefault="00000000">
            <w:pPr>
              <w:rPr>
                <w:rFonts w:cs="Times New Roman"/>
              </w:rPr>
            </w:pPr>
            <w:r w:rsidRPr="00BA4406">
              <w:rPr>
                <w:rFonts w:cs="Times New Roman"/>
              </w:rPr>
              <w:t>Sinh hoạt tổ chuyên môn</w:t>
            </w:r>
          </w:p>
        </w:tc>
        <w:tc>
          <w:tcPr>
            <w:tcW w:w="2520" w:type="dxa"/>
          </w:tcPr>
          <w:p w14:paraId="3CA55B6A" w14:textId="77777777" w:rsidR="00EB04EA" w:rsidRPr="00BA4406" w:rsidRDefault="00000000">
            <w:pPr>
              <w:rPr>
                <w:rFonts w:cs="Times New Roman"/>
              </w:rPr>
            </w:pPr>
            <w:r w:rsidRPr="00BA4406">
              <w:rPr>
                <w:rFonts w:cs="Times New Roman"/>
              </w:rPr>
              <w:t>Ít nhất 02 lần/tháng</w:t>
            </w:r>
          </w:p>
        </w:tc>
        <w:tc>
          <w:tcPr>
            <w:tcW w:w="2520" w:type="dxa"/>
          </w:tcPr>
          <w:p w14:paraId="2EB0B372" w14:textId="00AF9829" w:rsidR="00EB04EA" w:rsidRPr="00BA4406" w:rsidRDefault="003436AB">
            <w:pPr>
              <w:rPr>
                <w:rFonts w:cs="Times New Roman"/>
              </w:rPr>
            </w:pPr>
            <w:r>
              <w:rPr>
                <w:rFonts w:cs="Times New Roman"/>
              </w:rPr>
              <w:t xml:space="preserve">BGH, </w:t>
            </w:r>
            <w:r w:rsidR="0022072A">
              <w:rPr>
                <w:rFonts w:cs="Times New Roman"/>
              </w:rPr>
              <w:t>t</w:t>
            </w:r>
            <w:r w:rsidRPr="00BA4406">
              <w:rPr>
                <w:rFonts w:cs="Times New Roman"/>
              </w:rPr>
              <w:t>hành viên tổ</w:t>
            </w:r>
          </w:p>
        </w:tc>
        <w:tc>
          <w:tcPr>
            <w:tcW w:w="2822" w:type="dxa"/>
          </w:tcPr>
          <w:p w14:paraId="4BE0FBB9" w14:textId="77777777" w:rsidR="00EB04EA" w:rsidRPr="00BA4406" w:rsidRDefault="00000000">
            <w:pPr>
              <w:rPr>
                <w:rFonts w:cs="Times New Roman"/>
              </w:rPr>
            </w:pPr>
            <w:r w:rsidRPr="00BA4406">
              <w:rPr>
                <w:rFonts w:cs="Times New Roman"/>
              </w:rPr>
              <w:t>Biên bản, nội dung chuyên môn</w:t>
            </w:r>
          </w:p>
        </w:tc>
      </w:tr>
      <w:tr w:rsidR="00BA4406" w:rsidRPr="00BA4406" w14:paraId="1FD619C3" w14:textId="77777777" w:rsidTr="007D5035">
        <w:trPr>
          <w:jc w:val="center"/>
        </w:trPr>
        <w:tc>
          <w:tcPr>
            <w:tcW w:w="2079" w:type="dxa"/>
          </w:tcPr>
          <w:p w14:paraId="70D714ED" w14:textId="77777777" w:rsidR="00EB04EA" w:rsidRPr="00BA4406" w:rsidRDefault="00000000">
            <w:pPr>
              <w:rPr>
                <w:rFonts w:cs="Times New Roman"/>
              </w:rPr>
            </w:pPr>
            <w:r w:rsidRPr="00BA4406">
              <w:rPr>
                <w:rFonts w:cs="Times New Roman"/>
              </w:rPr>
              <w:t>Sinh hoạt tổ văn phòng</w:t>
            </w:r>
          </w:p>
        </w:tc>
        <w:tc>
          <w:tcPr>
            <w:tcW w:w="2520" w:type="dxa"/>
          </w:tcPr>
          <w:p w14:paraId="064AB1AD" w14:textId="77777777" w:rsidR="00EB04EA" w:rsidRPr="00BA4406" w:rsidRDefault="00000000">
            <w:pPr>
              <w:rPr>
                <w:rFonts w:cs="Times New Roman"/>
              </w:rPr>
            </w:pPr>
            <w:r w:rsidRPr="00BA4406">
              <w:rPr>
                <w:rFonts w:cs="Times New Roman"/>
              </w:rPr>
              <w:t>Ít nhất 02 lần/tháng</w:t>
            </w:r>
          </w:p>
        </w:tc>
        <w:tc>
          <w:tcPr>
            <w:tcW w:w="2520" w:type="dxa"/>
          </w:tcPr>
          <w:p w14:paraId="7A8EEAC6" w14:textId="2E4D1AC8" w:rsidR="00EB04EA" w:rsidRPr="00BA4406" w:rsidRDefault="0022072A">
            <w:pPr>
              <w:rPr>
                <w:rFonts w:cs="Times New Roman"/>
              </w:rPr>
            </w:pPr>
            <w:r>
              <w:rPr>
                <w:rFonts w:cs="Times New Roman"/>
              </w:rPr>
              <w:t>BGH, t</w:t>
            </w:r>
            <w:r w:rsidRPr="00BA4406">
              <w:rPr>
                <w:rFonts w:cs="Times New Roman"/>
              </w:rPr>
              <w:t>hành viên tổ</w:t>
            </w:r>
          </w:p>
        </w:tc>
        <w:tc>
          <w:tcPr>
            <w:tcW w:w="2822" w:type="dxa"/>
          </w:tcPr>
          <w:p w14:paraId="57D19F38" w14:textId="77777777" w:rsidR="00EB04EA" w:rsidRPr="00BA4406" w:rsidRDefault="00000000">
            <w:pPr>
              <w:rPr>
                <w:rFonts w:cs="Times New Roman"/>
              </w:rPr>
            </w:pPr>
            <w:r w:rsidRPr="00BA4406">
              <w:rPr>
                <w:rFonts w:cs="Times New Roman"/>
              </w:rPr>
              <w:t>Biên bản, nhiệm vụ</w:t>
            </w:r>
          </w:p>
        </w:tc>
      </w:tr>
      <w:tr w:rsidR="00BA4406" w:rsidRPr="00BA4406" w14:paraId="6D9A9496" w14:textId="77777777" w:rsidTr="007D5035">
        <w:trPr>
          <w:jc w:val="center"/>
        </w:trPr>
        <w:tc>
          <w:tcPr>
            <w:tcW w:w="2079" w:type="dxa"/>
          </w:tcPr>
          <w:p w14:paraId="73A70F53" w14:textId="77777777" w:rsidR="00EB04EA" w:rsidRPr="00BA4406" w:rsidRDefault="00000000">
            <w:pPr>
              <w:rPr>
                <w:rFonts w:cs="Times New Roman"/>
              </w:rPr>
            </w:pPr>
            <w:r w:rsidRPr="00BA4406">
              <w:rPr>
                <w:rFonts w:cs="Times New Roman"/>
              </w:rPr>
              <w:t>Báo cáo chuyên môn</w:t>
            </w:r>
          </w:p>
        </w:tc>
        <w:tc>
          <w:tcPr>
            <w:tcW w:w="2520" w:type="dxa"/>
          </w:tcPr>
          <w:p w14:paraId="6B03D9E9" w14:textId="158ABF4C" w:rsidR="00EB04EA" w:rsidRPr="00BA4406" w:rsidRDefault="00000000">
            <w:pPr>
              <w:rPr>
                <w:rFonts w:cs="Times New Roman"/>
              </w:rPr>
            </w:pPr>
            <w:r w:rsidRPr="00BA4406">
              <w:rPr>
                <w:rFonts w:cs="Times New Roman"/>
              </w:rPr>
              <w:t>Tuần/tháng/học kỳ/đột xuất</w:t>
            </w:r>
            <w:r w:rsidR="0022072A">
              <w:rPr>
                <w:rFonts w:cs="Times New Roman"/>
              </w:rPr>
              <w:t>, năm</w:t>
            </w:r>
          </w:p>
        </w:tc>
        <w:tc>
          <w:tcPr>
            <w:tcW w:w="2520" w:type="dxa"/>
          </w:tcPr>
          <w:p w14:paraId="0DCBBC1B" w14:textId="77777777" w:rsidR="00EB04EA" w:rsidRPr="00BA4406" w:rsidRDefault="00000000">
            <w:pPr>
              <w:rPr>
                <w:rFonts w:cs="Times New Roman"/>
              </w:rPr>
            </w:pPr>
            <w:r w:rsidRPr="00BA4406">
              <w:rPr>
                <w:rFonts w:cs="Times New Roman"/>
              </w:rPr>
              <w:t>Tổ, giáo viên, PHT</w:t>
            </w:r>
          </w:p>
        </w:tc>
        <w:tc>
          <w:tcPr>
            <w:tcW w:w="2822" w:type="dxa"/>
          </w:tcPr>
          <w:p w14:paraId="5BFC000B" w14:textId="77777777" w:rsidR="00EB04EA" w:rsidRPr="00BA4406" w:rsidRDefault="00000000">
            <w:pPr>
              <w:rPr>
                <w:rFonts w:cs="Times New Roman"/>
              </w:rPr>
            </w:pPr>
            <w:r w:rsidRPr="00BA4406">
              <w:rPr>
                <w:rFonts w:cs="Times New Roman"/>
              </w:rPr>
              <w:t>Báo cáo đúng hạn</w:t>
            </w:r>
          </w:p>
        </w:tc>
      </w:tr>
      <w:tr w:rsidR="00BA4406" w:rsidRPr="00BA4406" w14:paraId="5EAC2B68" w14:textId="77777777" w:rsidTr="007D5035">
        <w:trPr>
          <w:jc w:val="center"/>
        </w:trPr>
        <w:tc>
          <w:tcPr>
            <w:tcW w:w="2079" w:type="dxa"/>
          </w:tcPr>
          <w:p w14:paraId="5E434297" w14:textId="77777777" w:rsidR="00EB04EA" w:rsidRPr="00BA4406" w:rsidRDefault="00000000">
            <w:pPr>
              <w:rPr>
                <w:rFonts w:cs="Times New Roman"/>
              </w:rPr>
            </w:pPr>
            <w:r w:rsidRPr="00BA4406">
              <w:rPr>
                <w:rFonts w:cs="Times New Roman"/>
              </w:rPr>
              <w:t>Kiểm tra an toàn, bán trú</w:t>
            </w:r>
          </w:p>
        </w:tc>
        <w:tc>
          <w:tcPr>
            <w:tcW w:w="2520" w:type="dxa"/>
          </w:tcPr>
          <w:p w14:paraId="555E7DAF" w14:textId="77777777" w:rsidR="00EB04EA" w:rsidRPr="00BA4406" w:rsidRDefault="00000000">
            <w:pPr>
              <w:rPr>
                <w:rFonts w:cs="Times New Roman"/>
              </w:rPr>
            </w:pPr>
            <w:r w:rsidRPr="00BA4406">
              <w:rPr>
                <w:rFonts w:cs="Times New Roman"/>
              </w:rPr>
              <w:t>Thường xuyên/định kỳ/đột xuất</w:t>
            </w:r>
          </w:p>
        </w:tc>
        <w:tc>
          <w:tcPr>
            <w:tcW w:w="2520" w:type="dxa"/>
          </w:tcPr>
          <w:p w14:paraId="250892D2" w14:textId="77777777" w:rsidR="00EB04EA" w:rsidRPr="00BA4406" w:rsidRDefault="00000000">
            <w:pPr>
              <w:rPr>
                <w:rFonts w:cs="Times New Roman"/>
              </w:rPr>
            </w:pPr>
            <w:r w:rsidRPr="00BA4406">
              <w:rPr>
                <w:rFonts w:cs="Times New Roman"/>
              </w:rPr>
              <w:t>BGH, y tế, bộ phận liên quan</w:t>
            </w:r>
          </w:p>
        </w:tc>
        <w:tc>
          <w:tcPr>
            <w:tcW w:w="2822" w:type="dxa"/>
          </w:tcPr>
          <w:p w14:paraId="54F53983" w14:textId="77777777" w:rsidR="00EB04EA" w:rsidRPr="00BA4406" w:rsidRDefault="00000000">
            <w:pPr>
              <w:rPr>
                <w:rFonts w:cs="Times New Roman"/>
              </w:rPr>
            </w:pPr>
            <w:r w:rsidRPr="00BA4406">
              <w:rPr>
                <w:rFonts w:cs="Times New Roman"/>
              </w:rPr>
              <w:t>Phiếu kiểm tra, kiến nghị</w:t>
            </w:r>
          </w:p>
        </w:tc>
      </w:tr>
    </w:tbl>
    <w:p w14:paraId="0E0A264D" w14:textId="1754C76B" w:rsidR="00EB04EA" w:rsidRPr="00BA4406" w:rsidRDefault="00EB04EA" w:rsidP="0069577F">
      <w:pPr>
        <w:pStyle w:val="Heading1"/>
        <w:rPr>
          <w:rFonts w:ascii="Times New Roman" w:hAnsi="Times New Roman" w:cs="Times New Roman"/>
          <w:color w:val="auto"/>
        </w:rPr>
      </w:pPr>
    </w:p>
    <w:sectPr w:rsidR="00EB04EA" w:rsidRPr="00BA4406" w:rsidSect="00CC168E">
      <w:pgSz w:w="12240" w:h="15840"/>
      <w:pgMar w:top="1008" w:right="990"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5C13AB9"/>
    <w:multiLevelType w:val="hybridMultilevel"/>
    <w:tmpl w:val="5796A6FE"/>
    <w:lvl w:ilvl="0" w:tplc="160C37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9207947">
    <w:abstractNumId w:val="8"/>
  </w:num>
  <w:num w:numId="2" w16cid:durableId="1936401425">
    <w:abstractNumId w:val="6"/>
  </w:num>
  <w:num w:numId="3" w16cid:durableId="848371657">
    <w:abstractNumId w:val="5"/>
  </w:num>
  <w:num w:numId="4" w16cid:durableId="1922519897">
    <w:abstractNumId w:val="4"/>
  </w:num>
  <w:num w:numId="5" w16cid:durableId="977732277">
    <w:abstractNumId w:val="7"/>
  </w:num>
  <w:num w:numId="6" w16cid:durableId="538125275">
    <w:abstractNumId w:val="3"/>
  </w:num>
  <w:num w:numId="7" w16cid:durableId="130633459">
    <w:abstractNumId w:val="2"/>
  </w:num>
  <w:num w:numId="8" w16cid:durableId="407851394">
    <w:abstractNumId w:val="1"/>
  </w:num>
  <w:num w:numId="9" w16cid:durableId="45036447">
    <w:abstractNumId w:val="0"/>
  </w:num>
  <w:num w:numId="10" w16cid:durableId="12071860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E65"/>
    <w:rsid w:val="00025A9A"/>
    <w:rsid w:val="00034616"/>
    <w:rsid w:val="0006063C"/>
    <w:rsid w:val="000607A4"/>
    <w:rsid w:val="000F6F3D"/>
    <w:rsid w:val="00105208"/>
    <w:rsid w:val="00122D4F"/>
    <w:rsid w:val="0015074B"/>
    <w:rsid w:val="00166ED2"/>
    <w:rsid w:val="0019146C"/>
    <w:rsid w:val="001917DF"/>
    <w:rsid w:val="001A1D5F"/>
    <w:rsid w:val="001B1B6A"/>
    <w:rsid w:val="001C10AD"/>
    <w:rsid w:val="001D6097"/>
    <w:rsid w:val="0020403D"/>
    <w:rsid w:val="00212873"/>
    <w:rsid w:val="0022072A"/>
    <w:rsid w:val="00245EB5"/>
    <w:rsid w:val="002479F6"/>
    <w:rsid w:val="0026262C"/>
    <w:rsid w:val="00272412"/>
    <w:rsid w:val="00273433"/>
    <w:rsid w:val="00291998"/>
    <w:rsid w:val="0029639D"/>
    <w:rsid w:val="002B0CF3"/>
    <w:rsid w:val="002D5FF0"/>
    <w:rsid w:val="00325F33"/>
    <w:rsid w:val="00326F90"/>
    <w:rsid w:val="0033060B"/>
    <w:rsid w:val="003436AB"/>
    <w:rsid w:val="0039581F"/>
    <w:rsid w:val="003B3BE4"/>
    <w:rsid w:val="003E16A3"/>
    <w:rsid w:val="004003DA"/>
    <w:rsid w:val="00420847"/>
    <w:rsid w:val="00461517"/>
    <w:rsid w:val="004A001F"/>
    <w:rsid w:val="004A5B28"/>
    <w:rsid w:val="004B1F58"/>
    <w:rsid w:val="004B47F2"/>
    <w:rsid w:val="00523ABC"/>
    <w:rsid w:val="005545EB"/>
    <w:rsid w:val="00563397"/>
    <w:rsid w:val="00565BD2"/>
    <w:rsid w:val="00572D05"/>
    <w:rsid w:val="00581700"/>
    <w:rsid w:val="005858EA"/>
    <w:rsid w:val="005B160A"/>
    <w:rsid w:val="005B5FD9"/>
    <w:rsid w:val="005E0D51"/>
    <w:rsid w:val="005E41BE"/>
    <w:rsid w:val="0060355A"/>
    <w:rsid w:val="0065455C"/>
    <w:rsid w:val="00695444"/>
    <w:rsid w:val="0069577F"/>
    <w:rsid w:val="006A554A"/>
    <w:rsid w:val="006A7482"/>
    <w:rsid w:val="006B325B"/>
    <w:rsid w:val="006E298F"/>
    <w:rsid w:val="006F0DB0"/>
    <w:rsid w:val="00777A89"/>
    <w:rsid w:val="007B0855"/>
    <w:rsid w:val="007B1DD3"/>
    <w:rsid w:val="007C5244"/>
    <w:rsid w:val="007D5035"/>
    <w:rsid w:val="007F0BF4"/>
    <w:rsid w:val="00805AEB"/>
    <w:rsid w:val="008C6C8F"/>
    <w:rsid w:val="008D5ED5"/>
    <w:rsid w:val="008F15CF"/>
    <w:rsid w:val="00903348"/>
    <w:rsid w:val="009039CA"/>
    <w:rsid w:val="00915ACC"/>
    <w:rsid w:val="00922570"/>
    <w:rsid w:val="00927433"/>
    <w:rsid w:val="009331EB"/>
    <w:rsid w:val="0096608A"/>
    <w:rsid w:val="00985A0C"/>
    <w:rsid w:val="00994761"/>
    <w:rsid w:val="009B3548"/>
    <w:rsid w:val="009C0935"/>
    <w:rsid w:val="009D26FD"/>
    <w:rsid w:val="009E3443"/>
    <w:rsid w:val="00A93D05"/>
    <w:rsid w:val="00AA1D8D"/>
    <w:rsid w:val="00AB4E01"/>
    <w:rsid w:val="00AB6656"/>
    <w:rsid w:val="00AD48C4"/>
    <w:rsid w:val="00AF713C"/>
    <w:rsid w:val="00B13707"/>
    <w:rsid w:val="00B1677A"/>
    <w:rsid w:val="00B47730"/>
    <w:rsid w:val="00B71917"/>
    <w:rsid w:val="00B877DB"/>
    <w:rsid w:val="00BA4406"/>
    <w:rsid w:val="00BB1ACF"/>
    <w:rsid w:val="00BB1B01"/>
    <w:rsid w:val="00BC0B56"/>
    <w:rsid w:val="00BD2FFF"/>
    <w:rsid w:val="00BE22F5"/>
    <w:rsid w:val="00BE580F"/>
    <w:rsid w:val="00C15488"/>
    <w:rsid w:val="00C25E25"/>
    <w:rsid w:val="00C355E0"/>
    <w:rsid w:val="00C54624"/>
    <w:rsid w:val="00C70CA8"/>
    <w:rsid w:val="00C733BF"/>
    <w:rsid w:val="00C76011"/>
    <w:rsid w:val="00C82E21"/>
    <w:rsid w:val="00CA497A"/>
    <w:rsid w:val="00CB0664"/>
    <w:rsid w:val="00CC168E"/>
    <w:rsid w:val="00CC19F5"/>
    <w:rsid w:val="00CE6A42"/>
    <w:rsid w:val="00D257E2"/>
    <w:rsid w:val="00D33DE6"/>
    <w:rsid w:val="00D50526"/>
    <w:rsid w:val="00D61118"/>
    <w:rsid w:val="00D966CB"/>
    <w:rsid w:val="00DB0FE0"/>
    <w:rsid w:val="00DB4B7E"/>
    <w:rsid w:val="00DC75EB"/>
    <w:rsid w:val="00DC784F"/>
    <w:rsid w:val="00E4135F"/>
    <w:rsid w:val="00E738A4"/>
    <w:rsid w:val="00E85010"/>
    <w:rsid w:val="00E94E66"/>
    <w:rsid w:val="00EB04EA"/>
    <w:rsid w:val="00ED1C48"/>
    <w:rsid w:val="00F3420E"/>
    <w:rsid w:val="00F41B8E"/>
    <w:rsid w:val="00F45939"/>
    <w:rsid w:val="00F57646"/>
    <w:rsid w:val="00F6597A"/>
    <w:rsid w:val="00F70090"/>
    <w:rsid w:val="00F73809"/>
    <w:rsid w:val="00FC60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64904E"/>
  <w14:defaultImageDpi w14:val="300"/>
  <w15:docId w15:val="{C2B7CBED-DEAD-4F92-B7BA-516531B09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11</Pages>
  <Words>3365</Words>
  <Characters>19182</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GV2</cp:lastModifiedBy>
  <cp:revision>170</cp:revision>
  <dcterms:created xsi:type="dcterms:W3CDTF">2013-12-23T23:15:00Z</dcterms:created>
  <dcterms:modified xsi:type="dcterms:W3CDTF">2026-09-16T07:06:00Z</dcterms:modified>
  <cp:category/>
</cp:coreProperties>
</file>